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47B3" w14:textId="77777777" w:rsidR="00682377" w:rsidRDefault="00682377" w:rsidP="00AC57B6">
      <w:pPr>
        <w:pStyle w:val="FormKicker"/>
        <w:spacing w:before="60" w:after="0"/>
        <w:jc w:val="right"/>
        <w:rPr>
          <w:rFonts w:ascii="Times New Roman" w:hAnsi="Times New Roman" w:cs="Times New Roman"/>
          <w:b w:val="0"/>
          <w:bCs/>
          <w:color w:val="auto"/>
          <w:sz w:val="20"/>
          <w:szCs w:val="20"/>
          <w:lang w:val="pl-PL"/>
        </w:rPr>
      </w:pPr>
    </w:p>
    <w:p w14:paraId="553C2CC6" w14:textId="77777777" w:rsidR="00AC57B6" w:rsidRPr="000A6141" w:rsidRDefault="00AC57B6" w:rsidP="00AC57B6">
      <w:pPr>
        <w:pStyle w:val="FormKicker"/>
        <w:spacing w:before="60" w:after="0"/>
        <w:jc w:val="right"/>
        <w:rPr>
          <w:rFonts w:ascii="Times New Roman" w:hAnsi="Times New Roman" w:cs="Times New Roman"/>
          <w:b w:val="0"/>
          <w:bCs/>
          <w:color w:val="auto"/>
          <w:sz w:val="20"/>
          <w:szCs w:val="20"/>
          <w:lang w:val="pl-PL"/>
        </w:rPr>
      </w:pPr>
    </w:p>
    <w:p w14:paraId="4CC156D4" w14:textId="1C4D5BC5" w:rsidR="00682377" w:rsidRPr="00AC57B6" w:rsidRDefault="00AC57B6" w:rsidP="00682377">
      <w:pPr>
        <w:pStyle w:val="FormKicker"/>
        <w:spacing w:before="60" w:after="0"/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</w:pPr>
      <w:bookmarkStart w:id="0" w:name="_Hlk240927476"/>
      <w:r w:rsidRPr="00AC57B6"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>………………</w:t>
      </w:r>
      <w:r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>……….</w:t>
      </w:r>
      <w:r w:rsidRPr="00AC57B6"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 xml:space="preserve">…….                              </w:t>
      </w:r>
      <w:r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 xml:space="preserve"> </w:t>
      </w:r>
      <w:r w:rsidRPr="00AC57B6"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 xml:space="preserve">                            </w:t>
      </w:r>
      <w:r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 xml:space="preserve">                                             </w:t>
      </w:r>
      <w:r w:rsidRPr="00AC57B6"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 xml:space="preserve">                                      ……………………………………</w:t>
      </w:r>
      <w:r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>………</w:t>
      </w:r>
      <w:r w:rsidRPr="00AC57B6">
        <w:rPr>
          <w:rFonts w:ascii="Times New Roman" w:hAnsi="Times New Roman" w:cs="Times New Roman"/>
          <w:b w:val="0"/>
          <w:bCs/>
          <w:color w:val="auto"/>
          <w:sz w:val="16"/>
          <w:szCs w:val="16"/>
          <w:lang w:val="pl-PL"/>
        </w:rPr>
        <w:t>….</w:t>
      </w:r>
    </w:p>
    <w:p w14:paraId="6A230F50" w14:textId="44B4779C" w:rsidR="0079260C" w:rsidRPr="00AC57B6" w:rsidRDefault="00AC57B6" w:rsidP="00682377">
      <w:pPr>
        <w:pStyle w:val="FormKicker"/>
        <w:spacing w:before="60" w:after="0"/>
        <w:jc w:val="center"/>
        <w:rPr>
          <w:rFonts w:ascii="Times New Roman" w:hAnsi="Times New Roman" w:cs="Times New Roman"/>
          <w:b w:val="0"/>
          <w:bCs/>
          <w:color w:val="auto"/>
          <w:sz w:val="24"/>
          <w:szCs w:val="24"/>
          <w:lang w:val="pl-PL"/>
        </w:rPr>
      </w:pPr>
      <w:r w:rsidRPr="00045CFE">
        <w:rPr>
          <w:rFonts w:ascii="Times New Roman" w:hAnsi="Times New Roman" w:cs="Times New Roman"/>
          <w:b w:val="0"/>
          <w:bCs/>
          <w:color w:val="auto"/>
          <w:sz w:val="20"/>
          <w:szCs w:val="20"/>
          <w:lang w:val="pl-PL"/>
        </w:rPr>
        <w:t>Pieczęć placówki                                                                                                                           Miejscowość, data wydania opinii</w:t>
      </w:r>
    </w:p>
    <w:bookmarkEnd w:id="0"/>
    <w:p w14:paraId="4EF73BE7" w14:textId="77777777" w:rsidR="00AC57B6" w:rsidRDefault="00AC57B6" w:rsidP="00682377">
      <w:pPr>
        <w:pStyle w:val="FormKicker"/>
        <w:spacing w:before="6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2736FF92" w14:textId="77777777" w:rsidR="00AC57B6" w:rsidRDefault="00AC57B6" w:rsidP="00682377">
      <w:pPr>
        <w:pStyle w:val="FormKicker"/>
        <w:spacing w:before="6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51DD9609" w14:textId="6BC17D5E" w:rsidR="0079260C" w:rsidRPr="0079260C" w:rsidRDefault="00045CFE" w:rsidP="00682377">
      <w:pPr>
        <w:pStyle w:val="FormTitle"/>
        <w:keepNext w:val="0"/>
        <w:spacing w:before="60" w:after="0"/>
        <w:jc w:val="center"/>
        <w:rPr>
          <w:rFonts w:ascii="Times New Roman" w:hAnsi="Times New Roman" w:cs="Times New Roman"/>
          <w:color w:val="auto"/>
          <w:sz w:val="22"/>
          <w:lang w:val="pl-PL"/>
        </w:rPr>
      </w:pPr>
      <w:r>
        <w:rPr>
          <w:rFonts w:ascii="Times New Roman" w:hAnsi="Times New Roman" w:cs="Times New Roman"/>
          <w:color w:val="auto"/>
          <w:sz w:val="22"/>
          <w:lang w:val="pl-PL"/>
        </w:rPr>
        <w:t>OPINIA</w:t>
      </w:r>
      <w:r w:rsidR="0079260C" w:rsidRPr="0079260C">
        <w:rPr>
          <w:rFonts w:ascii="Times New Roman" w:hAnsi="Times New Roman" w:cs="Times New Roman"/>
          <w:color w:val="auto"/>
          <w:sz w:val="22"/>
          <w:lang w:val="pl-PL"/>
        </w:rPr>
        <w:t xml:space="preserve"> NAUCZYCIELI I SPECJALISTÓW</w:t>
      </w:r>
    </w:p>
    <w:p w14:paraId="0F97C4ED" w14:textId="1A9B461D" w:rsidR="007527E9" w:rsidRPr="000A6141" w:rsidRDefault="0079260C" w:rsidP="00682377">
      <w:pPr>
        <w:pStyle w:val="FormTitle"/>
        <w:keepNext w:val="0"/>
        <w:spacing w:before="60" w:after="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0A6141">
        <w:rPr>
          <w:rFonts w:ascii="Times New Roman" w:hAnsi="Times New Roman" w:cs="Times New Roman"/>
          <w:color w:val="auto"/>
          <w:sz w:val="24"/>
          <w:szCs w:val="24"/>
          <w:lang w:val="pl-PL"/>
        </w:rPr>
        <w:t>OCENA FUNKCJONOWANIA UCZNIA W SZKOLE</w:t>
      </w:r>
    </w:p>
    <w:p w14:paraId="36D29B2D" w14:textId="77777777" w:rsidR="00682377" w:rsidRPr="000A6141" w:rsidRDefault="00682377" w:rsidP="00682377">
      <w:pPr>
        <w:pStyle w:val="FormIntro"/>
        <w:keepLines w:val="0"/>
        <w:spacing w:before="60" w:after="0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pl-PL"/>
        </w:rPr>
      </w:pPr>
    </w:p>
    <w:p w14:paraId="2CB8B507" w14:textId="68D56136" w:rsidR="007527E9" w:rsidRPr="000A6141" w:rsidRDefault="00000000" w:rsidP="00682377">
      <w:pPr>
        <w:pStyle w:val="FormIntro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color w:val="auto"/>
          <w:sz w:val="20"/>
          <w:szCs w:val="20"/>
          <w:lang w:val="pl-PL"/>
        </w:rPr>
        <w:t xml:space="preserve">Cel formularza. 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Zebranie konkretnych informacji o aktywności, uczestniczeniu, mo</w:t>
      </w:r>
      <w:r w:rsidR="0079260C">
        <w:rPr>
          <w:rFonts w:ascii="Times New Roman" w:hAnsi="Times New Roman" w:cs="Times New Roman"/>
          <w:color w:val="auto"/>
          <w:sz w:val="20"/>
          <w:szCs w:val="20"/>
          <w:lang w:val="pl-PL"/>
        </w:rPr>
        <w:t>c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nych stronach, trudnościach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br/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i potrzebach ucznia w jego naturalnym środowisku edukacyjnym. Formularz służy jako informacja placówki do diagnozy funkcjonalnej i postępowań prowadzonych w poradni psychologiczno-pedagogicznej</w:t>
      </w:r>
      <w:r w:rsidR="007B197D">
        <w:rPr>
          <w:rFonts w:ascii="Times New Roman" w:hAnsi="Times New Roman" w:cs="Times New Roman"/>
          <w:color w:val="auto"/>
          <w:sz w:val="20"/>
          <w:szCs w:val="20"/>
          <w:lang w:val="pl-PL"/>
        </w:rPr>
        <w:t>.</w:t>
      </w:r>
    </w:p>
    <w:p w14:paraId="4505A2A9" w14:textId="4679B8CA" w:rsidR="007527E9" w:rsidRPr="000A6141" w:rsidRDefault="00000000" w:rsidP="00682377">
      <w:pPr>
        <w:pStyle w:val="FormIntro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color w:val="auto"/>
          <w:sz w:val="20"/>
          <w:szCs w:val="20"/>
          <w:lang w:val="pl-PL"/>
        </w:rPr>
        <w:t xml:space="preserve">Sposób wypełniania. 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Formularz powinien zostać opracowany wspólnie przez nauczycieli i specjalistów znających ucznia. Proszę opisywać zachowania obserwowane w konkretnych sytuacjach, zaznaczać rozbieżności między obserwatorami i wskazywać efekty zastosowanej pomocy. </w:t>
      </w:r>
      <w:r w:rsidR="00AC57B6" w:rsidRPr="00AC57B6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Można korzystać z danych z SRMD oraz innych kwestionariuszy do pogłębionej obserwacji funkcjonowania. 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Jeżeli brak danych, należy wybrać N/D lub N/O</w:t>
      </w:r>
      <w:r w:rsidR="005854CE">
        <w:rPr>
          <w:rFonts w:ascii="Times New Roman" w:hAnsi="Times New Roman" w:cs="Times New Roman"/>
          <w:color w:val="auto"/>
          <w:sz w:val="20"/>
          <w:szCs w:val="20"/>
          <w:lang w:val="pl-PL"/>
        </w:rPr>
        <w:t>.</w:t>
      </w:r>
    </w:p>
    <w:p w14:paraId="043E146D" w14:textId="77777777" w:rsidR="007527E9" w:rsidRPr="000A6141" w:rsidRDefault="00000000" w:rsidP="00870337">
      <w:pPr>
        <w:pStyle w:val="Nagwek1"/>
        <w:spacing w:before="120" w:after="12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1. Dane placówki, ucznia i cel sporządzenia informacji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804"/>
      </w:tblGrid>
      <w:tr w:rsidR="00682377" w:rsidRPr="00045CFE" w14:paraId="6BF56375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A243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Nazwa i adres szkoły / placówki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0C53BD" w14:textId="75B18F7B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682377" w:rsidRPr="000A6141" w14:paraId="2C357829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F56BA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Miejscowość i data sporządzenia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2EB72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682377" w:rsidRPr="000A6141" w14:paraId="5B04E803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4F95B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Imię i nazwisko ucznia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2E3DC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682377" w:rsidRPr="000A6141" w14:paraId="54335240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45AA8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Data urodzenia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AB1AE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682377" w:rsidRPr="000A6141" w14:paraId="3FF4E265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E74EA5" w14:textId="6F418E49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Klasa</w:t>
            </w:r>
            <w:r w:rsidR="00682377"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 xml:space="preserve"> 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i wychowawca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C0F14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682377" w:rsidRPr="00045CFE" w14:paraId="03D424F0" w14:textId="77777777" w:rsidTr="002E105F">
        <w:trPr>
          <w:cantSplit/>
          <w:trHeight w:val="454"/>
        </w:trPr>
        <w:tc>
          <w:tcPr>
            <w:tcW w:w="3686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1E0635" w14:textId="33B5B26A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Nauczyciele</w:t>
            </w:r>
            <w:r w:rsidR="00682377"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,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 xml:space="preserve"> specjaliści uczestniczący </w:t>
            </w:r>
            <w:r w:rsidR="00682377"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br/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 opracowaniu</w:t>
            </w:r>
          </w:p>
        </w:tc>
        <w:tc>
          <w:tcPr>
            <w:tcW w:w="68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E11AF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33B274B8" w14:textId="7AA2A50E" w:rsidR="007527E9" w:rsidRPr="000A6141" w:rsidRDefault="00000000" w:rsidP="00870337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Cel przekazania informacji / rodzaj postępowania w poradni </w:t>
      </w:r>
      <w:r w:rsidR="00682377"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jeżeli jest znany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45C5B796" w14:textId="77777777" w:rsidR="00682377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opinia dotycząca pomocy psychologiczno-pedagogicznej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opinia o specyficznych trudnościach w uczeniu się   </w:t>
      </w:r>
    </w:p>
    <w:p w14:paraId="60349613" w14:textId="3E0D8CF6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orzeczenie o potrzebie kształcenia specjalnego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orzeczenie o potrzebie indywidualnego nauczania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orzeczenie o potrzebie zajęć rewalidacyjno-wychowawczych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inna opinia/orzeczenie: __________________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wiadomo</w:t>
      </w:r>
    </w:p>
    <w:p w14:paraId="5C6E51EF" w14:textId="4CA304F8" w:rsidR="007527E9" w:rsidRPr="000A6141" w:rsidRDefault="00000000" w:rsidP="000A6141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Dokumenty dotyczące ucznia dostępne w placówce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0F4A2168" w14:textId="1BD2F0EE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wcześniejsze opinie poradni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orzeczenie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IPET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WOPFU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dokumentacja pomocy psychologiczno-pedagogicznej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dokumentacja medyczna przekazana placówce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</w:t>
      </w:r>
      <w:r w:rsidR="00495A39">
        <w:rPr>
          <w:rFonts w:ascii="Segoe UI Symbol" w:hAnsi="Segoe UI Symbol" w:cs="Segoe UI Symbol"/>
          <w:color w:val="auto"/>
          <w:sz w:val="20"/>
          <w:szCs w:val="20"/>
          <w:lang w:val="pl-PL"/>
        </w:rPr>
        <w:t xml:space="preserve">  </w:t>
      </w:r>
      <w:r w:rsidR="0079260C" w:rsidRPr="0079260C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="0079260C" w:rsidRPr="0079260C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</w:t>
      </w:r>
      <w:r w:rsidR="0079260C">
        <w:rPr>
          <w:rFonts w:ascii="Times New Roman" w:hAnsi="Times New Roman" w:cs="Times New Roman"/>
          <w:color w:val="auto"/>
          <w:sz w:val="20"/>
          <w:szCs w:val="20"/>
          <w:lang w:val="pl-PL"/>
        </w:rPr>
        <w:t>KSzOF</w:t>
      </w:r>
      <w:r w:rsidR="0079260C" w:rsidRPr="0079260C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brak</w:t>
      </w:r>
    </w:p>
    <w:p w14:paraId="29F0559E" w14:textId="250273BD" w:rsidR="007527E9" w:rsidRPr="000A6141" w:rsidRDefault="00000000" w:rsidP="000A6141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Obszary, których dotyczy zgłoszenie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04116924" w14:textId="63877081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czytanie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pisanie/grafia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ortografia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matematyka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pamięć i tempo uczenia się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uwaga/aktywność  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br/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organizacja pracy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emocje / zachowanie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relacje / komunikacja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frekwencja / adaptacja / wcześniejsza nauka za granicą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wpływ stanu zdrowia na naukę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szczególne uzdolnienia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</w:t>
      </w:r>
    </w:p>
    <w:p w14:paraId="2AFB3C48" w14:textId="6A1EE4BC" w:rsidR="007527E9" w:rsidRPr="000A6141" w:rsidRDefault="00000000" w:rsidP="000A6141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Źródła informacji wykorzystane przy sporządzaniu arkusza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03446476" w14:textId="7777777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obserwacja wychowawcy / nauczyciela prowadzącego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informacje innych nauczycieli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informacje specjalistów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analiza prac ucznia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wyniki edukacyjne lub obserwacji rozwoju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dokumentacja pomocy psychologiczno-pedagogicznej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rozmowa z uczniem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rozmowa z rodzicem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</w:t>
      </w:r>
    </w:p>
    <w:p w14:paraId="71CEAF39" w14:textId="367467D7" w:rsidR="007527E9" w:rsidRPr="000A6141" w:rsidRDefault="00000000" w:rsidP="000A6141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Zgłaszany problem lub cel diagnozy: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od kiedy obserwowane są trudności, czy ich nasilenie się zmienia i w jakich sytuacjach są najbardziej widoczne?</w:t>
      </w:r>
    </w:p>
    <w:p w14:paraId="6FAAD173" w14:textId="77777777" w:rsidR="000A6141" w:rsidRDefault="000A6141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8B780EB" w14:textId="77777777" w:rsidR="0079260C" w:rsidRDefault="0079260C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5CBCF7E" w14:textId="77777777" w:rsidR="0079260C" w:rsidRDefault="0079260C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03035AAA" w14:textId="77777777" w:rsidR="0079260C" w:rsidRDefault="0079260C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1A71C1A" w14:textId="77777777" w:rsidR="0079260C" w:rsidRDefault="0079260C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5477B5C" w14:textId="1C3A9605" w:rsidR="007527E9" w:rsidRPr="00B7225D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lastRenderedPageBreak/>
        <w:t>Najważniejsze zainteresowania, mocne strony, uzdolnienia i sytuacje sukcesu ucznia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4254405A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5237BFEA" w14:textId="77777777" w:rsidR="002E105F" w:rsidRDefault="002E105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DCBDE81" w14:textId="77777777" w:rsidR="002E105F" w:rsidRPr="000A6141" w:rsidRDefault="002E105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05E1F833" w14:textId="77777777" w:rsidR="000A6141" w:rsidRPr="000A6141" w:rsidRDefault="000A6141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535A4EC" w14:textId="30F911D4" w:rsidR="007527E9" w:rsidRPr="00B7225D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Najlepsze wyniki i preferowane przedmioty / obszary edukacji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6604BE9C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6F751A02" w14:textId="77777777" w:rsidR="000A6141" w:rsidRDefault="000A6141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938F150" w14:textId="77777777" w:rsidR="002E105F" w:rsidRPr="000A6141" w:rsidRDefault="002E105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F114E72" w14:textId="0E053ACF" w:rsidR="007527E9" w:rsidRPr="00B7225D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Aktualne wyniki edukacyjne w odniesieniu do możliwości ucznia</w:t>
      </w:r>
      <w:r w:rsidR="000A6141"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35FB5B35" w14:textId="73E1CD8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adekwatne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częściowo adekwatne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wyraźnie poniżej możliwości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nierównomierne /zależne od obszaru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trudno ocenić</w:t>
      </w:r>
    </w:p>
    <w:p w14:paraId="3FD42926" w14:textId="77777777" w:rsidR="000A6141" w:rsidRPr="000A6141" w:rsidRDefault="000A6141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06E6DA65" w14:textId="77777777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2. Kontekst funkcjonowania w placówce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521"/>
      </w:tblGrid>
      <w:tr w:rsidR="000A6141" w:rsidRPr="000A6141" w14:paraId="420B7EE1" w14:textId="77777777" w:rsidTr="00C45818">
        <w:trPr>
          <w:cantSplit/>
        </w:trPr>
        <w:tc>
          <w:tcPr>
            <w:tcW w:w="3969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551BDF" w14:textId="77777777" w:rsidR="007527E9" w:rsidRPr="000A6141" w:rsidRDefault="00000000" w:rsidP="00F21F76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Okres, którego dotyczą dane</w:t>
            </w:r>
          </w:p>
        </w:tc>
        <w:tc>
          <w:tcPr>
            <w:tcW w:w="652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1B29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od __________________ do __________________</w:t>
            </w:r>
          </w:p>
        </w:tc>
      </w:tr>
      <w:tr w:rsidR="000A6141" w:rsidRPr="00045CFE" w14:paraId="445CD535" w14:textId="77777777" w:rsidTr="00C45818">
        <w:trPr>
          <w:cantSplit/>
        </w:trPr>
        <w:tc>
          <w:tcPr>
            <w:tcW w:w="3969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0F61C4" w14:textId="77777777" w:rsidR="007527E9" w:rsidRPr="000A6141" w:rsidRDefault="00000000" w:rsidP="00F21F76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Frekwencja i nieobecności</w:t>
            </w:r>
          </w:p>
        </w:tc>
        <w:tc>
          <w:tcPr>
            <w:tcW w:w="652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2688D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frekwencja: ______ %; nieobecności usprawiedliwione: ______ godz.; nieusprawiedliwione: ______ godz.</w:t>
            </w:r>
          </w:p>
        </w:tc>
      </w:tr>
      <w:tr w:rsidR="000A6141" w:rsidRPr="00045CFE" w14:paraId="4766ACE1" w14:textId="77777777" w:rsidTr="00C45818">
        <w:trPr>
          <w:cantSplit/>
        </w:trPr>
        <w:tc>
          <w:tcPr>
            <w:tcW w:w="3969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64EAB5" w14:textId="77777777" w:rsidR="007527E9" w:rsidRPr="000A6141" w:rsidRDefault="00000000" w:rsidP="00F21F76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Udział w zajęciach dodatkowych lub specjalistycznych</w:t>
            </w:r>
          </w:p>
        </w:tc>
        <w:tc>
          <w:tcPr>
            <w:tcW w:w="652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8CE62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systematyczny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nieregularny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nie dotyczy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brak danych</w:t>
            </w:r>
          </w:p>
        </w:tc>
      </w:tr>
      <w:tr w:rsidR="000A6141" w:rsidRPr="00045CFE" w14:paraId="2EF74243" w14:textId="77777777" w:rsidTr="00C45818">
        <w:trPr>
          <w:cantSplit/>
        </w:trPr>
        <w:tc>
          <w:tcPr>
            <w:tcW w:w="3969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03027D" w14:textId="57536B4E" w:rsidR="007527E9" w:rsidRPr="000A6141" w:rsidRDefault="00000000" w:rsidP="00F21F76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Wpływ nieobecności na funkcjonowanie</w:t>
            </w:r>
            <w:r w:rsidR="000A6141"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,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 xml:space="preserve"> realizację programu</w:t>
            </w:r>
          </w:p>
        </w:tc>
        <w:tc>
          <w:tcPr>
            <w:tcW w:w="652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834B9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brak istotnego wpływu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częściowy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znaczny   </w:t>
            </w: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trudno ocenić</w:t>
            </w:r>
          </w:p>
        </w:tc>
      </w:tr>
    </w:tbl>
    <w:p w14:paraId="1E0C84FE" w14:textId="612D2D1D" w:rsidR="007527E9" w:rsidRPr="000A6141" w:rsidRDefault="00000000" w:rsidP="00870337">
      <w:pPr>
        <w:pStyle w:val="ResponseLine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Funkcjonowanie w różnych sytuacjach</w:t>
      </w:r>
      <w:r w:rsid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2C9E049F" w14:textId="77777777" w:rsidR="000A6141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podobne na różnych lekcjach i w sytuacjach pozalekcyjnych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wyraźnie zależne od przedmiotu lub nauczyciela   </w:t>
      </w:r>
    </w:p>
    <w:p w14:paraId="6156BDAB" w14:textId="5F18119D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różni się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zależnie od 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obserwatora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brak danych</w:t>
      </w:r>
    </w:p>
    <w:p w14:paraId="57B72834" w14:textId="2B736975" w:rsidR="007527E9" w:rsidRPr="000A6141" w:rsidRDefault="00000000" w:rsidP="00870337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Funkcjonowanie zależnie od sposobu pracy</w:t>
      </w:r>
      <w:r w:rsid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288E3FFD" w14:textId="318739F4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lepiej wypowiada się ustnie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lepiej wykonuje prace pisemne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lepiej pracuje indywidualnie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lepiej w małej grupie   </w:t>
      </w:r>
      <w:r w:rsidR="0079260C">
        <w:rPr>
          <w:rFonts w:ascii="Times New Roman" w:hAnsi="Times New Roman" w:cs="Times New Roman"/>
          <w:color w:val="auto"/>
          <w:sz w:val="20"/>
          <w:szCs w:val="20"/>
          <w:lang w:val="pl-PL"/>
        </w:rPr>
        <w:br/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podobnie pracuje w klasie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wyniki są niestabilne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wyraźnie obniża wyniki pod presją czasu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</w:t>
      </w:r>
    </w:p>
    <w:p w14:paraId="7439925E" w14:textId="3830F000" w:rsidR="007527E9" w:rsidRPr="000A6141" w:rsidRDefault="00000000" w:rsidP="00870337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W jakich warunkach uczeń funkcjonuje najlepiej, a w jakich trudności nasilają się?</w:t>
      </w:r>
    </w:p>
    <w:p w14:paraId="5FB10899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766BB1F8" w14:textId="77777777" w:rsidR="000A6141" w:rsidRDefault="000A6141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6A8CC54" w14:textId="77777777" w:rsidR="00870337" w:rsidRPr="000A6141" w:rsidRDefault="00870337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5A3B784" w14:textId="01959DFA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Istotne zmiany w funkcjonowaniu w ostatnim okresie </w:t>
      </w:r>
      <w:r w:rsidR="000A6141"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postęp, regres, nowe trudności lub zdarzenia wpływające na ucznia</w:t>
      </w:r>
      <w:r w:rsidR="000A6141"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?</w:t>
      </w:r>
    </w:p>
    <w:p w14:paraId="427658BC" w14:textId="77777777" w:rsidR="000A6141" w:rsidRPr="000A6141" w:rsidRDefault="000A6141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54A7BB0" w14:textId="77777777" w:rsidR="000A6141" w:rsidRDefault="000A6141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253C7D2" w14:textId="77777777" w:rsidR="00870337" w:rsidRPr="000A6141" w:rsidRDefault="00870337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F24B0DD" w14:textId="1EF6B2F3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3. Ocena funkcjonowania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aktywność i uczestniczenie (obszary ICF)</w:t>
      </w:r>
    </w:p>
    <w:p w14:paraId="7DA1DE9B" w14:textId="47FF695A" w:rsidR="007527E9" w:rsidRPr="000A6141" w:rsidRDefault="00000000" w:rsidP="00682377">
      <w:pPr>
        <w:pStyle w:val="FormInstruction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Ocenę należy odnosić do wieku, etapu edukacyjnego i możliwości ucznia. W każdej pozycji proszę zaznaczyć jedną odpowiedź. „Bez pomocy” oznacza samodzielne wykonanie na poziomie oczekiwanym; „Z pomocą”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wykonanie częściowe, niestabilne lub wymagające wsparcia; „Trudność”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niewykonywanie czynności albo wyraźne ograniczenie. N/D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dotyczy; N/O </w:t>
      </w:r>
      <w:r w:rsidR="000A6141"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obserwowano. Przy trudnościach proszę podać konkretny przykład.</w:t>
      </w:r>
    </w:p>
    <w:p w14:paraId="45E5D5B9" w14:textId="07A9EEEC" w:rsidR="007527E9" w:rsidRPr="000A6141" w:rsidRDefault="000A6141" w:rsidP="000A6141">
      <w:pPr>
        <w:pStyle w:val="Nagwek2"/>
        <w:spacing w:before="120"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UCZENIE SIĘ I STOSOWANIE WIEDZY</w:t>
      </w:r>
    </w:p>
    <w:p w14:paraId="1D44E5F6" w14:textId="0E9A018E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Ogólne uczenie się, pamięć i rozumowanie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62"/>
      </w:tblGrid>
      <w:tr w:rsidR="000A6141" w:rsidRPr="000A6141" w14:paraId="0823D096" w14:textId="77777777" w:rsidTr="006213E5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36DA5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6342DB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0879CB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3516FF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62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BFFB98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79BACACA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05C03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instrukcje i pojęcia używane na lekcji.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ABE0E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DF355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0D178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4C6B3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5910F14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029A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Uczy się nowych treści w tempie odpowiednim do swoich możliwości i etapu edukacyjnego.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DE8E8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0E4B3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67B6E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E15B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388F9EE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FC6D0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Zapamiętuje i odtwarza wiadomości po czasie.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EE60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00D31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AE592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9EA0B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5F69970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E8EA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Łączy informacje, wnioskuje, dostrzega zależności i rozwiązuje problemy.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8329B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E4E48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207AC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129BF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0557A4C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6952C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lastRenderedPageBreak/>
              <w:t>Przenosi poznane wiadomości i strategie na nowe zadania lub sytuacje.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9A58B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4A40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AA3CF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F07F6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5BEB78F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419F8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podręcznika, notatek, schematów, słowników i innych źródeł informacji.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9304A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2603B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6A1C5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CCFAC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189BFA9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94B3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sprawdza poprawność pracy i podejmuje próbę korekty błędów.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A5EC3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63C26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270EF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75F02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1F623EC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8A8D8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Wykazuje ciekawość poznawczą, zadaje pytania i rozwija zainteresowania.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64A42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F933E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49A57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6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5DEA6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5A150B24" w14:textId="77777777" w:rsidR="005F44C3" w:rsidRPr="000A6141" w:rsidRDefault="005F44C3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1C41C44" w14:textId="453A5FDB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Czytanie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36A0364F" w14:textId="77777777" w:rsidTr="006213E5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7D347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51C7CA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6A6A13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741EA3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C834D8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16A7314D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50477F" w14:textId="466AA066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Rozpoznaje litery, dwuznaki i odpowiadające im głoski</w:t>
            </w:r>
            <w:r w:rsidR="00963BD6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D3A1F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F937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D3213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AEDED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8864F22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1B192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Czyta wyrazy bez uporczywego głoskowania, sylabizowania lub zgadywania.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5A016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7CBAB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14AF9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A0FFE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71BF129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969B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Czyta tekst poprawnie, bez częstych opuszczeń, zamian, przestawień lub zniekształceń.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E1EAC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F84F2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0044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3DE23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BCD60DD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FF669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Czyta płynnie i w tempie pozwalającym na wykonanie zadania.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0EBD1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79E5D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74317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9993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8EB1151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09CFB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Stosuje odpowiednią intonację i uwzględnia znaki interpunkcyjne.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7323C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308A3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345D8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F472F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7775FE5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045B6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dosłowne informacje zawarte w czytanym tekście.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33EF9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27C287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29FD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F6C88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1CE9AA3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9A6BC4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Wyszukuje informacje, wskazuje główną myśl i porządkuje zdarzenia.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91620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069B06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A068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CD735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4E456AE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0F246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Wnioskuje na podstawie tekstu, rozumie związki przyczynowo-skutkowe i treści niewyrażone wprost.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F3437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6F850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4FD0F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11332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E91769A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6DE20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Czyta i rozumie polecenia, zadania tekstowe, wykresy, tabele oraz informacje z różnych przedmiotów.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85962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DDF8F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A3CD7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0DB2C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AA9FE80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7FF63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Podejmuje samodzielne czytanie bez nadmiernego napięcia lub unikania.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14A69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46F0A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8BFB2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3007D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7A8BFE86" w14:textId="6B7C2208" w:rsidR="007527E9" w:rsidRPr="006213E5" w:rsidRDefault="00000000" w:rsidP="0038248F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6213E5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Dominujący sposób czytania </w:t>
      </w:r>
      <w:r w:rsidR="006213E5" w:rsidRPr="006213E5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6213E5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jeżeli dotyczy</w:t>
      </w:r>
      <w:r w:rsidR="002E105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67B04454" w14:textId="7777777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głoskuje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sylabizuje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czyta wyrazami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czyta zdaniami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czyta płynnie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unika czytania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</w:t>
      </w:r>
    </w:p>
    <w:p w14:paraId="703A28D9" w14:textId="30D96AA2" w:rsidR="007527E9" w:rsidRPr="00495A39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495A39">
        <w:rPr>
          <w:rFonts w:ascii="Times New Roman" w:hAnsi="Times New Roman" w:cs="Times New Roman"/>
          <w:color w:val="auto"/>
          <w:sz w:val="20"/>
          <w:szCs w:val="20"/>
          <w:lang w:val="pl-PL"/>
        </w:rPr>
        <w:t>Najczęstsze błędy w czytaniu, tempo, rozumienie tekstu i wpływ trudności na naukę innych przedmiotów</w:t>
      </w:r>
      <w:r w:rsidR="005F44C3" w:rsidRPr="00495A39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023E00FA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1FB818EA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0F6EB61C" w14:textId="77777777" w:rsidR="0079260C" w:rsidRDefault="0079260C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9D0839B" w14:textId="77777777" w:rsidR="0079260C" w:rsidRPr="000A6141" w:rsidRDefault="0079260C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4A09549" w14:textId="14328611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Pisanie, wypowiedzi pisemne i grafomotoryka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1027"/>
        <w:gridCol w:w="850"/>
        <w:gridCol w:w="1023"/>
        <w:gridCol w:w="900"/>
      </w:tblGrid>
      <w:tr w:rsidR="000A6141" w:rsidRPr="000A6141" w14:paraId="67897FA0" w14:textId="77777777" w:rsidTr="002E105F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8BFEE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10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BF3857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8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E13992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6A7951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BD0C30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6CD538AC" w14:textId="77777777" w:rsidTr="002E105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F2167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Pisze litery i cyfry czytelnie oraz zachowuje ich właściwy kierunek i proporcje.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537D1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F289E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A09B9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7DBD5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96812A5" w14:textId="77777777" w:rsidTr="002E105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EC13A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Utrzymuje zapis w liniaturze, właściwe odstępy i czytelny układ na stronie.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BB8A9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C1C72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01473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16813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1414E3B" w14:textId="77777777" w:rsidTr="002E105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9FFA7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Pisze w tempie pozwalającym na wykonanie notatki lub sprawdzianu.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59703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33C46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02810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1BD8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9A2F773" w14:textId="77777777" w:rsidTr="002E105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62E80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Przepisuje tekst poprawnie z tablicy, ekranu lub książki.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6C470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EDB34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02AB0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68842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1A9EDE9" w14:textId="77777777" w:rsidTr="002E105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FBFFD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Pisze ze słuchu i z pamięci na poziomie odpowiednim do klasy.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91FDA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BD75F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6468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FDEE4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48097A0" w14:textId="77777777" w:rsidTr="002E105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18C34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zapisuje zdania i dłuższe wypowiedzi zgodne z tematem.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079CF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1E39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90C8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5791C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50E3D40" w14:textId="77777777" w:rsidTr="002E105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4593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lastRenderedPageBreak/>
              <w:t>Planuje wypowiedź, zachowuje jej logiczny układ i stosuje odpowiednie słownictwo.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2B9B6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F4D25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37633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E5698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CEEEDA2" w14:textId="77777777" w:rsidTr="002E105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50BEF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Stosuje interpunkcję i zasady gramatyczne na poziomie odpowiednim do etapu edukacyjnego.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BA767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5FE6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07C3B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EB963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6213E5" w:rsidRPr="000A6141" w14:paraId="7281FDB7" w14:textId="77777777" w:rsidTr="002E105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1F536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Nie odczuwa nadmiernego zmęczenia, bólu lub napięcia podczas pisania.</w:t>
            </w:r>
          </w:p>
        </w:tc>
        <w:tc>
          <w:tcPr>
            <w:tcW w:w="10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CF00C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8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5D26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8DCD4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C08391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7FEF4CB0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A5DFBD8" w14:textId="714E0913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Ortografia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26A52A0D" w14:textId="77777777" w:rsidTr="0038248F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93435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68B5174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C07162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CA96D0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089E14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687C367A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4B04D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Stosuje poznane reguły ortograficzne w ćwiczeniach i samodzielnych wypowiedziach.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04CCC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31862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F44A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C9C44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4EB3DEC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42E03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Poprawnie zapisuje wyrazy z trudnościami ortograficznymi odpowiednimi do programu.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A0FF3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6BBB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FC299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D3A8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BFE6140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FB3854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Zachowuje prawidłową kolejność liter i nie opuszcza elementów wyrazu.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0D39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6B95B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5B79D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5D868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D704789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E5B2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Różnicuje zapis wyrazów podobnie brzmiących i prawidłowo oznacza zmiękczenia.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F572C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4161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57E52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FEA0E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C7C8232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754F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ze słownika, autokorekty lub innych dozwolonych narzędzi i potrafi sprawdzić zapis.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8168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9D163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6B501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EB8C9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BA8689B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9BAB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Utrwala poprawną pisownię oraz przenosi poznane zasady do nowych tekstów.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FFF6D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3AE3DD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87853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0DC76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639AECD5" w14:textId="0FBCD3FB" w:rsidR="007527E9" w:rsidRPr="000A6141" w:rsidRDefault="00000000" w:rsidP="00B7225D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Najczęstsze rodzaje błędów w pisaniu i ortografii, ich trwałość oraz różnice między przepisywaniem, pisaniem ze słuchu, z pamięci i samodzielnym tekstem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497C8F87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2418DE17" w14:textId="77777777" w:rsidR="00B7225D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3B4D5AF6" w14:textId="01869BEF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21A7586D" w14:textId="77777777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Matematyka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2D083BD3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F804E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E0A0FA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8C8438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B91350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26BC08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13B02748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FEBDAF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pojęcie liczby, wartość pozycyjną cyfr i relacje między liczbami.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63C940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08411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B4DF3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5E37F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55ED673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DFA9C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Sprawnie wykonuje działania pamięciowe w zakresie wymaganym programem.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803E9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EDC26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48C9C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72C79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A774973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55CC46" w14:textId="7095ABB2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Stosuje poprawne algorytmy działań pisemnych</w:t>
            </w:r>
            <w:r w:rsidR="00963BD6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8A72B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60D0A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3119D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B8328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267A218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49838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ułamki, procenty, liczby dziesiętne lub inne pojęcia właściwe dla etapu edukacyjnego.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4818E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F0329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9D2323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DDFE0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337308A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C2521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Odczytuje dane z tabel, wykresów, osi liczbowej i innych reprezentacji.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D492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6F3D81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B4A16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A099B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60B6D14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4E1D96" w14:textId="732B8DEC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Rozpoznaje figury, stosuje pojęcia geometryczne i wykonuje konstrukcje</w:t>
            </w:r>
            <w:r w:rsidR="00963BD6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D1DC4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FC995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944B2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13936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907A6D4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645FD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jednostki i wykonuje obliczenia dotyczące czasu, długości, masy, pieniędzy lub pola.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BCE70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F825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CD1CA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D10DB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BED20D6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97F73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treść zadania tekstowego i wyodrębnia dane oraz pytanie.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F30D6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5548B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D42FD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3CE36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CFEC998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11AEF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Dobiera działanie lub strategię, zapisuje tok rozwiązania i sprawdza wynik.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7167D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A9422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5ABE1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3C15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6A60378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8873D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Radzi sobie z zadaniami wieloetapowymi i nietypowymi na miarę wymagań programu.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D175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9FDEE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374A1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23209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6213E5" w:rsidRPr="000A6141" w14:paraId="0661E3F4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DFD86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Nie gubi poznanych umiejętności mimo ćwiczeń i potrafi zastosować je w nowej sytuacji.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7EB28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93B24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2BCB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2AC8A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70D1BBF2" w14:textId="25E56E18" w:rsidR="007527E9" w:rsidRPr="000A6141" w:rsidRDefault="00000000" w:rsidP="006213E5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lastRenderedPageBreak/>
        <w:t>Typy zadań sprawiające największą trudność, charakter błędów, tempo pracy i skuteczność stosowanych pomocy</w:t>
      </w:r>
      <w:r w:rsidR="002E105F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39243285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3CB2D8AE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42B152F5" w14:textId="77777777" w:rsidR="005F44C3" w:rsidRDefault="005F44C3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9599B00" w14:textId="77777777" w:rsidR="00870337" w:rsidRPr="000A6141" w:rsidRDefault="00870337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42F662D" w14:textId="77777777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Umiejętności językowe, język obcy i pozostałe przedmioty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588C7892" w14:textId="77777777" w:rsidTr="006213E5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6F937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78B170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3C0FE4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3AA7D9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45F9CA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0EB59890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FA70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Formułuje spójne odpowiedzi ustne i wypowiedzi pisemne na temat.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AB60F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B40DE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85D11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B2997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48AB256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AA806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słownictwo przedmiotowe, pojęcia abstrakcyjne i przenośne znaczenia odpowiednie do wieku.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0C390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F4539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380C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37A39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CE276C3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E8841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Analizuje i interpretuje teksty oraz uzasadnia własne stanowisko.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1FD06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8AD0C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78B96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6DDDC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9F423C7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F2CB4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Streszcza, porównuje, argumentuje i wyciąga wnioski na poziomie wymaganym programem.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6DB56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D5940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9D89D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BD01A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2836554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0D5C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zasad gramatycznych i wiedzy o języku w praktyce.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958D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5104B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2F986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F6AE2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827D1AD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D347F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 języku obcym rozumie polecenia, wypowiada się, czyta i pisze na poziomie oczekiwanym dla etapu - jeżeli dotyczy.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7BCF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CBB1C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6F269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280A8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6DBD445D" w14:textId="39CB7C97" w:rsidR="002E105F" w:rsidRDefault="002E105F" w:rsidP="002E105F">
      <w:pPr>
        <w:pStyle w:val="ResponseLine"/>
        <w:spacing w:before="24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bookmarkStart w:id="1" w:name="_Hlk240926222"/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„Uczenie się i stosowanie wiedzy”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:</w:t>
      </w:r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bookmarkEnd w:id="1"/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mocne strony i uzdolnienia, trudności, sytuacje ich występowania oraz pomoc, która ułatwia dziecku funkcjonowanie?</w:t>
      </w:r>
    </w:p>
    <w:p w14:paraId="4E2A721C" w14:textId="77777777" w:rsidR="005F44C3" w:rsidRPr="005F44C3" w:rsidRDefault="005F44C3" w:rsidP="002E105F">
      <w:pPr>
        <w:pStyle w:val="ResponseLine"/>
        <w:spacing w:before="24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7A3A6A79" w14:textId="561033BF" w:rsidR="006213E5" w:rsidRPr="005F44C3" w:rsidRDefault="002E105F" w:rsidP="005F44C3">
      <w:pPr>
        <w:pStyle w:val="ResponseLine"/>
        <w:spacing w:after="0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  <w:r w:rsidRPr="005F44C3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24790D73" w14:textId="2E13AF8D" w:rsidR="007527E9" w:rsidRPr="006213E5" w:rsidRDefault="00000000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6213E5">
        <w:rPr>
          <w:rFonts w:ascii="Times New Roman" w:hAnsi="Times New Roman" w:cs="Times New Roman"/>
          <w:color w:val="auto"/>
          <w:szCs w:val="20"/>
          <w:lang w:val="pl-PL"/>
        </w:rPr>
        <w:t>Zakres i rodzaj trudności w realizacji programów nauczania</w:t>
      </w:r>
      <w:r w:rsidR="006213E5" w:rsidRPr="006213E5">
        <w:rPr>
          <w:rFonts w:ascii="Times New Roman" w:hAnsi="Times New Roman" w:cs="Times New Roman"/>
          <w:color w:val="auto"/>
          <w:szCs w:val="20"/>
          <w:lang w:val="pl-PL"/>
        </w:rPr>
        <w:t>:</w:t>
      </w:r>
    </w:p>
    <w:p w14:paraId="5305C16E" w14:textId="77777777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Które wymagania programowe uczeń realizuje samodzielnie, a w których przedmiotach lub typach zadań potrzebuje wsparcia? Proszę wskazać, na czym dokładnie polega trudność.</w:t>
      </w:r>
    </w:p>
    <w:p w14:paraId="1EDA6BD5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3C67A02C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6E7890FF" w14:textId="77777777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Jak trudności wpływają na aktywność, uczestniczenie, tempo pracy, samodzielność oraz możliwość prezentowania wiedzy?</w:t>
      </w:r>
    </w:p>
    <w:p w14:paraId="225F7EC0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44DB7551" w14:textId="77777777" w:rsidR="006213E5" w:rsidRPr="000A6141" w:rsidRDefault="006213E5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48E45D2" w14:textId="77777777" w:rsidR="007527E9" w:rsidRPr="00B7225D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color w:val="auto"/>
          <w:sz w:val="20"/>
          <w:szCs w:val="20"/>
          <w:lang w:val="pl-PL"/>
        </w:rPr>
        <w:t>Jakie postępy uczeń osiągnął w bieżącym roku i jakie umiejętności pozostają niestabilne mimo ćwiczeń?</w:t>
      </w:r>
    </w:p>
    <w:p w14:paraId="21195A5D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09D60377" w14:textId="77777777" w:rsidR="006213E5" w:rsidRPr="000A6141" w:rsidRDefault="006213E5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4AC69CA" w14:textId="77777777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Podsumowanie umiejętności według przedmiotów lub obszarów edukacji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260"/>
        <w:gridCol w:w="2375"/>
        <w:gridCol w:w="2950"/>
      </w:tblGrid>
      <w:tr w:rsidR="000A6141" w:rsidRPr="000A6141" w14:paraId="1381B466" w14:textId="77777777" w:rsidTr="00B7225D">
        <w:trPr>
          <w:cantSplit/>
          <w:tblHeader/>
        </w:trPr>
        <w:tc>
          <w:tcPr>
            <w:tcW w:w="184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63599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Przedmiot / obszar</w:t>
            </w:r>
          </w:p>
        </w:tc>
        <w:tc>
          <w:tcPr>
            <w:tcW w:w="326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704B86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Mocne strony i aktualne osiągnięcia</w:t>
            </w:r>
          </w:p>
        </w:tc>
        <w:tc>
          <w:tcPr>
            <w:tcW w:w="2375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0E1577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Konkretne trudności</w:t>
            </w:r>
          </w:p>
        </w:tc>
        <w:tc>
          <w:tcPr>
            <w:tcW w:w="2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5A6280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Stosowane dostosowania i efekt</w:t>
            </w:r>
          </w:p>
        </w:tc>
      </w:tr>
      <w:tr w:rsidR="000A6141" w:rsidRPr="000A6141" w14:paraId="128DD3BB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F2761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A9EDD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15E05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4B587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3F809CE8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00622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C18AD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F847C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E75A5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428E1EE1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10550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9C060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A1064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79A3C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370A4AF7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43800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940BD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9671B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95988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4B9A59F9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EAB53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37678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8CAB9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9FCD7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270CBF40" w14:textId="77777777" w:rsidTr="00B7225D">
        <w:trPr>
          <w:cantSplit/>
        </w:trPr>
        <w:tc>
          <w:tcPr>
            <w:tcW w:w="1843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7A761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2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10C83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37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DCBB1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016F0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2F11C913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85BBB09" w14:textId="143F4709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OGÓLNE ZADANIA I OBOWIĄZKI</w:t>
      </w:r>
      <w:r>
        <w:rPr>
          <w:rFonts w:ascii="Times New Roman" w:hAnsi="Times New Roman" w:cs="Times New Roman"/>
          <w:color w:val="auto"/>
          <w:szCs w:val="20"/>
          <w:lang w:val="pl-PL"/>
        </w:rPr>
        <w:t xml:space="preserve"> 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575960BF" w14:textId="77777777" w:rsidTr="006213E5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23400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5B4A3F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3C0B3C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87C70C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EC17CA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5AEEF32A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E15A5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Rozpoczyna pracę po otrzymaniu instrukcji bez nadmiernego odwlekania.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53F5C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09A1C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E8FFCC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E11BA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87D5728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F38B1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lastRenderedPageBreak/>
              <w:t>Utrzymuje uwagę na zadaniu mimo typowych bodźców obecnych w klasie.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92CD73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49203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66940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49E90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AA53F63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857A6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Pamięta polecenia wieloetapowe i wykonuje je we właściwej kolejności.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B6200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F79F7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AE23F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A5FB4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18C8A13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07D911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Pracuje w tempie pozwalającym ukończyć zadanie w dostępnym czasie.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339D7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2D633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43B4D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7D1B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ADE1B18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99CA7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Kończy rozpoczęte zadania i oddaje prace w terminie.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F9806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C0310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25E78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3045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2A207C4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C235F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Planuje kolejne etapy działania i wybiera potrzebne materiały.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69C50A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CF7C1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D8ABF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49F75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BA9AAD6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10B12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Organizuje miejsce pracy, zeszyty, przybory i materiały szkolne.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694C4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9F5C1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9BB4B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70C7B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5178CD3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0BD6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Przechodzi między zadaniami oraz dostosowuje się do zmiany planu lub sposobu pracy.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27D8B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B2323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23DF96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956A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5500341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826F3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Pracuje samodzielnie, w parze i w grupie odpowiednio do polecenia.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F2694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BD94C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012A7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C6524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CE629D3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999FB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Prosi o pomoc w odpowiednim momencie i korzysta z udzielonej wskazówki.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90234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A6AD7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5A8BE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B6AB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DE3929D" w14:textId="77777777" w:rsidTr="006213E5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DF732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Radzi sobie z błędem, oceną, niepowodzeniem i sytuacją sprawdzania wiedzy.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51371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BA853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9509A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A0763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D98DD66" w14:textId="77777777" w:rsidTr="006213E5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7C763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Kontroluje zachowanie i emocje w stopniu umożliwiającym udział w lekcji.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CEF18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144C3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BDA09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C6B84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3C2A244E" w14:textId="232E5B64" w:rsidR="00F21F76" w:rsidRPr="00F21F76" w:rsidRDefault="00F21F76" w:rsidP="00F21F76">
      <w:pPr>
        <w:pStyle w:val="ResponseLine"/>
        <w:spacing w:before="240"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„Ogólne zadania i obowiązki”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: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mocne strony i uzdolnienia, trudności, sytuacje ich występowania oraz pomoc, która ułatwia dziecku funkcjonowanie?</w:t>
      </w:r>
    </w:p>
    <w:p w14:paraId="37BF946F" w14:textId="77777777" w:rsidR="00F21F76" w:rsidRPr="00F21F76" w:rsidRDefault="00F21F76" w:rsidP="00F21F76">
      <w:pPr>
        <w:pStyle w:val="ResponseLine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51C0E6FE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641ED668" w14:textId="0B1BFE74" w:rsidR="006213E5" w:rsidRDefault="005854CE" w:rsidP="005854CE">
      <w:pPr>
        <w:pStyle w:val="ResponseLine"/>
        <w:keepLines w:val="0"/>
        <w:tabs>
          <w:tab w:val="left" w:pos="4484"/>
        </w:tabs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pl-PL"/>
        </w:rPr>
        <w:tab/>
      </w:r>
    </w:p>
    <w:p w14:paraId="390FA873" w14:textId="77777777" w:rsidR="006213E5" w:rsidRPr="000A6141" w:rsidRDefault="006213E5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06A823A" w14:textId="2348DD32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POROZUMIEWANIE SIĘ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6574E434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12E7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51942F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AE83FA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09CA6F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A80281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0DF6F88F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0639AD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wypowiedzi, pytania i polecenia kierowane bezpośrednio oraz do całej klasy.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3754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BB9AF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343B8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DBE54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A18BEBC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AA48C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Formułuje wypowiedzi zrozumiałe pod względem artykulacji, gramatyki i treści.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B721C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596E80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50BC4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54825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DF8C525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5A138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Posługuje się słownictwem adekwatnym do wieku, sytuacji i przedmiotu.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ACFF9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D5DE8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C6D45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CD95C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D37E378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AFF6F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Opowiada o wydarzeniach i przekazuje informacje w logicznej kolejności.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A1D8A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01CC6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0C1CF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C0A99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410AF7F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1E60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Inicjuje rozmowę, odpowiada na pytania i podtrzymuje wymianę zdań.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7AACA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3DB8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ECB33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A431A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E480E55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299C5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Dostosowuje sposób komunikacji do nauczyciela, rówieśnika, sytuacji formalnej i nieformalnej.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5E889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AB1FC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EE4EE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57118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45AFD42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5AA5B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żart, ironię, metaforę i pośrednie komunikaty w zakresie odpowiednim do wieku.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958C8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3D899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D4183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B1857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CE9F3E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B26F3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Informuje o niezrozumieniu oraz prosi o powtórzenie lub doprecyzowanie.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61918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19E9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104F3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BC5A8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F603125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63F300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Komunikuje potrzeby, emocje, ból i sytuacje zagrożenia.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23269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8CF7E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0E37F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861F0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E4EF31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4A32B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Jeżeli korzysta z AAC, języka migowego lub technologii wspomagającej - stosuje je funkcjonalnie.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89050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93AA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0A583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E75FB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55839987" w14:textId="1377F2C0" w:rsidR="00F21F76" w:rsidRPr="00F21F76" w:rsidRDefault="00F21F76" w:rsidP="00F21F76">
      <w:pPr>
        <w:pStyle w:val="FormQuestion"/>
        <w:spacing w:before="240"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„Porozumiewanie się”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 xml:space="preserve">: 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mocne strony i uzdolnienia, trudności, sytuacje ich występowania oraz pomoc, która ułatwia dziecku funkcjonowanie?</w:t>
      </w:r>
    </w:p>
    <w:p w14:paraId="34A5C4DB" w14:textId="77777777" w:rsidR="00F21F76" w:rsidRPr="00F21F76" w:rsidRDefault="00F21F76" w:rsidP="00F21F76">
      <w:pPr>
        <w:pStyle w:val="FormQuestion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0624DC77" w14:textId="77777777" w:rsidR="00B7225D" w:rsidRDefault="00B7225D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2A9857C1" w14:textId="77777777" w:rsidR="00B7225D" w:rsidRPr="00B7225D" w:rsidRDefault="00B7225D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0456867F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06726CB0" w14:textId="56DFCC0E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MOTORYKA, PORUSZANIE SIĘ, W TYM MOBILNOŚĆ I AKTYWNOŚĆ MANUALNA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7A4B4F50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C0586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0C57A9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8BCC21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22F0BF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7A924B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0C1D1A11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2EAAD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Porusza się samodzielnie i bezpiecznie po szkole oraz podczas wyjść.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5DFBC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903E0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A7A83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5ED4FD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0759358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7DB6A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Zmienia pozycję ciała, korzysta ze schodów i przenosi potrzebne przedmioty.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D5BCA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B40AA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0A297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E4E6C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7D57DBE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A25BE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Uczestniczy w wychowaniu fizycznym i aktywnościach ruchowych na miarę swoich możliwości.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AC8AF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5B8AE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ECBF1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6AF8B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FBC2EBF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45D15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Koordynuje ruchy, utrzymuje równowagę i wykonuje sekwencje ruchowe.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7DD9D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1AED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C03791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4A0C0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C1ECB8D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5A5D2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Sprawnie posługuje się przyborami szkolnymi, narzędziami i drobnymi elementami.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B4A67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63027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6263E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9F522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4CE18B1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73BAF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Wykonuje czynności grafomotoryczne w tempie i z czytelnością pozwalającą realizować zadania.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D847E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4C6A2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90205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35BE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9B24BAC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9635D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urządzeń, sprzętu lub pomocy mobilności zgodnie z potrzebą.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9B3B8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47E1D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AFE49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E1A63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3C9A3D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0DC81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Nie doświadcza nadmiernego zmęczenia, bólu lub ograniczeń ruchowych podczas typowego dnia szkolnego.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C22CE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41F1F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EB515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9D3A1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431C9232" w14:textId="4EA7AC44" w:rsidR="00F21F76" w:rsidRPr="005F44C3" w:rsidRDefault="00F21F76" w:rsidP="005F44C3">
      <w:pPr>
        <w:pStyle w:val="ResponseLine"/>
        <w:spacing w:before="240"/>
        <w:jc w:val="both"/>
        <w:rPr>
          <w:rFonts w:ascii="Times New Roman" w:hAnsi="Times New Roman" w:cs="Times New Roman"/>
          <w:b/>
          <w:bCs/>
          <w:color w:val="auto"/>
          <w:szCs w:val="20"/>
          <w:lang w:val="pl-PL"/>
        </w:rPr>
      </w:pPr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 w:rsidRPr="005F44C3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i/>
          <w:iCs/>
          <w:color w:val="auto"/>
          <w:sz w:val="20"/>
          <w:szCs w:val="20"/>
          <w:lang w:val="pl-PL"/>
        </w:rPr>
        <w:t>„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Motoryka, poruszanie się, w tym mobilność i aktywność manualna”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:</w:t>
      </w:r>
      <w:r w:rsidRP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mocne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strony i uzdolnienia, trudności, sytuacje ich występowania oraz pomoc, która ułatwia dziecku funkcjonowanie?</w:t>
      </w:r>
    </w:p>
    <w:p w14:paraId="3A215A96" w14:textId="77777777" w:rsidR="00F21F76" w:rsidRPr="00F21F76" w:rsidRDefault="00F21F76" w:rsidP="00F21F76">
      <w:pPr>
        <w:pStyle w:val="ResponseLine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3CD0D9F0" w14:textId="77777777" w:rsidR="00B7225D" w:rsidRPr="00B7225D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47F20DA2" w14:textId="77777777" w:rsidR="00B7225D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F439AFB" w14:textId="77777777" w:rsidR="005F44C3" w:rsidRPr="000A6141" w:rsidRDefault="005F44C3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F250CD3" w14:textId="4B7E6487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DBANIE O SIEBIE, SAMOOBSŁUGA I SAMODZIELNOŚĆ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03D4DCA5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69E4F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821B12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5549B2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F9086E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C54AD7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20580AD8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2164C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korzysta z toalety i wykonuje podstawowe czynności higieniczne.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251BE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ABA0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30318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E83C2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24D490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A4CB2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je, pije, ubiera się i korzysta z szatni odpowiednio do wieku.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91334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D1B9F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D8EE2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3661A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68F4416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F7EAC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Rozpoznaje potrzeby organizmu i komunikuje ból, zmęczenie, głód lub potrzebę odpoczynku.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F6046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714651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773C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6A6AC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3B416D3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33DA2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Dba o własne bezpieczeństwo i przestrzega zasad związanych ze stanem zdrowia.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44118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617DA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1F259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F1361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F171367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DC5EA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korzysta z niezbędnych pomocy, sprzętu lub ustalonych procedur medycznych w zakresie właściwym dla wieku.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287A9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F3129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61C5B9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F2363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DBDC20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50496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Orientuje się w budynku i potrafi zwrócić się o pomoc w sytuacji trudnej.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1DFA4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1705D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476AE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DD3EC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6B79AE07" w14:textId="161C98BA" w:rsidR="00F21F76" w:rsidRPr="00F21F76" w:rsidRDefault="00F21F76" w:rsidP="005F44C3">
      <w:pPr>
        <w:pStyle w:val="ResponseLine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„Dbanie o siebie, samoobsługa i samodzielność”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: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mocne strony i uzdolnienia, trudności, sytuacje ich występowania oraz pomoc, która ułatwia dziecku funkcjonowanie?</w:t>
      </w:r>
    </w:p>
    <w:p w14:paraId="361642AC" w14:textId="77777777" w:rsidR="00F21F76" w:rsidRPr="00F21F76" w:rsidRDefault="00F21F76" w:rsidP="00F21F76">
      <w:pPr>
        <w:pStyle w:val="ResponseLine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162016EE" w14:textId="77777777" w:rsidR="007527E9" w:rsidRPr="00B7225D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56C076BE" w14:textId="77777777" w:rsidR="00B7225D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7100523" w14:textId="77777777" w:rsid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182836C" w14:textId="77777777" w:rsidR="005F44C3" w:rsidRPr="000A6141" w:rsidRDefault="005F44C3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81C5A70" w14:textId="11133996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ŻYCIE DOMOWE</w:t>
      </w:r>
    </w:p>
    <w:p w14:paraId="22C65A73" w14:textId="77777777" w:rsidR="007527E9" w:rsidRPr="000A6141" w:rsidRDefault="00000000" w:rsidP="00682377">
      <w:pPr>
        <w:pStyle w:val="FormInstruction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Ten obszar należy wypełnić wyłącznie w zakresie informacji dostępnych szkole. W pozostałych pozycjach należy zaznaczyć N/D lub N/O.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2F6F0560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88A6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lastRenderedPageBreak/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68433B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9E81A41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441810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5BFFBE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414B64B1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2DF63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Regularnie przynosi potrzebne podręczniki, przybory, strój i materiały.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4A5FC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488AE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05189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8CD81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9229BF9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462AED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Zapisuje lub sprawdza zadania, terminy i komunikaty szkolne.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D983E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A732E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58A1E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4820E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4BC4B3C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C694C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Wykonuje zadania domowe samodzielnie lub z pomocą adekwatną do wieku i potrzeb.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0471AD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DCB37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DED45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86140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D36A902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9EF0B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Organizuje naukę w domu i przygotowuje się do sprawdzianów - według informacji dostępnych szkole.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85BE5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E35D2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7A7E4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4A8E0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4D7A3DB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4FE9A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Dba o własne rzeczy i wywiązuje się z powierzonych obowiązków.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6AB24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456D8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8704D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D1AC9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657AE56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B5D17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Samodzielnie dociera do szkoły lub korzysta z transportu zgodnie z wiekiem i ustaleniami.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3191F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B921A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4D89D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ADEC8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6213E5" w:rsidRPr="000A6141" w14:paraId="13CADE7C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C81B6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Współpracuje z rodziną w zakresie obowiązków i organizacji dnia - jeżeli szkoła ma takie informacje.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CFB8C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F1526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F359F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D0229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6FE71FEC" w14:textId="5564191F" w:rsidR="00F21F76" w:rsidRPr="00F21F76" w:rsidRDefault="00F21F76" w:rsidP="005F44C3">
      <w:pPr>
        <w:pStyle w:val="ResponseLine"/>
        <w:spacing w:before="120" w:after="100" w:afterAutospacing="1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>„Życie domowe”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 xml:space="preserve">: 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mocne strony i uzdolnienia, trudności, sytuacje ich występowania oraz pomoc, która ułatwia dziecku funkcjonowanie?</w:t>
      </w:r>
    </w:p>
    <w:p w14:paraId="43B4D628" w14:textId="308CB492" w:rsidR="0038248F" w:rsidRPr="005F44C3" w:rsidRDefault="00F21F76" w:rsidP="005F44C3">
      <w:pPr>
        <w:pStyle w:val="ResponseLine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5C603FE2" w14:textId="77777777" w:rsidR="00B7225D" w:rsidRPr="000A6141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7041B7F" w14:textId="52A8752D" w:rsidR="007527E9" w:rsidRPr="000A6141" w:rsidRDefault="006213E5" w:rsidP="00682377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>WZAJEMNE KONTAKTY I ZWIĄZKI MIĘDZYLUDZKIE, ŻYCIE W SPOŁECZNOŚCI SZKOLNEJ I LOKALNEJ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50BA03AA" w14:textId="77777777" w:rsidTr="00B7225D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9FC73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AAF215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15ECB1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260CB5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C23D64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5B83ECDC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2B5E8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Nawiązuje i podtrzymuje relacje z rówieśnikami.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D6761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7C9B9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6A67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22723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351668FA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22A80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Jest włączany do grupy i ma przynajmniej jedną bezpieczną relację rówieśniczą.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964D2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1979E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664C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F7EF8A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11694C9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C602C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Współpracuje, dzieli się zadaniami i respektuje zasady pracy grupowej.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6582D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58E67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C8F43B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24C7E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02E9E22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5693A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Rozpoznaje emocje, intencje i granice innych osób.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6B1CB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39C1B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0CA7C6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124D5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A0EC4EF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7564C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Dostosowuje zachowanie do norm klasy, szkoły i sytuacji społecznej.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A822B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49EE4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46DB0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4E89F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2D84F91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A5CB4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Rozwiązuje konflikty bez agresji i potrafi skorzystać z mediacji dorosłego.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A7372E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0CC0B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4B204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B2202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D2902F9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7129F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Nawiązuje adekwatny kontakt z nauczycielami i innymi dorosłymi.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64D79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AF459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0DC9B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01125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FDC7CA2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63D7D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Radzi sobie podczas przerw, posiłków, świetlicy i mniej ustrukturyzowanych sytuacji.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65CDEC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DA3EB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A40F6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F09DA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9E2D583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A64DD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Uczestniczy w wydarzeniach klasowych, szkolnych, wycieczkach i projektach.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F03DAD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EE248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FBDCA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4DDB4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83CE2A5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E25F9C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Podejmuje aktywności pozaszkolne lub uczestniczy w społeczności lokalnej odpowiednio do wieku.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ED06F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2FFA8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AB08F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08422E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B17D6B9" w14:textId="77777777" w:rsidTr="00B7225D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CFBA2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Nie doświadcza izolowania, wyśmiewania, cyberprzemocy ani innej przemocy rówieśniczej.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24EDF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CAE6D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0791F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7776D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656E0CE1" w14:textId="77777777" w:rsidTr="00B7225D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955A5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Potrafi zgłosić dorosłemu zagrożenie, konflikt lub naruszenie granic.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B77B1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F9359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8A73D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8BEF7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31C20D54" w14:textId="63107EEA" w:rsidR="00F21F76" w:rsidRPr="00F21F76" w:rsidRDefault="00F21F76" w:rsidP="005F44C3">
      <w:pPr>
        <w:pStyle w:val="ResponseLine"/>
        <w:spacing w:before="12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Opis obszaru</w:t>
      </w:r>
      <w:r w:rsidR="005F44C3" w:rsidRPr="005F44C3">
        <w:rPr>
          <w:rFonts w:ascii="Times New Roman" w:hAnsi="Times New Roman" w:cs="Times New Roman"/>
          <w:color w:val="auto"/>
          <w:szCs w:val="20"/>
          <w:lang w:val="pl-PL"/>
        </w:rPr>
        <w:t xml:space="preserve"> </w:t>
      </w:r>
      <w:r w:rsidR="005F44C3" w:rsidRPr="005F44C3">
        <w:rPr>
          <w:rFonts w:ascii="Times New Roman" w:hAnsi="Times New Roman" w:cs="Times New Roman"/>
          <w:i/>
          <w:iCs/>
          <w:color w:val="auto"/>
          <w:szCs w:val="20"/>
          <w:lang w:val="pl-PL"/>
        </w:rPr>
        <w:t>„</w:t>
      </w:r>
      <w:r w:rsidR="005F44C3"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4"/>
          <w:lang w:val="pl-PL"/>
        </w:rPr>
        <w:t>Wzajemne kontakty i związki międzyludzkie, życie w społeczności szkolnej i lokalnej”</w:t>
      </w:r>
      <w:r w:rsidRPr="005F44C3">
        <w:rPr>
          <w:rFonts w:ascii="Times New Roman" w:hAnsi="Times New Roman" w:cs="Times New Roman"/>
          <w:b/>
          <w:bCs/>
          <w:i/>
          <w:iCs/>
          <w:color w:val="auto"/>
          <w:sz w:val="20"/>
          <w:szCs w:val="20"/>
          <w:lang w:val="pl-PL"/>
        </w:rPr>
        <w:t xml:space="preserve">: </w:t>
      </w: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mocne strony i uzdolnienia, trudności, sytuacje ich występowania oraz pomoc, która ułatwia dziecku funkcjonowanie?</w:t>
      </w:r>
    </w:p>
    <w:p w14:paraId="7C8625FB" w14:textId="77777777" w:rsidR="00F21F76" w:rsidRPr="00F21F76" w:rsidRDefault="00F21F76" w:rsidP="00F21F76">
      <w:pPr>
        <w:pStyle w:val="ResponseLine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F21F76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7BD642B6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03678A35" w14:textId="77777777" w:rsidR="00B7225D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5CA487C" w14:textId="064EF6F5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4. </w:t>
      </w:r>
      <w:r w:rsidR="00495A39">
        <w:rPr>
          <w:rFonts w:ascii="Times New Roman" w:hAnsi="Times New Roman" w:cs="Times New Roman"/>
          <w:color w:val="auto"/>
          <w:sz w:val="20"/>
          <w:szCs w:val="20"/>
          <w:lang w:val="pl-PL"/>
        </w:rPr>
        <w:t>Funkcje ciała i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stan zdrowia wpływające na funkcjonowanie</w:t>
      </w:r>
    </w:p>
    <w:p w14:paraId="1C4BAD5E" w14:textId="77777777" w:rsidR="007527E9" w:rsidRPr="000A6141" w:rsidRDefault="00000000" w:rsidP="00682377">
      <w:pPr>
        <w:pStyle w:val="FormInstruction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Zaznaczenie trudności oznacza obserwowany wpływ na funkcjonowanie, a nie rozpoznanie medyczne.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7128"/>
        <w:gridCol w:w="900"/>
        <w:gridCol w:w="900"/>
        <w:gridCol w:w="1500"/>
      </w:tblGrid>
      <w:tr w:rsidR="000A6141" w:rsidRPr="00045CFE" w14:paraId="1B45C117" w14:textId="77777777" w:rsidTr="00B7225D">
        <w:trPr>
          <w:cantSplit/>
          <w:tblHeader/>
        </w:trPr>
        <w:tc>
          <w:tcPr>
            <w:tcW w:w="71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46AD5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lastRenderedPageBreak/>
              <w:t>Obserwowany wpływ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74B34E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00F82DD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Nie</w:t>
            </w:r>
          </w:p>
        </w:tc>
        <w:tc>
          <w:tcPr>
            <w:tcW w:w="15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1C35B8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brak danych</w:t>
            </w:r>
          </w:p>
        </w:tc>
      </w:tr>
      <w:tr w:rsidR="000A6141" w:rsidRPr="000A6141" w14:paraId="1113A387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E0D62E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Widzenie lub korzystanie z materiału wzrokowego wpływa na udział w zajęciach.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297FFB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39505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CB088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9A74A27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751C2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Słyszenie lub rozumienie mowy w hałasie wpływa na udział w zajęciach.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CC5E12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5B7EF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22B5D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92F3F7D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D4B1D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Nadwrażliwość albo obniżona reakcja na dźwięk, światło, dotyk, ruch, zapach lub temperaturę wpływa na funkcjonowanie.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B6EEE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F8DCE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40775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3FC1E48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A3740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Stan zdrowia, ból, napady, alergie, przyjmowane leki lub procedury medyczne wpływają na obecność albo aktywność.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DA808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4E0D4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5F097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A99F1C9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22A57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Zmęczenie, senność, wydolność lub potrzeba częstych przerw wpływają na wykonywanie zadań.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33BE0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20CB6B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C9F3C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EFB2688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EDD736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Trudności z jedzeniem, piciem lub korzystaniem z toalety wymagają dostosowania warunków.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0A1FA6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10518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13A70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AA1AB83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0226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Napięcie emocjonalne, lęk, obniżony nastrój lub silne reakcje stresowe ograniczają uczestniczenie.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96149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5A14B4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D111B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B7225D" w:rsidRPr="000A6141" w14:paraId="44D7F3D3" w14:textId="77777777" w:rsidTr="00B7225D">
        <w:trPr>
          <w:cantSplit/>
        </w:trPr>
        <w:tc>
          <w:tcPr>
            <w:tcW w:w="71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3DC17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Zachowania impulsywne, autoagresywne, agresywne lub ucieczkowe powodują ryzyko dla ucznia albo otoczenia.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733DC4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95844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5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00696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5CF7F759" w14:textId="4199BD4D" w:rsidR="007527E9" w:rsidRPr="00B7225D" w:rsidRDefault="00000000" w:rsidP="0038248F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Znane placówce informacje o stanie zdrowia oraz ich praktyczne znaczenie dla edukacji, opieki i bezpieczeństwa</w:t>
      </w:r>
      <w:r w:rsid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2FD90792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20D772FC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1E00DFD0" w14:textId="77777777" w:rsid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243A53C" w14:textId="77777777" w:rsidR="00B7225D" w:rsidRPr="000A6141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0462F050" w14:textId="443117C1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5. Czynniki środowiskowe </w:t>
      </w:r>
      <w:r w:rsidR="006213E5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bariery i ułatwienia</w:t>
      </w:r>
    </w:p>
    <w:p w14:paraId="62A9DA78" w14:textId="296F2ECA" w:rsidR="007527E9" w:rsidRPr="00B7225D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Najczęściej skuteczne ułatwienia </w:t>
      </w:r>
      <w:r w:rsidR="00B7225D"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proszę zaznaczyć rozwiązania sprawdzone w praktyce</w:t>
      </w:r>
      <w:r w:rsid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292F0A48" w14:textId="05859FB5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jasne, krótkie polecenia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podział zadania na etapy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więcej czasu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ograniczenie bodźców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przerwa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wzór lub plan działania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sprawdzenie zrozumienia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wsparcie indywidualne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pozytywne wzmocnienie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pomoce wizualne / AAC   </w:t>
      </w:r>
      <w:r w:rsidR="00F21F76">
        <w:rPr>
          <w:rFonts w:ascii="Times New Roman" w:hAnsi="Times New Roman" w:cs="Times New Roman"/>
          <w:color w:val="auto"/>
          <w:sz w:val="20"/>
          <w:szCs w:val="20"/>
          <w:lang w:val="pl-PL"/>
        </w:rPr>
        <w:br/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</w:t>
      </w:r>
    </w:p>
    <w:p w14:paraId="0CAA3A16" w14:textId="2962C125" w:rsidR="007527E9" w:rsidRPr="00B7225D" w:rsidRDefault="00000000" w:rsidP="00B7225D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Warunki najczęściej nasilające trudności</w:t>
      </w:r>
      <w:r w:rsidR="00B7225D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79830DDE" w14:textId="77777777" w:rsidR="007527E9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hałas i liczna klasa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presja czasu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kilka poleceń naraz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długie zadania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praca pisemna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odpowiedź na forum klasy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zmiana planu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konflikt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zmęczenie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sytuacja oceniania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</w:t>
      </w:r>
    </w:p>
    <w:p w14:paraId="769E7E7C" w14:textId="77777777" w:rsidR="00B7225D" w:rsidRPr="000A6141" w:rsidRDefault="00B7225D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241"/>
        <w:gridCol w:w="2800"/>
      </w:tblGrid>
      <w:tr w:rsidR="000A6141" w:rsidRPr="000A6141" w14:paraId="678355FF" w14:textId="77777777" w:rsidTr="005F44C3">
        <w:trPr>
          <w:cantSplit/>
          <w:tblHeader/>
        </w:trPr>
        <w:tc>
          <w:tcPr>
            <w:tcW w:w="2552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3B8007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Obszar środowiska</w:t>
            </w:r>
          </w:p>
        </w:tc>
        <w:tc>
          <w:tcPr>
            <w:tcW w:w="2835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F7017E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Co ułatwia funkcjonowanie?</w:t>
            </w:r>
          </w:p>
        </w:tc>
        <w:tc>
          <w:tcPr>
            <w:tcW w:w="2241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0108F5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Co stanowi barierę?</w:t>
            </w:r>
          </w:p>
        </w:tc>
        <w:tc>
          <w:tcPr>
            <w:tcW w:w="28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C14BBC" w14:textId="77777777" w:rsidR="007527E9" w:rsidRPr="000A6141" w:rsidRDefault="00000000" w:rsidP="00F21F76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Jaka zmiana jest potrzebna?</w:t>
            </w:r>
          </w:p>
        </w:tc>
      </w:tr>
      <w:tr w:rsidR="000A6141" w:rsidRPr="000A6141" w14:paraId="0E35BEA4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86FB4B" w14:textId="66DA1108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Przestrzeń i bezpieczeństwo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63360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1D675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124D8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729A4FAC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DF57B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Hałas, światło, liczebność grupy/klasy i tempo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34116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D8C1F56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9B29A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2A51D63D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EF6F6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Sposób komunikowania poleceń i informacji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92587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9591CC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B2040A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15F69E15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094BD8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Organizacja zajęć, przerw, planu i zmian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369B1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E86EB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EB2BA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478A1A2F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1B3B2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Relacje z rówieśnikami i dorosłymi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B8675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611BD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76F46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76CEB788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81B5A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Pomoce, technologie, AAC, sprzęt lub materiały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7D59B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E6E2B3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793A93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3EE6FFBE" w14:textId="77777777" w:rsidTr="00495A39">
        <w:trPr>
          <w:cantSplit/>
          <w:trHeight w:val="454"/>
        </w:trPr>
        <w:tc>
          <w:tcPr>
            <w:tcW w:w="2552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63CA9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Współpraca z rodziną i specjalistami</w:t>
            </w:r>
          </w:p>
        </w:tc>
        <w:tc>
          <w:tcPr>
            <w:tcW w:w="2835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613D7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4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7F898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6CC83B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0569E912" w14:textId="77777777" w:rsidR="0038248F" w:rsidRDefault="0038248F" w:rsidP="0038248F">
      <w:pPr>
        <w:pStyle w:val="Nagwek2"/>
        <w:spacing w:after="0"/>
        <w:jc w:val="both"/>
        <w:rPr>
          <w:rFonts w:ascii="Times New Roman" w:hAnsi="Times New Roman" w:cs="Times New Roman"/>
          <w:color w:val="auto"/>
          <w:szCs w:val="20"/>
          <w:lang w:val="pl-PL"/>
        </w:rPr>
      </w:pPr>
    </w:p>
    <w:p w14:paraId="5796F020" w14:textId="7C7A9318" w:rsidR="007527E9" w:rsidRPr="000A6141" w:rsidRDefault="00000000" w:rsidP="0038248F">
      <w:pPr>
        <w:pStyle w:val="Nagwek2"/>
        <w:spacing w:after="0"/>
        <w:jc w:val="center"/>
        <w:rPr>
          <w:rFonts w:ascii="Times New Roman" w:hAnsi="Times New Roman" w:cs="Times New Roman"/>
          <w:color w:val="auto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Cs w:val="20"/>
          <w:lang w:val="pl-PL"/>
        </w:rPr>
        <w:t xml:space="preserve">Dodatkowe informacje w przypadku ucznia słabowidzącego / niewidomego lub słabosłyszącego / niesłyszącego </w:t>
      </w:r>
      <w:r w:rsidR="006213E5">
        <w:rPr>
          <w:rFonts w:ascii="Times New Roman" w:hAnsi="Times New Roman" w:cs="Times New Roman"/>
          <w:color w:val="auto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Cs w:val="20"/>
          <w:lang w:val="pl-PL"/>
        </w:rPr>
        <w:t xml:space="preserve"> jeżeli dotyczy</w:t>
      </w:r>
      <w:r w:rsidR="0038248F">
        <w:rPr>
          <w:rFonts w:ascii="Times New Roman" w:hAnsi="Times New Roman" w:cs="Times New Roman"/>
          <w:color w:val="auto"/>
          <w:szCs w:val="20"/>
          <w:lang w:val="pl-PL"/>
        </w:rPr>
        <w:t xml:space="preserve">. </w:t>
      </w:r>
      <w:r w:rsidRPr="0038248F">
        <w:rPr>
          <w:rFonts w:ascii="Times New Roman" w:hAnsi="Times New Roman" w:cs="Times New Roman"/>
          <w:b w:val="0"/>
          <w:bCs w:val="0"/>
          <w:color w:val="auto"/>
          <w:szCs w:val="20"/>
          <w:lang w:val="pl-PL"/>
        </w:rPr>
        <w:t>Wypełnić wyłącznie w zakresie dotyczącym ucznia. Proszę opisywać obserwowalne funkcjonowanie oraz zasoby i bariery środowiska szkolnym; dane kliniczne wynikające z dokumentacji medycznej są przekazywane poradni odrębnie.</w:t>
      </w:r>
    </w:p>
    <w:p w14:paraId="1F587459" w14:textId="77777777" w:rsidR="006213E5" w:rsidRDefault="006213E5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486CEDF" w14:textId="2A69290C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Funkcjonowanie ucznia słabowidzącego lub niewidomego</w:t>
      </w: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661F8346" w14:textId="77777777" w:rsidTr="0038248F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BB134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DF9BED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6DCD15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616D61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ADF869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0A02CDB0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FBF7EF" w14:textId="55C0065F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Wykorzystuje wzrok w naturalnych zadaniach szkolnych </w:t>
            </w:r>
            <w:r w:rsidR="00963BD6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–</w:t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 xml:space="preserve"> jeżeli korzysta ze wzroku funkcjonalnie.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636E0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81EDF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A9235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0C1E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D5EF92C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999AC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Wykonuje zadania wymagające patrzenia z bliska: czytanie, pisanie oraz praca z zeszytem i materiałem drukowanym.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D4775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CF3791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79F09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101E1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E381954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F89FC4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Odczytuje informacje z tablicy, ekranu, prezentacji lub z większej odległości.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9F195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9BDC4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5E2FB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5941A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127B5B6F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3082CF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Orientuje się i bezpiecznie porusza w przestrzeni szkoły.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170A2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FEC600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2D477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1C307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AE6DDB6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6F78E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Funkcjonuje przy różnym oświetleniu, kontraście, odblasku i zmęczeniu wzrokowym.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C7D3B7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5FE58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F551F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558BF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25E1C461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D499A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dotyku, słuchu i innych sposobów kompensacyjnych w uczeniu się.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17BCB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AE930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4BBE1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C7B7C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292234AD" w14:textId="14AD4629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Trudności w dostępie do podręczników, materiałów edukacyjnych, ćwiczeniowych i informacji organizacyjnych - konkretne przykłady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204BA405" w14:textId="77777777" w:rsidR="007527E9" w:rsidRPr="0038248F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6938FB52" w14:textId="77777777" w:rsidR="00B7225D" w:rsidRPr="0038248F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0E01F1F" w14:textId="56695AF9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Stosowane adaptacje materiałów i ich skuteczność </w:t>
      </w:r>
      <w:r w:rsidR="00B7225D"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np. powiększenie, kontrast, odpowiedni krój i rozmiar czcionki lub symboli, wersja cyfrowa, audio, brajl, materiały dotykowe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0116B0CC" w14:textId="77777777" w:rsidR="007527E9" w:rsidRPr="0038248F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2CC3E0B5" w14:textId="77777777" w:rsidR="00B7225D" w:rsidRPr="0038248F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E892EFD" w14:textId="1923FCFD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Wykorzystywane pomoce optyczne, nieoptyczne i technologie wspomagające oraz stopień samodzielności w korzystaniu z nich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4FDC988C" w14:textId="77777777" w:rsidR="007527E9" w:rsidRPr="0038248F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49AD2F2F" w14:textId="77777777" w:rsidR="00B7225D" w:rsidRPr="0038248F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CD502BB" w14:textId="22D3F89F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Potrzeby dotyczące organizacji miejsca pracy i przestrzeni szkoły - np. miejsce w sali, oświetlenie, oznaczenia, orientacja 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br/>
      </w:r>
      <w:r w:rsidRP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i mobilność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2B4A998B" w14:textId="77777777" w:rsidR="00B7225D" w:rsidRDefault="00B7225D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B1BE9A9" w14:textId="77777777" w:rsidR="00B7225D" w:rsidRPr="000A6141" w:rsidRDefault="00B7225D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2D6B1E6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450"/>
        <w:gridCol w:w="3512"/>
      </w:tblGrid>
      <w:tr w:rsidR="000A6141" w:rsidRPr="000A6141" w14:paraId="3B75682A" w14:textId="77777777" w:rsidTr="0038248F">
        <w:trPr>
          <w:cantSplit/>
          <w:tblHeader/>
        </w:trPr>
        <w:tc>
          <w:tcPr>
            <w:tcW w:w="35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73A8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34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25A821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Zasoby / rozwiązania dostępne i skuteczne</w:t>
            </w:r>
          </w:p>
        </w:tc>
        <w:tc>
          <w:tcPr>
            <w:tcW w:w="3512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AFCDC2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Bariery / braki utrudniające funkcjonowanie</w:t>
            </w:r>
          </w:p>
        </w:tc>
      </w:tr>
      <w:tr w:rsidR="000A6141" w:rsidRPr="00045CFE" w14:paraId="4D6F94D9" w14:textId="77777777" w:rsidTr="0038248F">
        <w:trPr>
          <w:cantSplit/>
        </w:trPr>
        <w:tc>
          <w:tcPr>
            <w:tcW w:w="352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29E12F" w14:textId="77777777" w:rsidR="007527E9" w:rsidRPr="000A6141" w:rsidRDefault="00000000" w:rsidP="000C7451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Środki dydaktyczne i technologie wspomagające funkcjonowanie ucznia z dysfunkcją wzroku</w:t>
            </w:r>
          </w:p>
        </w:tc>
        <w:tc>
          <w:tcPr>
            <w:tcW w:w="34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B09E5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1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B665E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44BFED1E" w14:textId="77777777" w:rsidTr="0038248F">
        <w:trPr>
          <w:cantSplit/>
        </w:trPr>
        <w:tc>
          <w:tcPr>
            <w:tcW w:w="352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CAE2B71" w14:textId="77777777" w:rsidR="007527E9" w:rsidRPr="000A6141" w:rsidRDefault="00000000" w:rsidP="000C7451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Alternatywne formy dostępu do treści edukacyjnych i informacji organizacyjnych: audio, forma cyfrowa, brajl, powiększony druk; wsparcie specjalistyczne</w:t>
            </w:r>
          </w:p>
        </w:tc>
        <w:tc>
          <w:tcPr>
            <w:tcW w:w="34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0C55A0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1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1B9F6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11F86D8B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028F3894" w14:textId="77777777" w:rsidR="007527E9" w:rsidRPr="000A6141" w:rsidRDefault="00000000" w:rsidP="00682377">
      <w:pPr>
        <w:pStyle w:val="Nagwek3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Funkcjonowanie ucznia słabosłyszącego lub niesłyszącego</w:t>
      </w:r>
    </w:p>
    <w:p w14:paraId="4B7A3964" w14:textId="77777777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Sposób komunikowania się ucznia w placówce</w:t>
      </w:r>
    </w:p>
    <w:p w14:paraId="2AF890F1" w14:textId="7777777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mowa werbalna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PJM / język migowy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fonogesty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AAC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ustalono</w:t>
      </w:r>
    </w:p>
    <w:p w14:paraId="1CDD2F57" w14:textId="68DFC68B" w:rsidR="007527E9" w:rsidRPr="000A6141" w:rsidRDefault="00000000" w:rsidP="00B7225D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Urządzenia lub technologie używane przez ucznia</w:t>
      </w:r>
    </w:p>
    <w:p w14:paraId="6C6DE283" w14:textId="77777777" w:rsidR="007527E9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aparaty słuchowe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implant ślimakowy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system FM/DM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mikrofon / system nagłośnienia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____________________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brak / nie ustalono</w:t>
      </w:r>
    </w:p>
    <w:p w14:paraId="7E58211D" w14:textId="77777777" w:rsidR="006213E5" w:rsidRPr="000A6141" w:rsidRDefault="006213E5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tbl>
      <w:tblPr>
        <w:tblW w:w="10428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628"/>
        <w:gridCol w:w="950"/>
        <w:gridCol w:w="927"/>
        <w:gridCol w:w="1023"/>
        <w:gridCol w:w="900"/>
      </w:tblGrid>
      <w:tr w:rsidR="000A6141" w:rsidRPr="000A6141" w14:paraId="1877104C" w14:textId="77777777" w:rsidTr="0038248F">
        <w:trPr>
          <w:cantSplit/>
          <w:tblHeader/>
        </w:trPr>
        <w:tc>
          <w:tcPr>
            <w:tcW w:w="66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97A77C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lastRenderedPageBreak/>
              <w:t>Obserwowany aspekt</w:t>
            </w:r>
          </w:p>
        </w:tc>
        <w:tc>
          <w:tcPr>
            <w:tcW w:w="9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B012F78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Bez pomocy</w:t>
            </w:r>
          </w:p>
        </w:tc>
        <w:tc>
          <w:tcPr>
            <w:tcW w:w="927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786C5E4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 pomocą</w:t>
            </w:r>
          </w:p>
        </w:tc>
        <w:tc>
          <w:tcPr>
            <w:tcW w:w="1023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862979E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Trudność</w:t>
            </w:r>
          </w:p>
        </w:tc>
        <w:tc>
          <w:tcPr>
            <w:tcW w:w="9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95F4F6E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N/D lub N/O</w:t>
            </w:r>
          </w:p>
        </w:tc>
      </w:tr>
      <w:tr w:rsidR="000A6141" w:rsidRPr="000A6141" w14:paraId="49386395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B8E53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Funkcjonalnie słyszy i odbiera komunikaty w typowych warunkach lekcyjnych.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3E2BE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626E3E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0119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E4DC98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01A7B744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3511F6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mowę nauczyciela z różnej odległości i przy różnym poziomie hałasu.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2F595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5830FA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FD857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F50402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4EA710DD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2E6CF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Rozumie wypowiedzi wielu osób podczas rozmowy lub pracy grupowej.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17219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C706560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EDE8F6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80EE654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731DF519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3EBAC9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informacji wizualnych wspierających rozumienie przekazu.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3909C5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C9AD7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10602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44D14B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98CDE3D" w14:textId="77777777" w:rsidTr="0038248F">
        <w:trPr>
          <w:cantSplit/>
        </w:trPr>
        <w:tc>
          <w:tcPr>
            <w:tcW w:w="6628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F50AB8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Uczestniczy w dyskusji, zgłasza potrzeby i samodzielnie wyjaśnia nieporozumienia komunikacyjne.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4D1462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7D973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1F10A3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CE407D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  <w:tr w:rsidR="000A6141" w:rsidRPr="000A6141" w14:paraId="53D4CDE6" w14:textId="77777777" w:rsidTr="0038248F">
        <w:trPr>
          <w:cantSplit/>
        </w:trPr>
        <w:tc>
          <w:tcPr>
            <w:tcW w:w="6628" w:type="dxa"/>
            <w:shd w:val="clear" w:color="auto" w:fill="F8FAFB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36BA68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t>Korzysta z dostępnych sposobów komunikacji werbalnej i niewerbalnej.</w:t>
            </w:r>
          </w:p>
        </w:tc>
        <w:tc>
          <w:tcPr>
            <w:tcW w:w="9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99DF01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27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0CFE2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102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801C3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  <w:tc>
          <w:tcPr>
            <w:tcW w:w="9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2C7BE1A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Segoe UI Symbol" w:hAnsi="Segoe UI Symbol" w:cs="Segoe UI Symbol"/>
                <w:color w:val="auto"/>
                <w:sz w:val="20"/>
                <w:szCs w:val="20"/>
                <w:lang w:val="pl-PL"/>
              </w:rPr>
              <w:t>☐</w:t>
            </w:r>
          </w:p>
        </w:tc>
      </w:tr>
    </w:tbl>
    <w:p w14:paraId="65A2E99D" w14:textId="1FED8200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Trudności w słyszeniu i rozumieniu komunikatów werbalnych oraz ich wpływ na pracę na lekcji 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konkretne przykłady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35E92558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7AF3C1F6" w14:textId="77777777" w:rsidR="00B7225D" w:rsidRPr="000A6141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C4A7DBB" w14:textId="75A1060D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Dostęp do treści audiowizualnych i materiałów edukacyjnych - np. napisy, transkrypcja, materiały pisemne, wcześniejsze udostępnienie treści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60C643D3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5E5B427A" w14:textId="77777777" w:rsidR="00B7225D" w:rsidRPr="000A6141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124EE23" w14:textId="3D720893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Warunki komunikacyjne zwiększające skuteczność rozumienia - np. miejsce w sali, kontakt wzrokowy, ograniczenie hałasu, jedna osoba mówiąca w danym czasie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70D0918C" w14:textId="77777777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450"/>
        <w:gridCol w:w="3512"/>
      </w:tblGrid>
      <w:tr w:rsidR="000A6141" w:rsidRPr="000A6141" w14:paraId="72624D2A" w14:textId="77777777" w:rsidTr="0038248F">
        <w:trPr>
          <w:cantSplit/>
          <w:tblHeader/>
        </w:trPr>
        <w:tc>
          <w:tcPr>
            <w:tcW w:w="35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C6CAA17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345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FC5DC25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Zasoby / rozwiązania dostępne i skuteczne</w:t>
            </w:r>
          </w:p>
        </w:tc>
        <w:tc>
          <w:tcPr>
            <w:tcW w:w="3512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9B3C3A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Bariery / braki utrudniające funkcjonowanie</w:t>
            </w:r>
          </w:p>
        </w:tc>
      </w:tr>
      <w:tr w:rsidR="000A6141" w:rsidRPr="00045CFE" w14:paraId="5F87A3F3" w14:textId="77777777" w:rsidTr="0038248F">
        <w:trPr>
          <w:cantSplit/>
        </w:trPr>
        <w:tc>
          <w:tcPr>
            <w:tcW w:w="352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374B21" w14:textId="5ABFBFF3" w:rsidR="007527E9" w:rsidRPr="000A6141" w:rsidRDefault="00000000" w:rsidP="000C7451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 xml:space="preserve">Urządzenia wspomagające słyszenie </w:t>
            </w:r>
            <w:r w:rsidR="000C745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br/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i odbiór audiowizualny</w:t>
            </w:r>
          </w:p>
        </w:tc>
        <w:tc>
          <w:tcPr>
            <w:tcW w:w="34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44A090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1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7493BC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660F331C" w14:textId="77777777" w:rsidTr="0038248F">
        <w:trPr>
          <w:cantSplit/>
        </w:trPr>
        <w:tc>
          <w:tcPr>
            <w:tcW w:w="352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A98CDF" w14:textId="77777777" w:rsidR="007527E9" w:rsidRPr="000A6141" w:rsidRDefault="00000000" w:rsidP="000C7451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Dostęp do przygotowywania notatek, zapisywania symultanicznego / transkrypcji lub tłumaczenia na język migowy</w:t>
            </w:r>
          </w:p>
        </w:tc>
        <w:tc>
          <w:tcPr>
            <w:tcW w:w="345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8E40E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1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5D659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7028B088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40938CE" w14:textId="0933B13C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Inne informacje dotyczące funkcjonowania ucznia z niepełnosprawnością wzroku lub słuchu istotne dla diagnozy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50D52A26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478A25AC" w14:textId="77777777" w:rsidR="00B7225D" w:rsidRPr="000A6141" w:rsidRDefault="00B7225D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CBEE28D" w14:textId="1F230A1D" w:rsidR="007527E9" w:rsidRPr="000A614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Najważniejsze czynniki osobowe pomagające uczniowi - zainteresowania, motywatory, strategie, preferowany sposób uczenia się</w:t>
      </w:r>
      <w:r w:rsidR="000C7451">
        <w:rPr>
          <w:rFonts w:ascii="Times New Roman" w:hAnsi="Times New Roman" w:cs="Times New Roman"/>
          <w:color w:val="auto"/>
          <w:sz w:val="20"/>
          <w:szCs w:val="20"/>
          <w:lang w:val="pl-PL"/>
        </w:rPr>
        <w:t>:</w:t>
      </w:r>
    </w:p>
    <w:p w14:paraId="62060088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353125A6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97E1D0F" w14:textId="77777777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6. Dotychczasowa pomoc, podjęte działania i ich efekty</w:t>
      </w:r>
    </w:p>
    <w:p w14:paraId="362D946D" w14:textId="77777777" w:rsidR="007527E9" w:rsidRPr="000A6141" w:rsidRDefault="00000000" w:rsidP="00682377">
      <w:pPr>
        <w:pStyle w:val="FormInstruction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Proszę wpisać tylko działania rzeczywiście realizowane. Jeżeli dana forma nie była udzielana, można wpisać „nie dotyczy”. Efekt należy opisać konkretnie: poprawa, częściowa poprawa, brak zmiany, pogorszenie albo efekt zależny od warunków.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2578"/>
        <w:gridCol w:w="2100"/>
        <w:gridCol w:w="1600"/>
        <w:gridCol w:w="1660"/>
        <w:gridCol w:w="2552"/>
      </w:tblGrid>
      <w:tr w:rsidR="000A6141" w:rsidRPr="00045CFE" w14:paraId="609724E5" w14:textId="77777777" w:rsidTr="0038248F">
        <w:trPr>
          <w:cantSplit/>
          <w:tblHeader/>
        </w:trPr>
        <w:tc>
          <w:tcPr>
            <w:tcW w:w="257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DA3FA7C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Forma pomocy / działanie</w:t>
            </w:r>
          </w:p>
        </w:tc>
        <w:tc>
          <w:tcPr>
            <w:tcW w:w="21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6CD1533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Okres, częstotliwość i wymiar</w:t>
            </w:r>
          </w:p>
        </w:tc>
        <w:tc>
          <w:tcPr>
            <w:tcW w:w="160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4B34188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Zakres i cel</w:t>
            </w:r>
          </w:p>
        </w:tc>
        <w:tc>
          <w:tcPr>
            <w:tcW w:w="1660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BE5EFD9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Udział / systematyczność</w:t>
            </w:r>
          </w:p>
        </w:tc>
        <w:tc>
          <w:tcPr>
            <w:tcW w:w="2552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F2F31D2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Efekty oraz wnioski z ewaluacji</w:t>
            </w:r>
          </w:p>
        </w:tc>
      </w:tr>
      <w:tr w:rsidR="000A6141" w:rsidRPr="00045CFE" w14:paraId="6142AE5C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6F5CB4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Bieżące dostosowania i zintegrowane działania nauczycieli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44345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99BED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3BC70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450225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4C98D125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27ED31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Zajęcia dydaktyczno-wyrównawcze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4C34E9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3ABA06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3527D8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4466B8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2B98016E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9C58E0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Zajęcia korekcyjno-kompensacyjne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0A5A73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3CB5C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E16A8D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6587BF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32E5A0BB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17B9EE0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Zajęcia logopedyczne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E8A968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5BE41EB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EF3974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FF86D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6C04363F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53F49C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lastRenderedPageBreak/>
              <w:t>Zajęcia rozwijające kompetencje emocjonalno-społeczne (w tym z elementami TUS)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5DBD3D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D5BEBA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6B3C4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F36F5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4DE742CA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8A20B90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Inne zajęcia specjalistyczne lub terapeutyczne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BA29D1A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71F026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616A57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DD6A0E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2C9D4B0A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BFA11CE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Zajęcia rozwijające uzdolnienia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89DE3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B1D7C73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3C3DA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3158BB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6EE1D10C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547F86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Zajęcia rewalidacyjne / resocjalizacyjne / socjoterapeutyczne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9ACF6B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B80DB4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9696A71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C2552A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46E74B4B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81DB2AB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Wsparcie psychologa, pedagoga lub pedagoga specjalnego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65C26F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84F60D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43F2A7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1C0A784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12A954DB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2405C01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Pomoc nauczyciela / wsparcie dodatkowej osoby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16717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A0B0F8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5EDA0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2DFE6E2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27519168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2906A4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Współpraca z rodziną, poradnią lub innymi specjalistami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F07415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0A20D7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EA6A49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FC623E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585199D1" w14:textId="77777777" w:rsidTr="00AC57B6">
        <w:trPr>
          <w:cantSplit/>
          <w:trHeight w:val="454"/>
        </w:trPr>
        <w:tc>
          <w:tcPr>
            <w:tcW w:w="257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44150D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Inne działania</w:t>
            </w:r>
          </w:p>
        </w:tc>
        <w:tc>
          <w:tcPr>
            <w:tcW w:w="21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1E8957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0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2BC1A0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5405AB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E5BB5D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4D86DCFA" w14:textId="77777777" w:rsidR="007527E9" w:rsidRPr="000A6141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49D83025" w14:textId="77777777" w:rsidR="007527E9" w:rsidRPr="000C745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C745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Czy dokonano ewaluacji skuteczności udzielanej pomocy?</w:t>
      </w:r>
    </w:p>
    <w:p w14:paraId="05BBE6AB" w14:textId="7777777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tak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częściowo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pomoc trwa zbyt krótko, aby ją ocenić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</w:t>
      </w:r>
    </w:p>
    <w:p w14:paraId="148CDED4" w14:textId="77777777" w:rsidR="007527E9" w:rsidRPr="000C7451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C745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Sposób i data ewaluacji, osoby uczestniczące oraz najważniejsze wyniki</w:t>
      </w:r>
    </w:p>
    <w:p w14:paraId="7B4D2109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074F9F79" w14:textId="77777777" w:rsidR="000C7451" w:rsidRDefault="000C7451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E47C0AC" w14:textId="77777777" w:rsidR="000C7451" w:rsidRPr="000C7451" w:rsidRDefault="000C7451" w:rsidP="000C7451">
      <w:pPr>
        <w:pStyle w:val="ResponseLine"/>
        <w:spacing w:before="60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0C7451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Co zostało zmienione po ewaluacji i jakie działania należy kontynuować, rozszerzyć, zmodyfikować lub zakończyć?</w:t>
      </w:r>
    </w:p>
    <w:p w14:paraId="325D9653" w14:textId="77777777" w:rsid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25F4EC5" w14:textId="77777777" w:rsidR="000C7451" w:rsidRDefault="000C7451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6B94C21" w14:textId="77777777" w:rsidR="00AC57B6" w:rsidRPr="000A6141" w:rsidRDefault="00AC57B6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87DEAF4" w14:textId="77777777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7. Ocena potrzeby szczególnej organizacji wsparcia</w:t>
      </w:r>
    </w:p>
    <w:p w14:paraId="11AB8044" w14:textId="0DB0263B" w:rsidR="007527E9" w:rsidRPr="0038248F" w:rsidRDefault="00000000" w:rsidP="0038248F">
      <w:pPr>
        <w:pStyle w:val="FormQuestion"/>
        <w:keepNext w:val="0"/>
        <w:keepLines w:val="0"/>
        <w:spacing w:before="12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Czy zachodzi potrzeba realizacji wybranych zajęć edukacyjnych indywidualnie z uczniem lub w grupie liczącej do 5 uczniów </w:t>
      </w:r>
      <w:r w:rsid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w przypadku ucznia napotykającego na trudności w funkcjonowaniu wspólnie z oddziałem szkolnym?</w:t>
      </w:r>
    </w:p>
    <w:p w14:paraId="7B645A49" w14:textId="77777777" w:rsidR="007527E9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tak - należy określić zakres i formę poniżej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wymaga dalszej oceny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</w:t>
      </w:r>
    </w:p>
    <w:p w14:paraId="00CD9111" w14:textId="67242DAD" w:rsidR="0038248F" w:rsidRPr="0038248F" w:rsidRDefault="0038248F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Jeżeli tak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– </w:t>
      </w: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to w jakim zakresie, obszarach, z jakich przedmiotów?</w:t>
      </w:r>
    </w:p>
    <w:p w14:paraId="48482CFE" w14:textId="77777777" w:rsidR="007527E9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6FCA667E" w14:textId="77777777" w:rsidR="0038248F" w:rsidRDefault="0038248F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5F966C32" w14:textId="77777777" w:rsidR="00AC57B6" w:rsidRPr="000A6141" w:rsidRDefault="00AC57B6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13F2EBCF" w14:textId="77777777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Czy uczeń wymaga zapewnienia wsparcia przez nauczyciela posiadającego kwalifikacje z zakresu pedagogiki specjalnej, zatrudnionego w celu współorganizowania kształcenia specjalnego, specjalistów lub innych osób?</w:t>
      </w:r>
    </w:p>
    <w:p w14:paraId="694D2E60" w14:textId="77777777" w:rsidR="007527E9" w:rsidRPr="000A6141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tak - należy określić proponowany zakres wsparcia poniżej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wymaga dalszej oceny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</w:t>
      </w:r>
    </w:p>
    <w:p w14:paraId="50F91255" w14:textId="75B5ADDC" w:rsidR="007527E9" w:rsidRPr="00870337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870337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Jeżeli tak </w:t>
      </w:r>
      <w:r w:rsidR="0038248F" w:rsidRPr="00870337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–</w:t>
      </w:r>
      <w:r w:rsidRPr="00870337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 xml:space="preserve"> proponowany zakres wsparcia, sytuacje i zadania, w których jest ono potrzebne, oraz oczekiwany efekt funkcjonalny</w:t>
      </w:r>
      <w:r w:rsidR="0038248F" w:rsidRPr="00870337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6D06A98A" w14:textId="77777777" w:rsidR="0038248F" w:rsidRPr="000A6141" w:rsidRDefault="0038248F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B5A1E89" w14:textId="77777777" w:rsid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EF1C428" w14:textId="77777777" w:rsidR="00AC57B6" w:rsidRDefault="00AC57B6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2DF13D3E" w14:textId="42CADBAC" w:rsidR="007527E9" w:rsidRPr="000A6141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1AC7481F" w14:textId="77777777" w:rsidR="007527E9" w:rsidRPr="000A6141" w:rsidRDefault="00000000" w:rsidP="00682377">
      <w:pPr>
        <w:pStyle w:val="Nagwek1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lastRenderedPageBreak/>
        <w:t>8. Wnioski do dalszej pracy</w:t>
      </w: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371"/>
      </w:tblGrid>
      <w:tr w:rsidR="000A6141" w:rsidRPr="000A6141" w14:paraId="494B7839" w14:textId="77777777" w:rsidTr="0038248F">
        <w:trPr>
          <w:cantSplit/>
          <w:tblHeader/>
        </w:trPr>
        <w:tc>
          <w:tcPr>
            <w:tcW w:w="3261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268382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Obszar podsumowania</w:t>
            </w:r>
          </w:p>
        </w:tc>
        <w:tc>
          <w:tcPr>
            <w:tcW w:w="7371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28FFF8C" w14:textId="77777777" w:rsidR="007527E9" w:rsidRPr="000A6141" w:rsidRDefault="00000000" w:rsidP="0038248F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Najważniejsze informacje i wnioski</w:t>
            </w:r>
          </w:p>
        </w:tc>
      </w:tr>
      <w:tr w:rsidR="000A6141" w:rsidRPr="00045CFE" w14:paraId="5DC99B84" w14:textId="77777777" w:rsidTr="0038248F">
        <w:trPr>
          <w:cantSplit/>
        </w:trPr>
        <w:tc>
          <w:tcPr>
            <w:tcW w:w="3261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4FFECB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Najważniejsze mocne strony i uzdolnienia</w:t>
            </w:r>
          </w:p>
        </w:tc>
        <w:tc>
          <w:tcPr>
            <w:tcW w:w="737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AEE94A6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4549D3B3" w14:textId="77777777" w:rsidTr="0038248F">
        <w:trPr>
          <w:cantSplit/>
        </w:trPr>
        <w:tc>
          <w:tcPr>
            <w:tcW w:w="3261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A5FF07F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Najważniejsze ograniczenia aktywności i uczestniczenia</w:t>
            </w:r>
          </w:p>
        </w:tc>
        <w:tc>
          <w:tcPr>
            <w:tcW w:w="737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D99EDEF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A6141" w14:paraId="3EAA5334" w14:textId="77777777" w:rsidTr="0038248F">
        <w:trPr>
          <w:cantSplit/>
        </w:trPr>
        <w:tc>
          <w:tcPr>
            <w:tcW w:w="3261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C4B46D4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Najskuteczniejsze dotychczasowe ułatwienia</w:t>
            </w:r>
          </w:p>
        </w:tc>
        <w:tc>
          <w:tcPr>
            <w:tcW w:w="737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E913D3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2A1227CF" w14:textId="77777777" w:rsidTr="0038248F">
        <w:trPr>
          <w:cantSplit/>
        </w:trPr>
        <w:tc>
          <w:tcPr>
            <w:tcW w:w="3261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46CBA8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Najważniejsze bariery wymagające usunięcia lub ograniczenia</w:t>
            </w:r>
          </w:p>
        </w:tc>
        <w:tc>
          <w:tcPr>
            <w:tcW w:w="737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FFB6BC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  <w:tr w:rsidR="000A6141" w:rsidRPr="00045CFE" w14:paraId="6337A238" w14:textId="77777777" w:rsidTr="0038248F">
        <w:trPr>
          <w:cantSplit/>
        </w:trPr>
        <w:tc>
          <w:tcPr>
            <w:tcW w:w="3261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58DFE0D" w14:textId="77777777" w:rsidR="007527E9" w:rsidRPr="000A6141" w:rsidRDefault="00000000" w:rsidP="0038248F">
            <w:pPr>
              <w:spacing w:before="6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Wnioski dotyczące dalszej pomocy i dostosowania warunków</w:t>
            </w:r>
          </w:p>
        </w:tc>
        <w:tc>
          <w:tcPr>
            <w:tcW w:w="7371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3580800" w14:textId="77777777" w:rsidR="007527E9" w:rsidRPr="000A6141" w:rsidRDefault="007527E9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</w:p>
        </w:tc>
      </w:tr>
    </w:tbl>
    <w:p w14:paraId="68571D5A" w14:textId="77777777" w:rsidR="007527E9" w:rsidRPr="0038248F" w:rsidRDefault="007527E9" w:rsidP="00682377">
      <w:pPr>
        <w:spacing w:before="60" w:after="0"/>
        <w:jc w:val="both"/>
        <w:rPr>
          <w:rFonts w:ascii="Times New Roman" w:hAnsi="Times New Roman" w:cs="Times New Roman"/>
          <w:color w:val="auto"/>
          <w:sz w:val="10"/>
          <w:szCs w:val="10"/>
          <w:lang w:val="pl-PL"/>
        </w:rPr>
      </w:pPr>
    </w:p>
    <w:p w14:paraId="4F9B7D8C" w14:textId="77777777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Jakiego rozstrzygnięcia, wskazówek lub wyjaśnienia placówka oczekuje w wyniku diagnozy i wydanego dokumentu poradni?</w:t>
      </w:r>
    </w:p>
    <w:p w14:paraId="1B2C426C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 </w:t>
      </w:r>
    </w:p>
    <w:p w14:paraId="7D959B3D" w14:textId="77777777" w:rsidR="00CA61F7" w:rsidRPr="0038248F" w:rsidRDefault="00CA61F7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1B5C5009" w14:textId="77777777" w:rsidR="0038248F" w:rsidRP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</w:p>
    <w:p w14:paraId="0BFCE58E" w14:textId="6DCA028C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Inne informacje istotne dla diagnozy funkcjonalnej</w:t>
      </w:r>
      <w:r w:rsidR="009F640C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:</w:t>
      </w:r>
    </w:p>
    <w:p w14:paraId="7FFF3486" w14:textId="77777777" w:rsidR="007527E9" w:rsidRDefault="00000000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 </w:t>
      </w:r>
    </w:p>
    <w:p w14:paraId="5B0BF53A" w14:textId="77777777" w:rsidR="0038248F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3F3381C8" w14:textId="77777777" w:rsidR="0038248F" w:rsidRPr="000A6141" w:rsidRDefault="0038248F" w:rsidP="00682377">
      <w:pPr>
        <w:pStyle w:val="ResponseLine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p w14:paraId="7C8F04DE" w14:textId="77777777" w:rsidR="007527E9" w:rsidRPr="0038248F" w:rsidRDefault="00000000" w:rsidP="00682377">
      <w:pPr>
        <w:pStyle w:val="FormQuestion"/>
        <w:keepNext w:val="0"/>
        <w:keepLines w:val="0"/>
        <w:spacing w:before="6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</w:pPr>
      <w:r w:rsidRPr="0038248F">
        <w:rPr>
          <w:rFonts w:ascii="Times New Roman" w:hAnsi="Times New Roman" w:cs="Times New Roman"/>
          <w:b/>
          <w:bCs/>
          <w:color w:val="auto"/>
          <w:sz w:val="20"/>
          <w:szCs w:val="20"/>
          <w:lang w:val="pl-PL"/>
        </w:rPr>
        <w:t>Załączniki przekazywane wraz z informacją</w:t>
      </w:r>
    </w:p>
    <w:p w14:paraId="15BAB329" w14:textId="540F69BC" w:rsidR="007527E9" w:rsidRDefault="00000000" w:rsidP="00682377">
      <w:pPr>
        <w:pStyle w:val="FormOptions"/>
        <w:keepLines w:val="0"/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aktualna WOPFU </w:t>
      </w:r>
      <w:r w:rsid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jeżeli uczeń jest objęty kształceniem specjalnym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aktualna okresowa ocena funkcjonowania </w:t>
      </w:r>
      <w:r w:rsidR="0038248F">
        <w:rPr>
          <w:rFonts w:ascii="Times New Roman" w:hAnsi="Times New Roman" w:cs="Times New Roman"/>
          <w:color w:val="auto"/>
          <w:sz w:val="20"/>
          <w:szCs w:val="20"/>
          <w:lang w:val="pl-PL"/>
        </w:rPr>
        <w:t>–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jeżeli dotyczy zajęć rewalidacyjno-wychowawczych   </w:t>
      </w:r>
      <w:r w:rsidR="007B197D" w:rsidRPr="007B197D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="007B197D" w:rsidRPr="007B197D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</w:t>
      </w:r>
      <w:r w:rsidR="003A044A" w:rsidRPr="007B197D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KSzOF </w:t>
      </w:r>
      <w:r w:rsidR="003A044A">
        <w:rPr>
          <w:rFonts w:ascii="Segoe UI Symbol" w:hAnsi="Segoe UI Symbol" w:cs="Segoe UI Symbol"/>
          <w:color w:val="auto"/>
          <w:sz w:val="20"/>
          <w:szCs w:val="20"/>
          <w:lang w:val="pl-PL"/>
        </w:rPr>
        <w:t xml:space="preserve">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próbka samodzielnego pisania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praca pisana ze słuchu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próbka czytania / notatka z obserwacji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praca matematyczna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podsumowanie wyników edukacyjnych 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inne: ______  </w:t>
      </w:r>
      <w:r w:rsidRPr="000A6141">
        <w:rPr>
          <w:rFonts w:ascii="Segoe UI Symbol" w:hAnsi="Segoe UI Symbol" w:cs="Segoe UI Symbol"/>
          <w:color w:val="auto"/>
          <w:sz w:val="20"/>
          <w:szCs w:val="20"/>
          <w:lang w:val="pl-PL"/>
        </w:rPr>
        <w:t>☐</w:t>
      </w: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 xml:space="preserve"> nie dotyczy</w:t>
      </w:r>
    </w:p>
    <w:p w14:paraId="3677DEC6" w14:textId="77777777" w:rsidR="007527E9" w:rsidRPr="000A6141" w:rsidRDefault="00000000" w:rsidP="0038248F">
      <w:pPr>
        <w:pStyle w:val="FormInstruction"/>
        <w:keepLines w:val="0"/>
        <w:spacing w:before="120" w:after="12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0A6141">
        <w:rPr>
          <w:rFonts w:ascii="Times New Roman" w:hAnsi="Times New Roman" w:cs="Times New Roman"/>
          <w:color w:val="auto"/>
          <w:sz w:val="20"/>
          <w:szCs w:val="20"/>
          <w:lang w:val="pl-PL"/>
        </w:rPr>
        <w:t>Informacja została opracowana na podstawie obserwacji funkcjonowania ucznia w placówce, dokumentacji oraz ustaleń nauczycieli i specjalistów. Zawarte opisy odnoszą się do rzeczywistych sytuacji edukacyjnych i opiekuńczych.</w:t>
      </w: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28"/>
        <w:gridCol w:w="4404"/>
      </w:tblGrid>
      <w:tr w:rsidR="000A6141" w:rsidRPr="00045CFE" w14:paraId="01F14ED6" w14:textId="77777777" w:rsidTr="00B7225D">
        <w:trPr>
          <w:cantSplit/>
          <w:tblHeader/>
        </w:trPr>
        <w:tc>
          <w:tcPr>
            <w:tcW w:w="6228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FAA1238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Osoby sporządzające dokument - imię, nazwisko, stanowisko i podpis</w:t>
            </w:r>
          </w:p>
        </w:tc>
        <w:tc>
          <w:tcPr>
            <w:tcW w:w="4404" w:type="dxa"/>
            <w:shd w:val="clear" w:color="auto" w:fill="E8F1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A89C257" w14:textId="77777777" w:rsidR="007527E9" w:rsidRPr="000A6141" w:rsidRDefault="00000000" w:rsidP="000C7451">
            <w:pPr>
              <w:spacing w:before="60"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Pieczęć oraz podpis dyrektora placówki</w:t>
            </w:r>
          </w:p>
        </w:tc>
      </w:tr>
      <w:tr w:rsidR="000A6141" w:rsidRPr="000A6141" w14:paraId="4ABA1E4A" w14:textId="77777777" w:rsidTr="0038248F">
        <w:trPr>
          <w:cantSplit/>
          <w:trHeight w:val="903"/>
        </w:trPr>
        <w:tc>
          <w:tcPr>
            <w:tcW w:w="6228" w:type="dxa"/>
            <w:shd w:val="clear" w:color="auto" w:fill="F2F6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16A294E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t>1.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br/>
              <w:t>2.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br/>
              <w:t>3.</w:t>
            </w:r>
            <w:r w:rsidRPr="000A6141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pl-PL"/>
              </w:rPr>
              <w:br/>
              <w:t>4.</w:t>
            </w:r>
          </w:p>
        </w:tc>
        <w:tc>
          <w:tcPr>
            <w:tcW w:w="4404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0BF6CB5" w14:textId="77777777" w:rsidR="007527E9" w:rsidRPr="000A6141" w:rsidRDefault="00000000" w:rsidP="00682377">
            <w:pPr>
              <w:spacing w:before="6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</w:pP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br/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br/>
            </w:r>
            <w:r w:rsidRPr="000A6141">
              <w:rPr>
                <w:rFonts w:ascii="Times New Roman" w:hAnsi="Times New Roman" w:cs="Times New Roman"/>
                <w:color w:val="auto"/>
                <w:sz w:val="20"/>
                <w:szCs w:val="20"/>
                <w:lang w:val="pl-PL"/>
              </w:rPr>
              <w:br/>
            </w:r>
          </w:p>
        </w:tc>
      </w:tr>
    </w:tbl>
    <w:p w14:paraId="6128E21C" w14:textId="77777777" w:rsidR="007527E9" w:rsidRPr="000A6141" w:rsidRDefault="007527E9" w:rsidP="0038248F">
      <w:pPr>
        <w:spacing w:before="60" w:after="0"/>
        <w:jc w:val="both"/>
        <w:rPr>
          <w:rFonts w:ascii="Times New Roman" w:hAnsi="Times New Roman" w:cs="Times New Roman"/>
          <w:color w:val="auto"/>
          <w:sz w:val="20"/>
          <w:szCs w:val="20"/>
          <w:lang w:val="pl-PL"/>
        </w:rPr>
      </w:pPr>
    </w:p>
    <w:sectPr w:rsidR="007527E9" w:rsidRPr="000A6141" w:rsidSect="00034616">
      <w:headerReference w:type="default" r:id="rId8"/>
      <w:footerReference w:type="default" r:id="rId9"/>
      <w:pgSz w:w="11906" w:h="16838"/>
      <w:pgMar w:top="652" w:right="709" w:bottom="624" w:left="709" w:header="238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3947A" w14:textId="77777777" w:rsidR="005326C1" w:rsidRDefault="005326C1">
      <w:pPr>
        <w:spacing w:after="0"/>
      </w:pPr>
      <w:r>
        <w:separator/>
      </w:r>
    </w:p>
  </w:endnote>
  <w:endnote w:type="continuationSeparator" w:id="0">
    <w:p w14:paraId="5DEDD14C" w14:textId="77777777" w:rsidR="005326C1" w:rsidRDefault="005326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7293" w14:textId="77777777" w:rsidR="00562016" w:rsidRPr="00045CFE" w:rsidRDefault="00000000">
    <w:pPr>
      <w:pStyle w:val="Stopka"/>
      <w:jc w:val="center"/>
      <w:rPr>
        <w:lang w:val="pl-PL"/>
      </w:rPr>
    </w:pPr>
    <w:r>
      <w:rPr>
        <w:color w:val="5F6973"/>
        <w:sz w:val="14"/>
        <w:lang w:val="pl-PL"/>
      </w:rPr>
      <w:t xml:space="preserve">Ocena funkcjonowania - informacja nauczycieli  •  strona </w:t>
    </w:r>
    <w:r>
      <w:fldChar w:fldCharType="begin"/>
    </w:r>
    <w:r w:rsidRPr="00045CFE">
      <w:rPr>
        <w:lang w:val="pl-PL"/>
      </w:rPr>
      <w:instrText>PAGE</w:instrText>
    </w:r>
    <w:r>
      <w:fldChar w:fldCharType="separate"/>
    </w:r>
    <w:r w:rsidRPr="00045CFE">
      <w:rPr>
        <w:color w:val="5F6973"/>
        <w:sz w:val="14"/>
        <w:lang w:val="pl-PL"/>
      </w:rPr>
      <w:t>1</w:t>
    </w:r>
    <w:r>
      <w:rPr>
        <w:color w:val="5F6973"/>
        <w:sz w:val="14"/>
      </w:rPr>
      <w:fldChar w:fldCharType="end"/>
    </w:r>
    <w:r>
      <w:rPr>
        <w:color w:val="5F6973"/>
        <w:sz w:val="14"/>
        <w:lang w:val="pl-PL"/>
      </w:rPr>
      <w:t xml:space="preserve"> z </w:t>
    </w:r>
    <w:r>
      <w:fldChar w:fldCharType="begin"/>
    </w:r>
    <w:r w:rsidRPr="00045CFE">
      <w:rPr>
        <w:lang w:val="pl-PL"/>
      </w:rPr>
      <w:instrText>NUMPAGES</w:instrText>
    </w:r>
    <w:r>
      <w:fldChar w:fldCharType="separate"/>
    </w:r>
    <w:r w:rsidRPr="00045CFE">
      <w:rPr>
        <w:color w:val="5F6973"/>
        <w:sz w:val="14"/>
        <w:lang w:val="pl-PL"/>
      </w:rPr>
      <w:t>1</w:t>
    </w:r>
    <w:r>
      <w:rPr>
        <w:color w:val="5F6973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5B2B" w14:textId="77777777" w:rsidR="005326C1" w:rsidRDefault="005326C1">
      <w:pPr>
        <w:spacing w:after="0"/>
      </w:pPr>
      <w:r>
        <w:separator/>
      </w:r>
    </w:p>
  </w:footnote>
  <w:footnote w:type="continuationSeparator" w:id="0">
    <w:p w14:paraId="72AE9B42" w14:textId="77777777" w:rsidR="005326C1" w:rsidRDefault="005326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E1153" w14:textId="77777777" w:rsidR="00AC57B6" w:rsidRPr="00AC57B6" w:rsidRDefault="00AC57B6" w:rsidP="00AC57B6">
    <w:pPr>
      <w:pStyle w:val="Nagwek"/>
      <w:jc w:val="right"/>
      <w:rPr>
        <w:rFonts w:ascii="Times New Roman" w:hAnsi="Times New Roman" w:cs="Times New Roman"/>
        <w:b/>
        <w:bCs/>
        <w:i/>
        <w:iCs/>
        <w:sz w:val="20"/>
        <w:szCs w:val="24"/>
        <w:lang w:val="pl-PL"/>
      </w:rPr>
    </w:pPr>
    <w:r w:rsidRPr="00AC57B6">
      <w:rPr>
        <w:rFonts w:ascii="Times New Roman" w:hAnsi="Times New Roman" w:cs="Times New Roman"/>
        <w:i/>
        <w:iCs/>
        <w:sz w:val="20"/>
        <w:szCs w:val="24"/>
        <w:lang w:val="pl-PL"/>
      </w:rPr>
      <w:t>Poradnia Psychologiczno-Pedagogiczna nr 4</w:t>
    </w:r>
  </w:p>
  <w:p w14:paraId="043B6157" w14:textId="77777777" w:rsidR="00AC57B6" w:rsidRPr="00AC57B6" w:rsidRDefault="00AC57B6" w:rsidP="00AC57B6">
    <w:pPr>
      <w:pStyle w:val="Nagwek"/>
      <w:jc w:val="right"/>
      <w:rPr>
        <w:rFonts w:ascii="Times New Roman" w:hAnsi="Times New Roman" w:cs="Times New Roman"/>
        <w:i/>
        <w:iCs/>
        <w:sz w:val="20"/>
        <w:szCs w:val="24"/>
        <w:lang w:val="pl-PL"/>
      </w:rPr>
    </w:pPr>
    <w:r w:rsidRPr="00AC57B6">
      <w:rPr>
        <w:rFonts w:ascii="Times New Roman" w:hAnsi="Times New Roman" w:cs="Times New Roman"/>
        <w:i/>
        <w:iCs/>
        <w:sz w:val="20"/>
        <w:szCs w:val="24"/>
        <w:lang w:val="pl-PL"/>
      </w:rPr>
      <w:t>ul. Romera 6, 71-246 Szczecin</w:t>
    </w:r>
  </w:p>
  <w:p w14:paraId="2F9E9AC4" w14:textId="0C231804" w:rsidR="00AC57B6" w:rsidRPr="00045CFE" w:rsidRDefault="00AC57B6" w:rsidP="00AC57B6">
    <w:pPr>
      <w:pStyle w:val="Nagwek"/>
      <w:tabs>
        <w:tab w:val="clear" w:pos="4680"/>
        <w:tab w:val="clear" w:pos="9360"/>
        <w:tab w:val="left" w:pos="7075"/>
      </w:tabs>
      <w:rPr>
        <w:rFonts w:ascii="Times New Roman" w:hAnsi="Times New Roman" w:cs="Times New Roman"/>
        <w:sz w:val="20"/>
        <w:szCs w:val="20"/>
        <w:lang w:val="pl-PL"/>
      </w:rPr>
    </w:pPr>
    <w:r w:rsidRPr="00045CFE">
      <w:rPr>
        <w:rFonts w:ascii="Times New Roman" w:hAnsi="Times New Roman" w:cs="Times New Roman"/>
        <w:lang w:val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2C2524"/>
    <w:multiLevelType w:val="singleLevel"/>
    <w:tmpl w:val="3ABA5474"/>
    <w:lvl w:ilvl="0">
      <w:start w:val="1"/>
      <w:numFmt w:val="decimal"/>
      <w:pStyle w:val="Listapunktowana"/>
      <w:lvlText w:val="%1."/>
      <w:lvlJc w:val="left"/>
      <w:pPr>
        <w:tabs>
          <w:tab w:val="num" w:pos="360"/>
        </w:tabs>
        <w:ind w:left="360" w:hanging="240"/>
      </w:pPr>
      <w:rPr>
        <w:rFonts w:ascii="Arial" w:hAnsi="Arial"/>
        <w:sz w:val="18"/>
      </w:rPr>
    </w:lvl>
  </w:abstractNum>
  <w:num w:numId="1" w16cid:durableId="2778785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CFE"/>
    <w:rsid w:val="0006063C"/>
    <w:rsid w:val="000A6141"/>
    <w:rsid w:val="000C7451"/>
    <w:rsid w:val="000E27C4"/>
    <w:rsid w:val="0013740E"/>
    <w:rsid w:val="0015074B"/>
    <w:rsid w:val="00187CB2"/>
    <w:rsid w:val="00201360"/>
    <w:rsid w:val="002668CA"/>
    <w:rsid w:val="0029639D"/>
    <w:rsid w:val="002E105F"/>
    <w:rsid w:val="00326F90"/>
    <w:rsid w:val="0038248F"/>
    <w:rsid w:val="003A044A"/>
    <w:rsid w:val="003D622B"/>
    <w:rsid w:val="00414F73"/>
    <w:rsid w:val="0044525F"/>
    <w:rsid w:val="00476C3D"/>
    <w:rsid w:val="00495A39"/>
    <w:rsid w:val="004B684D"/>
    <w:rsid w:val="005323D2"/>
    <w:rsid w:val="005326C1"/>
    <w:rsid w:val="00536E89"/>
    <w:rsid w:val="00537D02"/>
    <w:rsid w:val="00562016"/>
    <w:rsid w:val="005854CE"/>
    <w:rsid w:val="005B4611"/>
    <w:rsid w:val="005B4F9A"/>
    <w:rsid w:val="005F44C3"/>
    <w:rsid w:val="006213E5"/>
    <w:rsid w:val="00626BC5"/>
    <w:rsid w:val="0066548A"/>
    <w:rsid w:val="00682377"/>
    <w:rsid w:val="007232DF"/>
    <w:rsid w:val="007527E9"/>
    <w:rsid w:val="0079260C"/>
    <w:rsid w:val="007A0957"/>
    <w:rsid w:val="007B197D"/>
    <w:rsid w:val="007E29DA"/>
    <w:rsid w:val="007F5526"/>
    <w:rsid w:val="00870337"/>
    <w:rsid w:val="00963BD6"/>
    <w:rsid w:val="009E7939"/>
    <w:rsid w:val="009F640C"/>
    <w:rsid w:val="00A420A6"/>
    <w:rsid w:val="00AA1D8D"/>
    <w:rsid w:val="00AC57B6"/>
    <w:rsid w:val="00B034DE"/>
    <w:rsid w:val="00B47730"/>
    <w:rsid w:val="00B539E8"/>
    <w:rsid w:val="00B7225D"/>
    <w:rsid w:val="00C45818"/>
    <w:rsid w:val="00C762C5"/>
    <w:rsid w:val="00CA61F7"/>
    <w:rsid w:val="00CB0664"/>
    <w:rsid w:val="00CC3432"/>
    <w:rsid w:val="00CE168E"/>
    <w:rsid w:val="00D55774"/>
    <w:rsid w:val="00DD4553"/>
    <w:rsid w:val="00DE5BF7"/>
    <w:rsid w:val="00E72BCC"/>
    <w:rsid w:val="00EB3028"/>
    <w:rsid w:val="00F067B3"/>
    <w:rsid w:val="00F21F76"/>
    <w:rsid w:val="00F476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26987"/>
  <w14:defaultImageDpi w14:val="300"/>
  <w15:docId w15:val="{A50180A4-3125-4A8E-AB65-0D94C47B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30" w:line="240" w:lineRule="auto"/>
    </w:pPr>
    <w:rPr>
      <w:rFonts w:ascii="Arial" w:eastAsia="Arial" w:hAnsi="Arial" w:cs="Arial"/>
      <w:color w:val="222222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/>
      <w:b/>
      <w:bCs/>
      <w:color w:val="2F5D7C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60" w:after="28"/>
      <w:outlineLvl w:val="1"/>
    </w:pPr>
    <w:rPr>
      <w:rFonts w:asciiTheme="majorHAnsi" w:eastAsiaTheme="majorEastAsia" w:hAnsiTheme="majorHAnsi" w:cstheme="majorBidi"/>
      <w:b/>
      <w:bCs/>
      <w:color w:val="2F5D7C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40" w:after="16"/>
      <w:outlineLvl w:val="2"/>
    </w:pPr>
    <w:rPr>
      <w:b/>
      <w:bCs/>
      <w:color w:val="2F5D7C"/>
      <w:sz w:val="1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Kicker">
    <w:name w:val="Form Kicker"/>
    <w:pPr>
      <w:spacing w:after="30" w:line="240" w:lineRule="auto"/>
    </w:pPr>
    <w:rPr>
      <w:rFonts w:ascii="Arial" w:eastAsia="Arial" w:hAnsi="Arial" w:cs="Arial"/>
      <w:b/>
      <w:color w:val="4E7894"/>
      <w:sz w:val="15"/>
    </w:rPr>
  </w:style>
  <w:style w:type="paragraph" w:customStyle="1" w:styleId="FormTitle">
    <w:name w:val="Form Title"/>
    <w:pPr>
      <w:keepNext/>
      <w:spacing w:after="20" w:line="240" w:lineRule="auto"/>
    </w:pPr>
    <w:rPr>
      <w:rFonts w:ascii="Arial" w:eastAsia="Arial" w:hAnsi="Arial" w:cs="Arial"/>
      <w:b/>
      <w:color w:val="2F5D7C"/>
      <w:sz w:val="30"/>
    </w:rPr>
  </w:style>
  <w:style w:type="paragraph" w:customStyle="1" w:styleId="FormSubtitle">
    <w:name w:val="Form Subtitle"/>
    <w:pPr>
      <w:keepNext/>
      <w:spacing w:after="80" w:line="240" w:lineRule="auto"/>
    </w:pPr>
    <w:rPr>
      <w:rFonts w:ascii="Arial" w:eastAsia="Arial" w:hAnsi="Arial" w:cs="Arial"/>
      <w:color w:val="5F6973"/>
      <w:sz w:val="19"/>
    </w:rPr>
  </w:style>
  <w:style w:type="paragraph" w:customStyle="1" w:styleId="FormIntro">
    <w:name w:val="Form Intro"/>
    <w:pPr>
      <w:keepLines/>
      <w:spacing w:after="20" w:line="240" w:lineRule="auto"/>
    </w:pPr>
    <w:rPr>
      <w:rFonts w:ascii="Arial" w:eastAsia="Arial" w:hAnsi="Arial" w:cs="Arial"/>
      <w:color w:val="222222"/>
      <w:sz w:val="16"/>
    </w:rPr>
  </w:style>
  <w:style w:type="paragraph" w:customStyle="1" w:styleId="FormInstruction">
    <w:name w:val="Form Instruction"/>
    <w:pPr>
      <w:keepLines/>
      <w:spacing w:after="24" w:line="240" w:lineRule="auto"/>
    </w:pPr>
    <w:rPr>
      <w:rFonts w:ascii="Arial" w:eastAsia="Arial" w:hAnsi="Arial" w:cs="Arial"/>
      <w:color w:val="5F6973"/>
      <w:sz w:val="16"/>
    </w:rPr>
  </w:style>
  <w:style w:type="paragraph" w:customStyle="1" w:styleId="FormQuestion">
    <w:name w:val="Form Question"/>
    <w:pPr>
      <w:keepNext/>
      <w:keepLines/>
      <w:spacing w:before="24" w:after="10" w:line="240" w:lineRule="auto"/>
    </w:pPr>
    <w:rPr>
      <w:rFonts w:ascii="Arial" w:eastAsia="Arial" w:hAnsi="Arial" w:cs="Arial"/>
      <w:color w:val="222222"/>
      <w:sz w:val="18"/>
    </w:rPr>
  </w:style>
  <w:style w:type="paragraph" w:customStyle="1" w:styleId="FormOptions">
    <w:name w:val="Form Options"/>
    <w:pPr>
      <w:keepLines/>
      <w:spacing w:after="16" w:line="240" w:lineRule="auto"/>
    </w:pPr>
    <w:rPr>
      <w:rFonts w:ascii="Arial" w:eastAsia="Arial" w:hAnsi="Arial" w:cs="Arial"/>
      <w:color w:val="222222"/>
      <w:sz w:val="17"/>
    </w:rPr>
  </w:style>
  <w:style w:type="paragraph" w:customStyle="1" w:styleId="ResponseLine">
    <w:name w:val="Response Line"/>
    <w:pPr>
      <w:keepLines/>
      <w:spacing w:after="10" w:line="240" w:lineRule="auto"/>
    </w:pPr>
    <w:rPr>
      <w:rFonts w:ascii="Arial" w:eastAsia="Arial" w:hAnsi="Arial" w:cs="Arial"/>
      <w:color w:val="222222"/>
      <w:sz w:val="17"/>
    </w:rPr>
  </w:style>
  <w:style w:type="paragraph" w:customStyle="1" w:styleId="ImpactLine">
    <w:name w:val="Impact Line"/>
    <w:pPr>
      <w:keepLines/>
      <w:spacing w:before="20" w:after="48" w:line="240" w:lineRule="auto"/>
    </w:pPr>
    <w:rPr>
      <w:rFonts w:ascii="Arial" w:eastAsia="Arial" w:hAnsi="Arial" w:cs="Arial"/>
      <w:color w:val="222222"/>
      <w:sz w:val="16"/>
    </w:rPr>
  </w:style>
  <w:style w:type="paragraph" w:customStyle="1" w:styleId="SmallNote">
    <w:name w:val="Small Note"/>
    <w:pPr>
      <w:keepLines/>
      <w:spacing w:after="20" w:line="240" w:lineRule="auto"/>
    </w:pPr>
    <w:rPr>
      <w:rFonts w:ascii="Arial" w:eastAsia="Arial" w:hAnsi="Arial" w:cs="Arial"/>
      <w:color w:val="5F6973"/>
      <w:sz w:val="15"/>
    </w:rPr>
  </w:style>
  <w:style w:type="character" w:styleId="Hipercze">
    <w:name w:val="Hyperlink"/>
    <w:basedOn w:val="Domylnaczcionkaakapitu"/>
    <w:uiPriority w:val="99"/>
    <w:unhideWhenUsed/>
    <w:rsid w:val="005854C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54C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26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60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60C"/>
    <w:rPr>
      <w:rFonts w:ascii="Arial" w:eastAsia="Arial" w:hAnsi="Arial" w:cs="Arial"/>
      <w:color w:val="22222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6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60C"/>
    <w:rPr>
      <w:rFonts w:ascii="Arial" w:eastAsia="Arial" w:hAnsi="Arial" w:cs="Arial"/>
      <w:b/>
      <w:bCs/>
      <w:color w:val="22222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4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5922">
          <w:marLeft w:val="0"/>
          <w:marRight w:val="22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142">
          <w:marLeft w:val="0"/>
          <w:marRight w:val="12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13</Pages>
  <Words>3885</Words>
  <Characters>23313</Characters>
  <Application>Microsoft Office Word</Application>
  <DocSecurity>0</DocSecurity>
  <Lines>194</Lines>
  <Paragraphs>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Informacja nauczycieli i specjalistów - ocena funkcjonowania ucznia w szkole</vt:lpstr>
      <vt:lpstr/>
    </vt:vector>
  </TitlesOfParts>
  <Manager/>
  <Company/>
  <LinksUpToDate>false</LinksUpToDate>
  <CharactersWithSpaces>27144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nauczycieli i specjalistów - ocena funkcjonowania ucznia w szkole</dc:title>
  <dc:subject>Ocena funkcjonowania dziecka lub ucznia - informacja nauczycieli i specjalistów</dc:subject>
  <dc:creator>POK04</dc:creator>
  <cp:keywords>ICF, ocena funkcjonowania, poradnia psychologiczno-pedagogiczna</cp:keywords>
  <dc:description>generated by python-docx</dc:description>
  <cp:lastModifiedBy>Karolina Rachubińska</cp:lastModifiedBy>
  <cp:revision>19</cp:revision>
  <cp:lastPrinted>2026-09-21T22:25:00Z</cp:lastPrinted>
  <dcterms:created xsi:type="dcterms:W3CDTF">2026-09-08T21:02:00Z</dcterms:created>
  <dcterms:modified xsi:type="dcterms:W3CDTF">2026-09-22T11:31:00Z</dcterms:modified>
  <cp:category/>
</cp:coreProperties>
</file>