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6A6237" w14:textId="77777777" w:rsidR="00371E59" w:rsidRDefault="00371E59">
      <w:pPr>
        <w:pStyle w:val="FormKicker"/>
        <w:rPr>
          <w:lang w:val="pl-PL"/>
        </w:rPr>
      </w:pPr>
    </w:p>
    <w:p w14:paraId="6915D326" w14:textId="77777777" w:rsidR="00447C15" w:rsidRDefault="00447C15">
      <w:pPr>
        <w:pStyle w:val="FormKicker"/>
        <w:rPr>
          <w:lang w:val="pl-PL"/>
        </w:rPr>
      </w:pPr>
    </w:p>
    <w:p w14:paraId="07A4B933" w14:textId="3B253205" w:rsidR="00447C15" w:rsidRPr="00447C15" w:rsidRDefault="00447C15" w:rsidP="00447C15">
      <w:pPr>
        <w:pStyle w:val="FormKicker"/>
        <w:rPr>
          <w:bCs/>
          <w:sz w:val="16"/>
          <w:szCs w:val="16"/>
          <w:lang w:val="pl-PL"/>
        </w:rPr>
      </w:pPr>
      <w:r w:rsidRPr="00447C15">
        <w:rPr>
          <w:bCs/>
          <w:sz w:val="16"/>
          <w:szCs w:val="16"/>
          <w:lang w:val="pl-PL"/>
        </w:rPr>
        <w:t>……………………….…</w:t>
      </w:r>
      <w:r>
        <w:rPr>
          <w:bCs/>
          <w:sz w:val="16"/>
          <w:szCs w:val="16"/>
          <w:lang w:val="pl-PL"/>
        </w:rPr>
        <w:t>.</w:t>
      </w:r>
      <w:r w:rsidRPr="00447C15">
        <w:rPr>
          <w:bCs/>
          <w:sz w:val="16"/>
          <w:szCs w:val="16"/>
          <w:lang w:val="pl-PL"/>
        </w:rPr>
        <w:t xml:space="preserve">….                                                                                                               </w:t>
      </w:r>
      <w:r>
        <w:rPr>
          <w:bCs/>
          <w:sz w:val="16"/>
          <w:szCs w:val="16"/>
          <w:lang w:val="pl-PL"/>
        </w:rPr>
        <w:t xml:space="preserve">            </w:t>
      </w:r>
      <w:r w:rsidRPr="00447C15">
        <w:rPr>
          <w:bCs/>
          <w:sz w:val="16"/>
          <w:szCs w:val="16"/>
          <w:lang w:val="pl-PL"/>
        </w:rPr>
        <w:t xml:space="preserve">                         ………………………………</w:t>
      </w:r>
      <w:r>
        <w:rPr>
          <w:bCs/>
          <w:sz w:val="16"/>
          <w:szCs w:val="16"/>
          <w:lang w:val="pl-PL"/>
        </w:rPr>
        <w:t>………..</w:t>
      </w:r>
      <w:r w:rsidRPr="00447C15">
        <w:rPr>
          <w:bCs/>
          <w:sz w:val="16"/>
          <w:szCs w:val="16"/>
          <w:lang w:val="pl-PL"/>
        </w:rPr>
        <w:t>……….</w:t>
      </w:r>
    </w:p>
    <w:p w14:paraId="556195B2" w14:textId="774BECDF" w:rsidR="00447C15" w:rsidRPr="00447C15" w:rsidRDefault="00447C15" w:rsidP="00447C15">
      <w:pPr>
        <w:pStyle w:val="FormKicker"/>
        <w:rPr>
          <w:bCs/>
          <w:lang w:val="pl-PL"/>
        </w:rPr>
      </w:pPr>
      <w:r w:rsidRPr="002534F8">
        <w:rPr>
          <w:bCs/>
          <w:lang w:val="pl-PL"/>
        </w:rPr>
        <w:t xml:space="preserve">      Pieczęć placówki                                                                                                                      Miejscowość, data wydania opinii</w:t>
      </w:r>
    </w:p>
    <w:p w14:paraId="77076B6B" w14:textId="77777777" w:rsidR="00D86596" w:rsidRPr="004564E0" w:rsidRDefault="00D86596">
      <w:pPr>
        <w:pStyle w:val="FormKicker"/>
        <w:rPr>
          <w:lang w:val="pl-PL"/>
        </w:rPr>
      </w:pPr>
    </w:p>
    <w:p w14:paraId="05AD4AB5" w14:textId="77777777" w:rsidR="00D86596" w:rsidRDefault="00D86596" w:rsidP="00447C15">
      <w:pPr>
        <w:rPr>
          <w:rFonts w:eastAsia="Arial" w:cs="Times New Roman"/>
          <w:b/>
          <w:color w:val="auto"/>
          <w:sz w:val="22"/>
          <w:lang w:val="pl-PL"/>
        </w:rPr>
      </w:pPr>
    </w:p>
    <w:p w14:paraId="484CFF22" w14:textId="37FAF03D" w:rsidR="0037349C" w:rsidRPr="0037349C" w:rsidRDefault="002534F8" w:rsidP="0037349C">
      <w:pPr>
        <w:jc w:val="center"/>
        <w:rPr>
          <w:rFonts w:eastAsia="Arial" w:cs="Times New Roman"/>
          <w:b/>
          <w:color w:val="auto"/>
          <w:sz w:val="22"/>
          <w:lang w:val="pl-PL"/>
        </w:rPr>
      </w:pPr>
      <w:r>
        <w:rPr>
          <w:rFonts w:eastAsia="Arial" w:cs="Times New Roman"/>
          <w:b/>
          <w:color w:val="auto"/>
          <w:sz w:val="22"/>
          <w:lang w:val="pl-PL"/>
        </w:rPr>
        <w:t>OPINIA</w:t>
      </w:r>
      <w:r w:rsidR="0037349C" w:rsidRPr="0037349C">
        <w:rPr>
          <w:rFonts w:eastAsia="Arial" w:cs="Times New Roman"/>
          <w:b/>
          <w:color w:val="auto"/>
          <w:sz w:val="22"/>
          <w:lang w:val="pl-PL"/>
        </w:rPr>
        <w:t xml:space="preserve"> NAUCZYCIELI I SPECJALISTÓW</w:t>
      </w:r>
    </w:p>
    <w:p w14:paraId="4CE4A7FF" w14:textId="26A23E9D" w:rsidR="0037349C" w:rsidRPr="0037349C" w:rsidRDefault="0037349C" w:rsidP="0037349C">
      <w:pPr>
        <w:jc w:val="center"/>
        <w:rPr>
          <w:rFonts w:eastAsia="Arial" w:cs="Times New Roman"/>
          <w:b/>
          <w:color w:val="auto"/>
          <w:sz w:val="24"/>
          <w:szCs w:val="24"/>
          <w:lang w:val="pl-PL"/>
        </w:rPr>
      </w:pPr>
      <w:r w:rsidRPr="0037349C">
        <w:rPr>
          <w:rFonts w:eastAsia="Arial" w:cs="Times New Roman"/>
          <w:b/>
          <w:color w:val="auto"/>
          <w:sz w:val="24"/>
          <w:szCs w:val="24"/>
          <w:lang w:val="pl-PL"/>
        </w:rPr>
        <w:t xml:space="preserve">OCENA FUNKCJONOWANIA </w:t>
      </w:r>
      <w:r>
        <w:rPr>
          <w:rFonts w:eastAsia="Arial" w:cs="Times New Roman"/>
          <w:b/>
          <w:color w:val="auto"/>
          <w:sz w:val="24"/>
          <w:szCs w:val="24"/>
          <w:lang w:val="pl-PL"/>
        </w:rPr>
        <w:t>DZIECKA W PRZEDSZKOLU</w:t>
      </w:r>
    </w:p>
    <w:p w14:paraId="41562D70" w14:textId="77777777" w:rsidR="00371E59" w:rsidRPr="004564E0" w:rsidRDefault="00371E59">
      <w:pPr>
        <w:pStyle w:val="FormIntro"/>
        <w:rPr>
          <w:lang w:val="pl-PL"/>
        </w:rPr>
      </w:pPr>
    </w:p>
    <w:p w14:paraId="221A0A4A" w14:textId="448C89DB" w:rsidR="00371E59" w:rsidRPr="004564E0" w:rsidRDefault="00000000">
      <w:pPr>
        <w:pStyle w:val="FormIntro"/>
        <w:keepLines w:val="0"/>
        <w:rPr>
          <w:lang w:val="pl-PL"/>
        </w:rPr>
      </w:pPr>
      <w:r w:rsidRPr="004564E0">
        <w:rPr>
          <w:b/>
          <w:lang w:val="pl-PL"/>
        </w:rPr>
        <w:t xml:space="preserve">Cel formularza. </w:t>
      </w:r>
      <w:r w:rsidRPr="004564E0">
        <w:rPr>
          <w:lang w:val="pl-PL"/>
        </w:rPr>
        <w:t xml:space="preserve">Zebranie konkretnych informacji o aktywności, uczestniczeniu, mocnych stronach, trudnościach i potrzebach dziecka w jego naturalnym środowisku edukacyjnym. Formularz służy jako informacja placówki do diagnozy funkcjonalnej </w:t>
      </w:r>
      <w:r w:rsidR="004564E0">
        <w:rPr>
          <w:lang w:val="pl-PL"/>
        </w:rPr>
        <w:br/>
      </w:r>
      <w:r w:rsidRPr="004564E0">
        <w:rPr>
          <w:lang w:val="pl-PL"/>
        </w:rPr>
        <w:t>i postępowań prowadzonych w poradni psychologiczno-pedagogicznej.</w:t>
      </w:r>
    </w:p>
    <w:p w14:paraId="5C09823C" w14:textId="515B4AA1" w:rsidR="00371E59" w:rsidRPr="004564E0" w:rsidRDefault="00000000">
      <w:pPr>
        <w:pStyle w:val="FormIntro"/>
        <w:keepLines w:val="0"/>
        <w:rPr>
          <w:lang w:val="pl-PL"/>
        </w:rPr>
      </w:pPr>
      <w:r w:rsidRPr="004564E0">
        <w:rPr>
          <w:b/>
          <w:lang w:val="pl-PL"/>
        </w:rPr>
        <w:t xml:space="preserve">Sposób wypełniania. </w:t>
      </w:r>
      <w:r w:rsidRPr="004564E0">
        <w:rPr>
          <w:lang w:val="pl-PL"/>
        </w:rPr>
        <w:t xml:space="preserve">Formularz powinien zostać opracowany wspólnie przez nauczycieli i specjalistów znających dziecko. Proszę opisywać </w:t>
      </w:r>
      <w:r w:rsidRPr="00AF3F7B">
        <w:rPr>
          <w:lang w:val="pl-PL"/>
        </w:rPr>
        <w:t xml:space="preserve">zachowania obserwowane w konkretnych sytuacjach, zaznaczać rozbieżności między obserwatorami i wskazywać efekty zastosowanej pomocy. </w:t>
      </w:r>
      <w:bookmarkStart w:id="0" w:name="_Hlk240927252"/>
      <w:r w:rsidR="00AF3F7B">
        <w:rPr>
          <w:lang w:val="pl-PL"/>
        </w:rPr>
        <w:t>Można k</w:t>
      </w:r>
      <w:r w:rsidR="00AF3F7B" w:rsidRPr="00AF3F7B">
        <w:rPr>
          <w:lang w:val="pl-PL"/>
        </w:rPr>
        <w:t>orzysta</w:t>
      </w:r>
      <w:r w:rsidR="00AF3F7B">
        <w:rPr>
          <w:lang w:val="pl-PL"/>
        </w:rPr>
        <w:t>ć</w:t>
      </w:r>
      <w:r w:rsidR="00AF3F7B" w:rsidRPr="00AF3F7B">
        <w:rPr>
          <w:lang w:val="pl-PL"/>
        </w:rPr>
        <w:t xml:space="preserve"> z danych z SRMD oraz innych kwestionariuszy do pogłębionej obserwacji funkcjonowania</w:t>
      </w:r>
      <w:r w:rsidR="00AF3F7B">
        <w:rPr>
          <w:lang w:val="pl-PL"/>
        </w:rPr>
        <w:t>.</w:t>
      </w:r>
      <w:r w:rsidR="00AF3F7B" w:rsidRPr="00AF3F7B">
        <w:rPr>
          <w:lang w:val="pl-PL"/>
        </w:rPr>
        <w:t xml:space="preserve"> </w:t>
      </w:r>
      <w:bookmarkEnd w:id="0"/>
      <w:r w:rsidRPr="00AF3F7B">
        <w:rPr>
          <w:lang w:val="pl-PL"/>
        </w:rPr>
        <w:t>Jeżeli brak danych</w:t>
      </w:r>
      <w:r w:rsidRPr="004564E0">
        <w:rPr>
          <w:lang w:val="pl-PL"/>
        </w:rPr>
        <w:t>, należy wybrać N/D lub N/O.</w:t>
      </w:r>
    </w:p>
    <w:p w14:paraId="73D63154" w14:textId="77777777" w:rsidR="00371E59" w:rsidRPr="004564E0" w:rsidRDefault="00000000">
      <w:pPr>
        <w:pStyle w:val="Nagwek1"/>
        <w:rPr>
          <w:lang w:val="pl-PL"/>
        </w:rPr>
      </w:pPr>
      <w:r w:rsidRPr="004564E0">
        <w:rPr>
          <w:rFonts w:ascii="Times New Roman" w:eastAsia="Times New Roman" w:hAnsi="Times New Roman"/>
          <w:lang w:val="pl-PL"/>
        </w:rPr>
        <w:t>1. Dane placówki, dziecka i cel sporządzenia informacji</w:t>
      </w:r>
    </w:p>
    <w:tbl>
      <w:tblPr>
        <w:tblW w:w="10490" w:type="dxa"/>
        <w:tblInd w:w="-8" w:type="dxa"/>
        <w:tblBorders>
          <w:top w:val="single" w:sz="6" w:space="0" w:color="A7BAC6"/>
          <w:left w:val="single" w:sz="6" w:space="0" w:color="A7BAC6"/>
          <w:bottom w:val="single" w:sz="6" w:space="0" w:color="A7BAC6"/>
          <w:right w:val="single" w:sz="6" w:space="0" w:color="A7BAC6"/>
          <w:insideH w:val="single" w:sz="6" w:space="0" w:color="A7BAC6"/>
          <w:insideV w:val="single" w:sz="6" w:space="0" w:color="A7BAC6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6946"/>
      </w:tblGrid>
      <w:tr w:rsidR="00371E59" w:rsidRPr="002534F8" w14:paraId="7797517F" w14:textId="77777777" w:rsidTr="0037349C">
        <w:trPr>
          <w:cantSplit/>
          <w:trHeight w:val="454"/>
        </w:trPr>
        <w:tc>
          <w:tcPr>
            <w:tcW w:w="3544" w:type="dxa"/>
            <w:shd w:val="clear" w:color="auto" w:fill="F2F6F8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B2F552E" w14:textId="77777777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b/>
                <w:lang w:val="pl-PL"/>
              </w:rPr>
              <w:t>Nazwa i adres przedszkola / placówki</w:t>
            </w:r>
          </w:p>
        </w:tc>
        <w:tc>
          <w:tcPr>
            <w:tcW w:w="6946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1E3B4AE" w14:textId="77777777" w:rsidR="00371E59" w:rsidRPr="004564E0" w:rsidRDefault="00371E59">
            <w:pPr>
              <w:spacing w:before="0"/>
              <w:jc w:val="left"/>
              <w:rPr>
                <w:lang w:val="pl-PL"/>
              </w:rPr>
            </w:pPr>
          </w:p>
        </w:tc>
      </w:tr>
      <w:tr w:rsidR="00371E59" w:rsidRPr="004564E0" w14:paraId="60F4DA12" w14:textId="77777777" w:rsidTr="0037349C">
        <w:trPr>
          <w:cantSplit/>
          <w:trHeight w:val="454"/>
        </w:trPr>
        <w:tc>
          <w:tcPr>
            <w:tcW w:w="3544" w:type="dxa"/>
            <w:shd w:val="clear" w:color="auto" w:fill="F2F6F8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31E709F" w14:textId="77777777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b/>
                <w:lang w:val="pl-PL"/>
              </w:rPr>
              <w:t>Miejscowość i data sporządzenia</w:t>
            </w:r>
          </w:p>
        </w:tc>
        <w:tc>
          <w:tcPr>
            <w:tcW w:w="6946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1D3446D" w14:textId="77777777" w:rsidR="00371E59" w:rsidRPr="004564E0" w:rsidRDefault="00371E59">
            <w:pPr>
              <w:spacing w:before="0"/>
              <w:jc w:val="left"/>
              <w:rPr>
                <w:lang w:val="pl-PL"/>
              </w:rPr>
            </w:pPr>
          </w:p>
        </w:tc>
      </w:tr>
      <w:tr w:rsidR="00371E59" w:rsidRPr="004564E0" w14:paraId="6422FFE0" w14:textId="77777777" w:rsidTr="0037349C">
        <w:trPr>
          <w:cantSplit/>
          <w:trHeight w:val="454"/>
        </w:trPr>
        <w:tc>
          <w:tcPr>
            <w:tcW w:w="3544" w:type="dxa"/>
            <w:shd w:val="clear" w:color="auto" w:fill="F2F6F8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C5ED888" w14:textId="77777777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b/>
                <w:lang w:val="pl-PL"/>
              </w:rPr>
              <w:t>Imię i nazwisko dziecka</w:t>
            </w:r>
          </w:p>
        </w:tc>
        <w:tc>
          <w:tcPr>
            <w:tcW w:w="6946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DA593C6" w14:textId="77777777" w:rsidR="00371E59" w:rsidRPr="004564E0" w:rsidRDefault="00371E59">
            <w:pPr>
              <w:spacing w:before="0"/>
              <w:jc w:val="left"/>
              <w:rPr>
                <w:lang w:val="pl-PL"/>
              </w:rPr>
            </w:pPr>
          </w:p>
        </w:tc>
      </w:tr>
      <w:tr w:rsidR="00371E59" w:rsidRPr="004564E0" w14:paraId="3F38A727" w14:textId="77777777" w:rsidTr="0037349C">
        <w:trPr>
          <w:cantSplit/>
          <w:trHeight w:val="454"/>
        </w:trPr>
        <w:tc>
          <w:tcPr>
            <w:tcW w:w="3544" w:type="dxa"/>
            <w:shd w:val="clear" w:color="auto" w:fill="F2F6F8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DBF1243" w14:textId="77777777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b/>
                <w:lang w:val="pl-PL"/>
              </w:rPr>
              <w:t>Data urodzenia</w:t>
            </w:r>
          </w:p>
        </w:tc>
        <w:tc>
          <w:tcPr>
            <w:tcW w:w="6946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62C5EAC" w14:textId="77777777" w:rsidR="00371E59" w:rsidRPr="004564E0" w:rsidRDefault="00371E59">
            <w:pPr>
              <w:spacing w:before="0"/>
              <w:jc w:val="left"/>
              <w:rPr>
                <w:lang w:val="pl-PL"/>
              </w:rPr>
            </w:pPr>
          </w:p>
        </w:tc>
      </w:tr>
      <w:tr w:rsidR="00371E59" w:rsidRPr="002534F8" w14:paraId="6BA09EF1" w14:textId="77777777" w:rsidTr="0037349C">
        <w:trPr>
          <w:cantSplit/>
          <w:trHeight w:val="454"/>
        </w:trPr>
        <w:tc>
          <w:tcPr>
            <w:tcW w:w="3544" w:type="dxa"/>
            <w:shd w:val="clear" w:color="auto" w:fill="F2F6F8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B71659F" w14:textId="77777777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b/>
                <w:lang w:val="pl-PL"/>
              </w:rPr>
              <w:t>Grupa i rok wychowania przedszkolnego</w:t>
            </w:r>
          </w:p>
        </w:tc>
        <w:tc>
          <w:tcPr>
            <w:tcW w:w="6946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8547887" w14:textId="77777777" w:rsidR="00371E59" w:rsidRPr="004564E0" w:rsidRDefault="00371E59">
            <w:pPr>
              <w:spacing w:before="0"/>
              <w:jc w:val="left"/>
              <w:rPr>
                <w:lang w:val="pl-PL"/>
              </w:rPr>
            </w:pPr>
          </w:p>
        </w:tc>
      </w:tr>
      <w:tr w:rsidR="00371E59" w:rsidRPr="002534F8" w14:paraId="3751ED96" w14:textId="77777777" w:rsidTr="0037349C">
        <w:trPr>
          <w:cantSplit/>
          <w:trHeight w:val="454"/>
        </w:trPr>
        <w:tc>
          <w:tcPr>
            <w:tcW w:w="3544" w:type="dxa"/>
            <w:shd w:val="clear" w:color="auto" w:fill="F2F6F8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073E693" w14:textId="77777777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b/>
                <w:lang w:val="pl-PL"/>
              </w:rPr>
              <w:t>Nauczyciele i specjaliści uczestniczący w opracowaniu</w:t>
            </w:r>
          </w:p>
        </w:tc>
        <w:tc>
          <w:tcPr>
            <w:tcW w:w="6946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9615DA2" w14:textId="77777777" w:rsidR="00371E59" w:rsidRPr="004564E0" w:rsidRDefault="00371E59">
            <w:pPr>
              <w:spacing w:before="0"/>
              <w:jc w:val="left"/>
              <w:rPr>
                <w:lang w:val="pl-PL"/>
              </w:rPr>
            </w:pPr>
          </w:p>
        </w:tc>
      </w:tr>
    </w:tbl>
    <w:p w14:paraId="75093828" w14:textId="77D1FAD8" w:rsidR="00371E59" w:rsidRPr="004564E0" w:rsidRDefault="00000000">
      <w:pPr>
        <w:pStyle w:val="FormQuestion"/>
        <w:keepNext w:val="0"/>
        <w:keepLines w:val="0"/>
        <w:spacing w:before="120"/>
        <w:rPr>
          <w:lang w:val="pl-PL"/>
        </w:rPr>
      </w:pPr>
      <w:r w:rsidRPr="004564E0">
        <w:rPr>
          <w:b/>
          <w:lang w:val="pl-PL"/>
        </w:rPr>
        <w:t xml:space="preserve">Cel przekazania informacji / rodzaj postępowania w poradni </w:t>
      </w:r>
      <w:r w:rsidR="004564E0">
        <w:rPr>
          <w:b/>
          <w:lang w:val="pl-PL"/>
        </w:rPr>
        <w:t>–</w:t>
      </w:r>
      <w:r w:rsidRPr="004564E0">
        <w:rPr>
          <w:b/>
          <w:lang w:val="pl-PL"/>
        </w:rPr>
        <w:t xml:space="preserve"> jeżeli jest znany</w:t>
      </w:r>
      <w:r w:rsidR="004564E0">
        <w:rPr>
          <w:b/>
          <w:lang w:val="pl-PL"/>
        </w:rPr>
        <w:t>:</w:t>
      </w:r>
    </w:p>
    <w:p w14:paraId="7DBC5E99" w14:textId="2013854F" w:rsidR="00371E59" w:rsidRPr="004564E0" w:rsidRDefault="00000000">
      <w:pPr>
        <w:pStyle w:val="FormOptions"/>
        <w:keepLines w:val="0"/>
        <w:rPr>
          <w:lang w:val="pl-PL"/>
        </w:rPr>
      </w:pPr>
      <w:r w:rsidRPr="004564E0">
        <w:rPr>
          <w:rFonts w:ascii="Segoe UI Symbol" w:eastAsia="Segoe UI Symbol" w:hAnsi="Segoe UI Symbol"/>
          <w:lang w:val="pl-PL"/>
        </w:rPr>
        <w:t>☐</w:t>
      </w:r>
      <w:r w:rsidRPr="004564E0">
        <w:rPr>
          <w:lang w:val="pl-PL"/>
        </w:rPr>
        <w:t xml:space="preserve"> opinia dotycząca pomocy psychologiczno-pedagogicznej   </w:t>
      </w:r>
      <w:r w:rsidRPr="004564E0">
        <w:rPr>
          <w:rFonts w:ascii="Segoe UI Symbol" w:eastAsia="Segoe UI Symbol" w:hAnsi="Segoe UI Symbol"/>
          <w:lang w:val="pl-PL"/>
        </w:rPr>
        <w:t>☐</w:t>
      </w:r>
      <w:r w:rsidRPr="004564E0">
        <w:rPr>
          <w:lang w:val="pl-PL"/>
        </w:rPr>
        <w:t xml:space="preserve"> opinia o potrzebie WWR   </w:t>
      </w:r>
      <w:r w:rsidRPr="004564E0">
        <w:rPr>
          <w:rFonts w:ascii="Segoe UI Symbol" w:eastAsia="Segoe UI Symbol" w:hAnsi="Segoe UI Symbol"/>
          <w:lang w:val="pl-PL"/>
        </w:rPr>
        <w:t>☐</w:t>
      </w:r>
      <w:r w:rsidRPr="004564E0">
        <w:rPr>
          <w:lang w:val="pl-PL"/>
        </w:rPr>
        <w:t xml:space="preserve"> orzeczenie o potrzebie kształcenia specjalnego   </w:t>
      </w:r>
      <w:r w:rsidRPr="004564E0">
        <w:rPr>
          <w:rFonts w:ascii="Segoe UI Symbol" w:eastAsia="Segoe UI Symbol" w:hAnsi="Segoe UI Symbol"/>
          <w:lang w:val="pl-PL"/>
        </w:rPr>
        <w:t>☐</w:t>
      </w:r>
      <w:r w:rsidRPr="004564E0">
        <w:rPr>
          <w:lang w:val="pl-PL"/>
        </w:rPr>
        <w:t xml:space="preserve"> orzeczenie o potrzebie indywidualnego obowiązkowego rocznego przygotowania przedszkolnego   </w:t>
      </w:r>
      <w:r w:rsidRPr="004564E0">
        <w:rPr>
          <w:rFonts w:ascii="Segoe UI Symbol" w:eastAsia="Segoe UI Symbol" w:hAnsi="Segoe UI Symbol"/>
          <w:lang w:val="pl-PL"/>
        </w:rPr>
        <w:t>☐</w:t>
      </w:r>
      <w:r w:rsidRPr="004564E0">
        <w:rPr>
          <w:lang w:val="pl-PL"/>
        </w:rPr>
        <w:t xml:space="preserve"> orzeczenie </w:t>
      </w:r>
      <w:r w:rsidR="004564E0">
        <w:rPr>
          <w:lang w:val="pl-PL"/>
        </w:rPr>
        <w:br/>
      </w:r>
      <w:r w:rsidRPr="004564E0">
        <w:rPr>
          <w:lang w:val="pl-PL"/>
        </w:rPr>
        <w:t xml:space="preserve">o potrzebie zajęć rewalidacyjno-wychowawczych   </w:t>
      </w:r>
      <w:r w:rsidRPr="004564E0">
        <w:rPr>
          <w:rFonts w:ascii="Segoe UI Symbol" w:eastAsia="Segoe UI Symbol" w:hAnsi="Segoe UI Symbol"/>
          <w:lang w:val="pl-PL"/>
        </w:rPr>
        <w:t>☐</w:t>
      </w:r>
      <w:r w:rsidRPr="004564E0">
        <w:rPr>
          <w:lang w:val="pl-PL"/>
        </w:rPr>
        <w:t xml:space="preserve"> inne: __________________   </w:t>
      </w:r>
      <w:r w:rsidRPr="004564E0">
        <w:rPr>
          <w:rFonts w:ascii="Segoe UI Symbol" w:eastAsia="Segoe UI Symbol" w:hAnsi="Segoe UI Symbol"/>
          <w:lang w:val="pl-PL"/>
        </w:rPr>
        <w:t>☐</w:t>
      </w:r>
      <w:r w:rsidRPr="004564E0">
        <w:rPr>
          <w:lang w:val="pl-PL"/>
        </w:rPr>
        <w:t xml:space="preserve"> nie wiadomo</w:t>
      </w:r>
    </w:p>
    <w:p w14:paraId="3E860E64" w14:textId="1E11EE1F" w:rsidR="00371E59" w:rsidRPr="004564E0" w:rsidRDefault="00000000">
      <w:pPr>
        <w:pStyle w:val="FormQuestion"/>
        <w:keepNext w:val="0"/>
        <w:keepLines w:val="0"/>
        <w:spacing w:before="120"/>
        <w:rPr>
          <w:lang w:val="pl-PL"/>
        </w:rPr>
      </w:pPr>
      <w:r w:rsidRPr="004564E0">
        <w:rPr>
          <w:b/>
          <w:lang w:val="pl-PL"/>
        </w:rPr>
        <w:t>Dokumenty dotyczące dziecka dostępne w placówce</w:t>
      </w:r>
      <w:r w:rsidR="004564E0">
        <w:rPr>
          <w:b/>
          <w:lang w:val="pl-PL"/>
        </w:rPr>
        <w:t>:</w:t>
      </w:r>
    </w:p>
    <w:p w14:paraId="37E2E114" w14:textId="3B41F951" w:rsidR="00371E59" w:rsidRPr="004564E0" w:rsidRDefault="00000000">
      <w:pPr>
        <w:pStyle w:val="FormOptions"/>
        <w:keepLines w:val="0"/>
        <w:rPr>
          <w:lang w:val="pl-PL"/>
        </w:rPr>
      </w:pPr>
      <w:r w:rsidRPr="004564E0">
        <w:rPr>
          <w:rFonts w:ascii="Segoe UI Symbol" w:eastAsia="Segoe UI Symbol" w:hAnsi="Segoe UI Symbol"/>
          <w:lang w:val="pl-PL"/>
        </w:rPr>
        <w:t>☐</w:t>
      </w:r>
      <w:r w:rsidRPr="004564E0">
        <w:rPr>
          <w:lang w:val="pl-PL"/>
        </w:rPr>
        <w:t xml:space="preserve"> wcześniejsze opinie poradni   </w:t>
      </w:r>
      <w:r w:rsidRPr="004564E0">
        <w:rPr>
          <w:rFonts w:ascii="Segoe UI Symbol" w:eastAsia="Segoe UI Symbol" w:hAnsi="Segoe UI Symbol"/>
          <w:lang w:val="pl-PL"/>
        </w:rPr>
        <w:t>☐</w:t>
      </w:r>
      <w:r w:rsidRPr="004564E0">
        <w:rPr>
          <w:lang w:val="pl-PL"/>
        </w:rPr>
        <w:t xml:space="preserve"> orzeczenie   </w:t>
      </w:r>
      <w:r w:rsidRPr="004564E0">
        <w:rPr>
          <w:rFonts w:ascii="Segoe UI Symbol" w:eastAsia="Segoe UI Symbol" w:hAnsi="Segoe UI Symbol"/>
          <w:lang w:val="pl-PL"/>
        </w:rPr>
        <w:t>☐</w:t>
      </w:r>
      <w:r w:rsidRPr="004564E0">
        <w:rPr>
          <w:lang w:val="pl-PL"/>
        </w:rPr>
        <w:t xml:space="preserve"> IPET   </w:t>
      </w:r>
      <w:r w:rsidRPr="004564E0">
        <w:rPr>
          <w:rFonts w:ascii="Segoe UI Symbol" w:eastAsia="Segoe UI Symbol" w:hAnsi="Segoe UI Symbol"/>
          <w:lang w:val="pl-PL"/>
        </w:rPr>
        <w:t>☐</w:t>
      </w:r>
      <w:r w:rsidRPr="004564E0">
        <w:rPr>
          <w:lang w:val="pl-PL"/>
        </w:rPr>
        <w:t xml:space="preserve"> WOPFU   </w:t>
      </w:r>
      <w:r w:rsidRPr="004564E0">
        <w:rPr>
          <w:rFonts w:ascii="Segoe UI Symbol" w:eastAsia="Segoe UI Symbol" w:hAnsi="Segoe UI Symbol"/>
          <w:lang w:val="pl-PL"/>
        </w:rPr>
        <w:t>☐</w:t>
      </w:r>
      <w:r w:rsidRPr="004564E0">
        <w:rPr>
          <w:lang w:val="pl-PL"/>
        </w:rPr>
        <w:t xml:space="preserve"> plan pomocy psychologiczno-pedagogicznej  </w:t>
      </w:r>
      <w:r w:rsidR="0037349C">
        <w:rPr>
          <w:lang w:val="pl-PL"/>
        </w:rPr>
        <w:br/>
      </w:r>
      <w:r w:rsidRPr="004564E0">
        <w:rPr>
          <w:rFonts w:ascii="Segoe UI Symbol" w:eastAsia="Segoe UI Symbol" w:hAnsi="Segoe UI Symbol"/>
          <w:lang w:val="pl-PL"/>
        </w:rPr>
        <w:t>☐</w:t>
      </w:r>
      <w:r w:rsidRPr="004564E0">
        <w:rPr>
          <w:lang w:val="pl-PL"/>
        </w:rPr>
        <w:t xml:space="preserve"> dokumentacja medyczna przekazana placówce   </w:t>
      </w:r>
      <w:r w:rsidR="0037349C" w:rsidRPr="0037349C">
        <w:rPr>
          <w:rFonts w:ascii="Segoe UI Symbol" w:hAnsi="Segoe UI Symbol" w:cs="Segoe UI Symbol"/>
          <w:lang w:val="pl-PL"/>
        </w:rPr>
        <w:t>☐</w:t>
      </w:r>
      <w:r w:rsidR="0037349C" w:rsidRPr="0037349C">
        <w:rPr>
          <w:lang w:val="pl-PL"/>
        </w:rPr>
        <w:t xml:space="preserve"> </w:t>
      </w:r>
      <w:r w:rsidR="0037349C">
        <w:rPr>
          <w:lang w:val="pl-PL"/>
        </w:rPr>
        <w:t>SRMD</w:t>
      </w:r>
      <w:r w:rsidR="0037349C" w:rsidRPr="0037349C">
        <w:rPr>
          <w:lang w:val="pl-PL"/>
        </w:rPr>
        <w:t xml:space="preserve"> </w:t>
      </w:r>
      <w:r w:rsidR="0037349C">
        <w:rPr>
          <w:lang w:val="pl-PL"/>
        </w:rPr>
        <w:t xml:space="preserve">  </w:t>
      </w:r>
      <w:r w:rsidR="0037349C" w:rsidRPr="0037349C">
        <w:rPr>
          <w:lang w:val="pl-PL"/>
        </w:rPr>
        <w:t xml:space="preserve"> </w:t>
      </w:r>
      <w:r w:rsidRPr="004564E0">
        <w:rPr>
          <w:rFonts w:ascii="Segoe UI Symbol" w:eastAsia="Segoe UI Symbol" w:hAnsi="Segoe UI Symbol"/>
          <w:lang w:val="pl-PL"/>
        </w:rPr>
        <w:t>☐</w:t>
      </w:r>
      <w:r w:rsidRPr="004564E0">
        <w:rPr>
          <w:lang w:val="pl-PL"/>
        </w:rPr>
        <w:t xml:space="preserve"> inne: ____________   </w:t>
      </w:r>
      <w:r w:rsidRPr="004564E0">
        <w:rPr>
          <w:rFonts w:ascii="Segoe UI Symbol" w:eastAsia="Segoe UI Symbol" w:hAnsi="Segoe UI Symbol"/>
          <w:lang w:val="pl-PL"/>
        </w:rPr>
        <w:t>☐</w:t>
      </w:r>
      <w:r w:rsidRPr="004564E0">
        <w:rPr>
          <w:lang w:val="pl-PL"/>
        </w:rPr>
        <w:t xml:space="preserve"> brak</w:t>
      </w:r>
    </w:p>
    <w:p w14:paraId="15E19270" w14:textId="25B7FA81" w:rsidR="00371E59" w:rsidRPr="004564E0" w:rsidRDefault="00000000">
      <w:pPr>
        <w:pStyle w:val="FormQuestion"/>
        <w:keepNext w:val="0"/>
        <w:keepLines w:val="0"/>
        <w:spacing w:before="120"/>
        <w:rPr>
          <w:lang w:val="pl-PL"/>
        </w:rPr>
      </w:pPr>
      <w:r w:rsidRPr="004564E0">
        <w:rPr>
          <w:b/>
          <w:lang w:val="pl-PL"/>
        </w:rPr>
        <w:t>Obszary, których dotyczy zgłoszenie</w:t>
      </w:r>
      <w:r w:rsidR="004564E0">
        <w:rPr>
          <w:b/>
          <w:lang w:val="pl-PL"/>
        </w:rPr>
        <w:t>:</w:t>
      </w:r>
    </w:p>
    <w:p w14:paraId="09BB81D2" w14:textId="77777777" w:rsidR="00371E59" w:rsidRPr="004564E0" w:rsidRDefault="00000000">
      <w:pPr>
        <w:pStyle w:val="FormOptions"/>
        <w:keepLines w:val="0"/>
        <w:rPr>
          <w:lang w:val="pl-PL"/>
        </w:rPr>
      </w:pPr>
      <w:r w:rsidRPr="004564E0">
        <w:rPr>
          <w:rFonts w:ascii="Segoe UI Symbol" w:eastAsia="Segoe UI Symbol" w:hAnsi="Segoe UI Symbol"/>
          <w:lang w:val="pl-PL"/>
        </w:rPr>
        <w:t>☐</w:t>
      </w:r>
      <w:r w:rsidRPr="004564E0">
        <w:rPr>
          <w:lang w:val="pl-PL"/>
        </w:rPr>
        <w:t xml:space="preserve"> rozwój mowy i komunikacja   </w:t>
      </w:r>
      <w:r w:rsidRPr="004564E0">
        <w:rPr>
          <w:rFonts w:ascii="Segoe UI Symbol" w:eastAsia="Segoe UI Symbol" w:hAnsi="Segoe UI Symbol"/>
          <w:lang w:val="pl-PL"/>
        </w:rPr>
        <w:t>☐</w:t>
      </w:r>
      <w:r w:rsidRPr="004564E0">
        <w:rPr>
          <w:lang w:val="pl-PL"/>
        </w:rPr>
        <w:t xml:space="preserve"> uczenie się i gotowość szkolna   </w:t>
      </w:r>
      <w:r w:rsidRPr="004564E0">
        <w:rPr>
          <w:rFonts w:ascii="Segoe UI Symbol" w:eastAsia="Segoe UI Symbol" w:hAnsi="Segoe UI Symbol"/>
          <w:lang w:val="pl-PL"/>
        </w:rPr>
        <w:t>☐</w:t>
      </w:r>
      <w:r w:rsidRPr="004564E0">
        <w:rPr>
          <w:lang w:val="pl-PL"/>
        </w:rPr>
        <w:t xml:space="preserve"> uwaga, pamięć lub tempo pracy   </w:t>
      </w:r>
      <w:r w:rsidRPr="004564E0">
        <w:rPr>
          <w:rFonts w:ascii="Segoe UI Symbol" w:eastAsia="Segoe UI Symbol" w:hAnsi="Segoe UI Symbol"/>
          <w:lang w:val="pl-PL"/>
        </w:rPr>
        <w:t>☐</w:t>
      </w:r>
      <w:r w:rsidRPr="004564E0">
        <w:rPr>
          <w:lang w:val="pl-PL"/>
        </w:rPr>
        <w:t xml:space="preserve"> przygotowanie do czytania i pisania / grafomotoryka   </w:t>
      </w:r>
      <w:r w:rsidRPr="004564E0">
        <w:rPr>
          <w:rFonts w:ascii="Segoe UI Symbol" w:eastAsia="Segoe UI Symbol" w:hAnsi="Segoe UI Symbol"/>
          <w:lang w:val="pl-PL"/>
        </w:rPr>
        <w:t>☐</w:t>
      </w:r>
      <w:r w:rsidRPr="004564E0">
        <w:rPr>
          <w:lang w:val="pl-PL"/>
        </w:rPr>
        <w:t xml:space="preserve"> umiejętności matematyczne   </w:t>
      </w:r>
      <w:r w:rsidRPr="004564E0">
        <w:rPr>
          <w:rFonts w:ascii="Segoe UI Symbol" w:eastAsia="Segoe UI Symbol" w:hAnsi="Segoe UI Symbol"/>
          <w:lang w:val="pl-PL"/>
        </w:rPr>
        <w:t>☐</w:t>
      </w:r>
      <w:r w:rsidRPr="004564E0">
        <w:rPr>
          <w:lang w:val="pl-PL"/>
        </w:rPr>
        <w:t xml:space="preserve"> motoryka lub sensoryka   </w:t>
      </w:r>
      <w:r w:rsidRPr="004564E0">
        <w:rPr>
          <w:rFonts w:ascii="Segoe UI Symbol" w:eastAsia="Segoe UI Symbol" w:hAnsi="Segoe UI Symbol"/>
          <w:lang w:val="pl-PL"/>
        </w:rPr>
        <w:t>☐</w:t>
      </w:r>
      <w:r w:rsidRPr="004564E0">
        <w:rPr>
          <w:lang w:val="pl-PL"/>
        </w:rPr>
        <w:t xml:space="preserve"> samoobsługa   </w:t>
      </w:r>
      <w:r w:rsidRPr="004564E0">
        <w:rPr>
          <w:rFonts w:ascii="Segoe UI Symbol" w:eastAsia="Segoe UI Symbol" w:hAnsi="Segoe UI Symbol"/>
          <w:lang w:val="pl-PL"/>
        </w:rPr>
        <w:t>☐</w:t>
      </w:r>
      <w:r w:rsidRPr="004564E0">
        <w:rPr>
          <w:lang w:val="pl-PL"/>
        </w:rPr>
        <w:t xml:space="preserve"> emocje lub zachowanie   </w:t>
      </w:r>
      <w:r w:rsidRPr="004564E0">
        <w:rPr>
          <w:rFonts w:ascii="Segoe UI Symbol" w:eastAsia="Segoe UI Symbol" w:hAnsi="Segoe UI Symbol"/>
          <w:lang w:val="pl-PL"/>
        </w:rPr>
        <w:t>☐</w:t>
      </w:r>
      <w:r w:rsidRPr="004564E0">
        <w:rPr>
          <w:lang w:val="pl-PL"/>
        </w:rPr>
        <w:t xml:space="preserve"> relacje i adaptacja   </w:t>
      </w:r>
      <w:r w:rsidRPr="004564E0">
        <w:rPr>
          <w:rFonts w:ascii="Segoe UI Symbol" w:eastAsia="Segoe UI Symbol" w:hAnsi="Segoe UI Symbol"/>
          <w:lang w:val="pl-PL"/>
        </w:rPr>
        <w:t>☐</w:t>
      </w:r>
      <w:r w:rsidRPr="004564E0">
        <w:rPr>
          <w:lang w:val="pl-PL"/>
        </w:rPr>
        <w:t xml:space="preserve"> wpływ stanu zdrowia   </w:t>
      </w:r>
      <w:r w:rsidRPr="004564E0">
        <w:rPr>
          <w:rFonts w:ascii="Segoe UI Symbol" w:eastAsia="Segoe UI Symbol" w:hAnsi="Segoe UI Symbol"/>
          <w:lang w:val="pl-PL"/>
        </w:rPr>
        <w:t>☐</w:t>
      </w:r>
      <w:r w:rsidRPr="004564E0">
        <w:rPr>
          <w:lang w:val="pl-PL"/>
        </w:rPr>
        <w:t xml:space="preserve"> szczególne uzdolnienia   </w:t>
      </w:r>
      <w:r w:rsidRPr="004564E0">
        <w:rPr>
          <w:rFonts w:ascii="Segoe UI Symbol" w:eastAsia="Segoe UI Symbol" w:hAnsi="Segoe UI Symbol"/>
          <w:lang w:val="pl-PL"/>
        </w:rPr>
        <w:t>☐</w:t>
      </w:r>
      <w:r w:rsidRPr="004564E0">
        <w:rPr>
          <w:lang w:val="pl-PL"/>
        </w:rPr>
        <w:t xml:space="preserve"> inne: ____________________</w:t>
      </w:r>
    </w:p>
    <w:p w14:paraId="7970126D" w14:textId="651B05EA" w:rsidR="00371E59" w:rsidRPr="004564E0" w:rsidRDefault="00000000">
      <w:pPr>
        <w:pStyle w:val="FormQuestion"/>
        <w:keepNext w:val="0"/>
        <w:keepLines w:val="0"/>
        <w:spacing w:before="120"/>
        <w:rPr>
          <w:lang w:val="pl-PL"/>
        </w:rPr>
      </w:pPr>
      <w:r w:rsidRPr="004564E0">
        <w:rPr>
          <w:b/>
          <w:lang w:val="pl-PL"/>
        </w:rPr>
        <w:t>Źródła informacji wykorzystane przy sporządzaniu arkusza</w:t>
      </w:r>
      <w:r w:rsidR="004564E0">
        <w:rPr>
          <w:b/>
          <w:lang w:val="pl-PL"/>
        </w:rPr>
        <w:t>:</w:t>
      </w:r>
    </w:p>
    <w:p w14:paraId="5B7FE831" w14:textId="77777777" w:rsidR="00371E59" w:rsidRPr="004564E0" w:rsidRDefault="00000000">
      <w:pPr>
        <w:pStyle w:val="FormOptions"/>
        <w:keepLines w:val="0"/>
        <w:rPr>
          <w:lang w:val="pl-PL"/>
        </w:rPr>
      </w:pPr>
      <w:r w:rsidRPr="004564E0">
        <w:rPr>
          <w:rFonts w:ascii="Segoe UI Symbol" w:eastAsia="Segoe UI Symbol" w:hAnsi="Segoe UI Symbol"/>
          <w:lang w:val="pl-PL"/>
        </w:rPr>
        <w:t>☐</w:t>
      </w:r>
      <w:r w:rsidRPr="004564E0">
        <w:rPr>
          <w:lang w:val="pl-PL"/>
        </w:rPr>
        <w:t xml:space="preserve"> obserwacja wychowawcy / nauczyciela prowadzącego   </w:t>
      </w:r>
      <w:r w:rsidRPr="004564E0">
        <w:rPr>
          <w:rFonts w:ascii="Segoe UI Symbol" w:eastAsia="Segoe UI Symbol" w:hAnsi="Segoe UI Symbol"/>
          <w:lang w:val="pl-PL"/>
        </w:rPr>
        <w:t>☐</w:t>
      </w:r>
      <w:r w:rsidRPr="004564E0">
        <w:rPr>
          <w:lang w:val="pl-PL"/>
        </w:rPr>
        <w:t xml:space="preserve"> informacje innych nauczycieli   </w:t>
      </w:r>
      <w:r w:rsidRPr="004564E0">
        <w:rPr>
          <w:rFonts w:ascii="Segoe UI Symbol" w:eastAsia="Segoe UI Symbol" w:hAnsi="Segoe UI Symbol"/>
          <w:lang w:val="pl-PL"/>
        </w:rPr>
        <w:t>☐</w:t>
      </w:r>
      <w:r w:rsidRPr="004564E0">
        <w:rPr>
          <w:lang w:val="pl-PL"/>
        </w:rPr>
        <w:t xml:space="preserve"> informacje specjalistów   </w:t>
      </w:r>
      <w:r w:rsidRPr="004564E0">
        <w:rPr>
          <w:rFonts w:ascii="Segoe UI Symbol" w:eastAsia="Segoe UI Symbol" w:hAnsi="Segoe UI Symbol"/>
          <w:lang w:val="pl-PL"/>
        </w:rPr>
        <w:t>☐</w:t>
      </w:r>
      <w:r w:rsidRPr="004564E0">
        <w:rPr>
          <w:lang w:val="pl-PL"/>
        </w:rPr>
        <w:t xml:space="preserve"> analiza prac dziecka   </w:t>
      </w:r>
      <w:r w:rsidRPr="004564E0">
        <w:rPr>
          <w:rFonts w:ascii="Segoe UI Symbol" w:eastAsia="Segoe UI Symbol" w:hAnsi="Segoe UI Symbol"/>
          <w:lang w:val="pl-PL"/>
        </w:rPr>
        <w:t>☐</w:t>
      </w:r>
      <w:r w:rsidRPr="004564E0">
        <w:rPr>
          <w:lang w:val="pl-PL"/>
        </w:rPr>
        <w:t xml:space="preserve"> wyniki edukacyjne lub obserwacji rozwoju   </w:t>
      </w:r>
      <w:r w:rsidRPr="004564E0">
        <w:rPr>
          <w:rFonts w:ascii="Segoe UI Symbol" w:eastAsia="Segoe UI Symbol" w:hAnsi="Segoe UI Symbol"/>
          <w:lang w:val="pl-PL"/>
        </w:rPr>
        <w:t>☐</w:t>
      </w:r>
      <w:r w:rsidRPr="004564E0">
        <w:rPr>
          <w:lang w:val="pl-PL"/>
        </w:rPr>
        <w:t xml:space="preserve"> dokumentacja pomocy psychologiczno-pedagogicznej   </w:t>
      </w:r>
      <w:r w:rsidRPr="004564E0">
        <w:rPr>
          <w:rFonts w:ascii="Segoe UI Symbol" w:eastAsia="Segoe UI Symbol" w:hAnsi="Segoe UI Symbol"/>
          <w:lang w:val="pl-PL"/>
        </w:rPr>
        <w:t>☐</w:t>
      </w:r>
      <w:r w:rsidRPr="004564E0">
        <w:rPr>
          <w:lang w:val="pl-PL"/>
        </w:rPr>
        <w:t xml:space="preserve"> rozmowa z dzieckiem   </w:t>
      </w:r>
      <w:r w:rsidRPr="004564E0">
        <w:rPr>
          <w:rFonts w:ascii="Segoe UI Symbol" w:eastAsia="Segoe UI Symbol" w:hAnsi="Segoe UI Symbol"/>
          <w:lang w:val="pl-PL"/>
        </w:rPr>
        <w:t>☐</w:t>
      </w:r>
      <w:r w:rsidRPr="004564E0">
        <w:rPr>
          <w:lang w:val="pl-PL"/>
        </w:rPr>
        <w:t xml:space="preserve"> rozmowa z rodzicem   </w:t>
      </w:r>
      <w:r w:rsidRPr="004564E0">
        <w:rPr>
          <w:rFonts w:ascii="Segoe UI Symbol" w:eastAsia="Segoe UI Symbol" w:hAnsi="Segoe UI Symbol"/>
          <w:lang w:val="pl-PL"/>
        </w:rPr>
        <w:t>☐</w:t>
      </w:r>
      <w:r w:rsidRPr="004564E0">
        <w:rPr>
          <w:lang w:val="pl-PL"/>
        </w:rPr>
        <w:t xml:space="preserve"> inne: ____________________</w:t>
      </w:r>
    </w:p>
    <w:p w14:paraId="54FB7EBC" w14:textId="77777777" w:rsidR="00371E59" w:rsidRPr="004564E0" w:rsidRDefault="00000000">
      <w:pPr>
        <w:pStyle w:val="FormQuestion"/>
        <w:keepNext w:val="0"/>
        <w:keepLines w:val="0"/>
        <w:spacing w:before="120"/>
        <w:rPr>
          <w:lang w:val="pl-PL"/>
        </w:rPr>
      </w:pPr>
      <w:r w:rsidRPr="004564E0">
        <w:rPr>
          <w:b/>
          <w:lang w:val="pl-PL"/>
        </w:rPr>
        <w:t xml:space="preserve">Zgłaszany problem lub cel diagnozy: </w:t>
      </w:r>
      <w:r w:rsidRPr="004564E0">
        <w:rPr>
          <w:lang w:val="pl-PL"/>
        </w:rPr>
        <w:t>od kiedy obserwowane są trudności, czy ich nasilenie się zmienia i w jakich sytuacjach są najbardziej widoczne?</w:t>
      </w:r>
    </w:p>
    <w:p w14:paraId="4F39D175" w14:textId="77777777" w:rsidR="00371E59" w:rsidRDefault="00000000">
      <w:pPr>
        <w:pStyle w:val="ResponseLine"/>
        <w:keepLines w:val="0"/>
        <w:spacing w:after="80"/>
        <w:rPr>
          <w:lang w:val="pl-PL"/>
        </w:rPr>
      </w:pPr>
      <w:r w:rsidRPr="004564E0">
        <w:rPr>
          <w:lang w:val="pl-PL"/>
        </w:rPr>
        <w:t> </w:t>
      </w:r>
    </w:p>
    <w:p w14:paraId="70AF67DF" w14:textId="77777777" w:rsidR="0037349C" w:rsidRDefault="0037349C">
      <w:pPr>
        <w:pStyle w:val="ResponseLine"/>
        <w:keepLines w:val="0"/>
        <w:spacing w:after="80"/>
        <w:rPr>
          <w:lang w:val="pl-PL"/>
        </w:rPr>
      </w:pPr>
    </w:p>
    <w:p w14:paraId="2E5DA756" w14:textId="77777777" w:rsidR="0037349C" w:rsidRDefault="0037349C">
      <w:pPr>
        <w:pStyle w:val="ResponseLine"/>
        <w:keepLines w:val="0"/>
        <w:spacing w:after="80"/>
        <w:rPr>
          <w:lang w:val="pl-PL"/>
        </w:rPr>
      </w:pPr>
    </w:p>
    <w:p w14:paraId="548B308B" w14:textId="77777777" w:rsidR="00D86596" w:rsidRDefault="00D86596">
      <w:pPr>
        <w:pStyle w:val="ResponseLine"/>
        <w:keepLines w:val="0"/>
        <w:spacing w:after="80"/>
        <w:rPr>
          <w:lang w:val="pl-PL"/>
        </w:rPr>
      </w:pPr>
    </w:p>
    <w:p w14:paraId="670986C0" w14:textId="77777777" w:rsidR="00D86596" w:rsidRDefault="00D86596">
      <w:pPr>
        <w:pStyle w:val="ResponseLine"/>
        <w:keepLines w:val="0"/>
        <w:spacing w:after="80"/>
        <w:rPr>
          <w:lang w:val="pl-PL"/>
        </w:rPr>
      </w:pPr>
    </w:p>
    <w:p w14:paraId="7D70A004" w14:textId="77777777" w:rsidR="00D86596" w:rsidRDefault="00D86596">
      <w:pPr>
        <w:pStyle w:val="ResponseLine"/>
        <w:keepLines w:val="0"/>
        <w:spacing w:after="80"/>
        <w:rPr>
          <w:lang w:val="pl-PL"/>
        </w:rPr>
      </w:pPr>
    </w:p>
    <w:p w14:paraId="78254334" w14:textId="426D8731" w:rsidR="00371E59" w:rsidRPr="004564E0" w:rsidRDefault="00000000">
      <w:pPr>
        <w:pStyle w:val="FormQuestion"/>
        <w:keepNext w:val="0"/>
        <w:keepLines w:val="0"/>
        <w:spacing w:before="120"/>
        <w:rPr>
          <w:lang w:val="pl-PL"/>
        </w:rPr>
      </w:pPr>
      <w:r w:rsidRPr="004564E0">
        <w:rPr>
          <w:b/>
          <w:lang w:val="pl-PL"/>
        </w:rPr>
        <w:lastRenderedPageBreak/>
        <w:t>Najważniejsze zainteresowania, mocne strony, uzdolnienia i sytuacje sukcesu dziecka</w:t>
      </w:r>
      <w:r w:rsidR="004564E0">
        <w:rPr>
          <w:b/>
          <w:lang w:val="pl-PL"/>
        </w:rPr>
        <w:t>:</w:t>
      </w:r>
    </w:p>
    <w:p w14:paraId="48900997" w14:textId="77777777" w:rsidR="00371E59" w:rsidRDefault="00000000">
      <w:pPr>
        <w:pStyle w:val="ResponseLine"/>
        <w:keepLines w:val="0"/>
        <w:spacing w:after="80"/>
        <w:rPr>
          <w:lang w:val="pl-PL"/>
        </w:rPr>
      </w:pPr>
      <w:r w:rsidRPr="004564E0">
        <w:rPr>
          <w:lang w:val="pl-PL"/>
        </w:rPr>
        <w:t> </w:t>
      </w:r>
    </w:p>
    <w:p w14:paraId="6711C46A" w14:textId="77777777" w:rsidR="0037349C" w:rsidRDefault="0037349C">
      <w:pPr>
        <w:pStyle w:val="ResponseLine"/>
        <w:keepLines w:val="0"/>
        <w:spacing w:after="80"/>
        <w:rPr>
          <w:lang w:val="pl-PL"/>
        </w:rPr>
      </w:pPr>
    </w:p>
    <w:p w14:paraId="03CDC1D2" w14:textId="77777777" w:rsidR="0037349C" w:rsidRDefault="0037349C">
      <w:pPr>
        <w:pStyle w:val="ResponseLine"/>
        <w:keepLines w:val="0"/>
        <w:spacing w:after="80"/>
        <w:rPr>
          <w:lang w:val="pl-PL"/>
        </w:rPr>
      </w:pPr>
    </w:p>
    <w:p w14:paraId="6B81BA4C" w14:textId="77777777" w:rsidR="0037349C" w:rsidRPr="004564E0" w:rsidRDefault="0037349C">
      <w:pPr>
        <w:pStyle w:val="ResponseLine"/>
        <w:keepLines w:val="0"/>
        <w:spacing w:after="80"/>
        <w:rPr>
          <w:lang w:val="pl-PL"/>
        </w:rPr>
      </w:pPr>
    </w:p>
    <w:p w14:paraId="58CCCEAE" w14:textId="7EE84208" w:rsidR="00371E59" w:rsidRDefault="00000000">
      <w:pPr>
        <w:pStyle w:val="FormQuestion"/>
        <w:keepNext w:val="0"/>
        <w:keepLines w:val="0"/>
        <w:spacing w:before="120"/>
        <w:rPr>
          <w:b/>
          <w:lang w:val="pl-PL"/>
        </w:rPr>
      </w:pPr>
      <w:r w:rsidRPr="004564E0">
        <w:rPr>
          <w:b/>
          <w:lang w:val="pl-PL"/>
        </w:rPr>
        <w:t>Najlepiej opanowane aktywności i obszary programu</w:t>
      </w:r>
      <w:r w:rsidR="004564E0">
        <w:rPr>
          <w:b/>
          <w:lang w:val="pl-PL"/>
        </w:rPr>
        <w:t>:</w:t>
      </w:r>
    </w:p>
    <w:p w14:paraId="751B4DA4" w14:textId="77777777" w:rsidR="00D86596" w:rsidRPr="004564E0" w:rsidRDefault="00D86596">
      <w:pPr>
        <w:pStyle w:val="FormQuestion"/>
        <w:keepNext w:val="0"/>
        <w:keepLines w:val="0"/>
        <w:spacing w:before="120"/>
        <w:rPr>
          <w:lang w:val="pl-PL"/>
        </w:rPr>
      </w:pPr>
    </w:p>
    <w:p w14:paraId="4421C779" w14:textId="77777777" w:rsidR="00371E59" w:rsidRPr="004564E0" w:rsidRDefault="00000000">
      <w:pPr>
        <w:pStyle w:val="ResponseLine"/>
        <w:keepLines w:val="0"/>
        <w:spacing w:after="80"/>
        <w:rPr>
          <w:lang w:val="pl-PL"/>
        </w:rPr>
      </w:pPr>
      <w:r w:rsidRPr="004564E0">
        <w:rPr>
          <w:lang w:val="pl-PL"/>
        </w:rPr>
        <w:t> </w:t>
      </w:r>
    </w:p>
    <w:p w14:paraId="5EEE33C3" w14:textId="2F3A27F1" w:rsidR="00371E59" w:rsidRPr="004564E0" w:rsidRDefault="00000000">
      <w:pPr>
        <w:pStyle w:val="FormQuestion"/>
        <w:keepNext w:val="0"/>
        <w:keepLines w:val="0"/>
        <w:spacing w:before="120"/>
        <w:rPr>
          <w:lang w:val="pl-PL"/>
        </w:rPr>
      </w:pPr>
      <w:r w:rsidRPr="004564E0">
        <w:rPr>
          <w:b/>
          <w:lang w:val="pl-PL"/>
        </w:rPr>
        <w:t>Aktualne osiągnięcia w odniesieniu do możliwości rozwojowych dziecka</w:t>
      </w:r>
      <w:r w:rsidR="004564E0">
        <w:rPr>
          <w:b/>
          <w:lang w:val="pl-PL"/>
        </w:rPr>
        <w:t>:</w:t>
      </w:r>
    </w:p>
    <w:p w14:paraId="7344B2A1" w14:textId="337E7F85" w:rsidR="00371E59" w:rsidRDefault="00000000">
      <w:pPr>
        <w:pStyle w:val="FormOptions"/>
        <w:keepLines w:val="0"/>
        <w:rPr>
          <w:lang w:val="pl-PL"/>
        </w:rPr>
      </w:pPr>
      <w:r w:rsidRPr="004564E0">
        <w:rPr>
          <w:rFonts w:ascii="Segoe UI Symbol" w:eastAsia="Segoe UI Symbol" w:hAnsi="Segoe UI Symbol"/>
          <w:lang w:val="pl-PL"/>
        </w:rPr>
        <w:t>☐</w:t>
      </w:r>
      <w:r w:rsidRPr="004564E0">
        <w:rPr>
          <w:lang w:val="pl-PL"/>
        </w:rPr>
        <w:t xml:space="preserve"> adekwatne   </w:t>
      </w:r>
      <w:r w:rsidRPr="004564E0">
        <w:rPr>
          <w:rFonts w:ascii="Segoe UI Symbol" w:eastAsia="Segoe UI Symbol" w:hAnsi="Segoe UI Symbol"/>
          <w:lang w:val="pl-PL"/>
        </w:rPr>
        <w:t>☐</w:t>
      </w:r>
      <w:r w:rsidRPr="004564E0">
        <w:rPr>
          <w:lang w:val="pl-PL"/>
        </w:rPr>
        <w:t xml:space="preserve"> częściowo adekwatne  </w:t>
      </w:r>
      <w:r w:rsidRPr="004564E0">
        <w:rPr>
          <w:rFonts w:ascii="Segoe UI Symbol" w:eastAsia="Segoe UI Symbol" w:hAnsi="Segoe UI Symbol"/>
          <w:lang w:val="pl-PL"/>
        </w:rPr>
        <w:t>☐</w:t>
      </w:r>
      <w:r w:rsidRPr="004564E0">
        <w:rPr>
          <w:lang w:val="pl-PL"/>
        </w:rPr>
        <w:t xml:space="preserve"> wyraźnie poniżej możliwości   </w:t>
      </w:r>
      <w:r w:rsidRPr="004564E0">
        <w:rPr>
          <w:rFonts w:ascii="Segoe UI Symbol" w:eastAsia="Segoe UI Symbol" w:hAnsi="Segoe UI Symbol"/>
          <w:lang w:val="pl-PL"/>
        </w:rPr>
        <w:t>☐</w:t>
      </w:r>
      <w:r w:rsidRPr="004564E0">
        <w:rPr>
          <w:lang w:val="pl-PL"/>
        </w:rPr>
        <w:t xml:space="preserve"> nierównomierne / zależne od obszaru   </w:t>
      </w:r>
      <w:r w:rsidRPr="004564E0">
        <w:rPr>
          <w:rFonts w:ascii="Segoe UI Symbol" w:eastAsia="Segoe UI Symbol" w:hAnsi="Segoe UI Symbol"/>
          <w:lang w:val="pl-PL"/>
        </w:rPr>
        <w:t>☐</w:t>
      </w:r>
      <w:r w:rsidRPr="004564E0">
        <w:rPr>
          <w:lang w:val="pl-PL"/>
        </w:rPr>
        <w:t xml:space="preserve"> trudno ocenić</w:t>
      </w:r>
    </w:p>
    <w:p w14:paraId="64AF46FF" w14:textId="77777777" w:rsidR="00D86596" w:rsidRPr="004564E0" w:rsidRDefault="00D86596">
      <w:pPr>
        <w:pStyle w:val="FormOptions"/>
        <w:keepLines w:val="0"/>
        <w:rPr>
          <w:lang w:val="pl-PL"/>
        </w:rPr>
      </w:pPr>
    </w:p>
    <w:p w14:paraId="2D85AED2" w14:textId="0AEC9412" w:rsidR="00371E59" w:rsidRPr="004564E0" w:rsidRDefault="00000000">
      <w:pPr>
        <w:pStyle w:val="Nagwek1"/>
        <w:rPr>
          <w:lang w:val="pl-PL"/>
        </w:rPr>
      </w:pPr>
      <w:r w:rsidRPr="004564E0">
        <w:rPr>
          <w:rFonts w:ascii="Times New Roman" w:eastAsia="Times New Roman" w:hAnsi="Times New Roman"/>
          <w:lang w:val="pl-PL"/>
        </w:rPr>
        <w:t>2. Kontekst funkcjonowania w placówce</w:t>
      </w:r>
    </w:p>
    <w:tbl>
      <w:tblPr>
        <w:tblW w:w="10490" w:type="dxa"/>
        <w:tblInd w:w="-8" w:type="dxa"/>
        <w:tblBorders>
          <w:top w:val="single" w:sz="6" w:space="0" w:color="A7BAC6"/>
          <w:left w:val="single" w:sz="6" w:space="0" w:color="A7BAC6"/>
          <w:bottom w:val="single" w:sz="6" w:space="0" w:color="A7BAC6"/>
          <w:right w:val="single" w:sz="6" w:space="0" w:color="A7BAC6"/>
          <w:insideH w:val="single" w:sz="6" w:space="0" w:color="A7BAC6"/>
          <w:insideV w:val="single" w:sz="6" w:space="0" w:color="A7BAC6"/>
        </w:tblBorders>
        <w:tblLayout w:type="fixed"/>
        <w:tblLook w:val="04A0" w:firstRow="1" w:lastRow="0" w:firstColumn="1" w:lastColumn="0" w:noHBand="0" w:noVBand="1"/>
      </w:tblPr>
      <w:tblGrid>
        <w:gridCol w:w="2828"/>
        <w:gridCol w:w="7662"/>
      </w:tblGrid>
      <w:tr w:rsidR="00371E59" w:rsidRPr="004564E0" w14:paraId="3F6957AB" w14:textId="77777777" w:rsidTr="004564E0">
        <w:trPr>
          <w:cantSplit/>
        </w:trPr>
        <w:tc>
          <w:tcPr>
            <w:tcW w:w="2828" w:type="dxa"/>
            <w:shd w:val="clear" w:color="auto" w:fill="F2F6F8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C906A27" w14:textId="77777777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b/>
                <w:lang w:val="pl-PL"/>
              </w:rPr>
              <w:t>Okres, którego dotyczą dane</w:t>
            </w:r>
          </w:p>
        </w:tc>
        <w:tc>
          <w:tcPr>
            <w:tcW w:w="7662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B455F64" w14:textId="77777777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lang w:val="pl-PL"/>
              </w:rPr>
              <w:t>od __________________ do __________________</w:t>
            </w:r>
          </w:p>
        </w:tc>
      </w:tr>
      <w:tr w:rsidR="00371E59" w:rsidRPr="002534F8" w14:paraId="21604D63" w14:textId="77777777" w:rsidTr="004564E0">
        <w:trPr>
          <w:cantSplit/>
        </w:trPr>
        <w:tc>
          <w:tcPr>
            <w:tcW w:w="2828" w:type="dxa"/>
            <w:shd w:val="clear" w:color="auto" w:fill="F2F6F8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7551AE1" w14:textId="77777777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b/>
                <w:lang w:val="pl-PL"/>
              </w:rPr>
              <w:t>Frekwencja i nieobecności</w:t>
            </w:r>
          </w:p>
        </w:tc>
        <w:tc>
          <w:tcPr>
            <w:tcW w:w="7662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6F508D3" w14:textId="77777777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lang w:val="pl-PL"/>
              </w:rPr>
              <w:t>frekwencja: ______ % / nieobecności: ______ dni; usprawiedliwione: ______; nieusprawiedliwione: ______</w:t>
            </w:r>
          </w:p>
        </w:tc>
      </w:tr>
      <w:tr w:rsidR="00371E59" w:rsidRPr="002534F8" w14:paraId="2C6D6D2A" w14:textId="77777777" w:rsidTr="004564E0">
        <w:trPr>
          <w:cantSplit/>
        </w:trPr>
        <w:tc>
          <w:tcPr>
            <w:tcW w:w="2828" w:type="dxa"/>
            <w:shd w:val="clear" w:color="auto" w:fill="F2F6F8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B5F4079" w14:textId="77777777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b/>
                <w:lang w:val="pl-PL"/>
              </w:rPr>
              <w:t>Udział w zajęciach dodatkowych lub specjalistycznych</w:t>
            </w:r>
          </w:p>
        </w:tc>
        <w:tc>
          <w:tcPr>
            <w:tcW w:w="7662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0392C84" w14:textId="77777777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  <w:r w:rsidRPr="004564E0">
              <w:rPr>
                <w:lang w:val="pl-PL"/>
              </w:rPr>
              <w:t xml:space="preserve"> systematyczny   </w:t>
            </w: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  <w:r w:rsidRPr="004564E0">
              <w:rPr>
                <w:lang w:val="pl-PL"/>
              </w:rPr>
              <w:t xml:space="preserve"> nieregularny   </w:t>
            </w: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  <w:r w:rsidRPr="004564E0">
              <w:rPr>
                <w:lang w:val="pl-PL"/>
              </w:rPr>
              <w:t xml:space="preserve"> nie dotyczy   </w:t>
            </w: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  <w:r w:rsidRPr="004564E0">
              <w:rPr>
                <w:lang w:val="pl-PL"/>
              </w:rPr>
              <w:t xml:space="preserve"> brak danych</w:t>
            </w:r>
          </w:p>
        </w:tc>
      </w:tr>
      <w:tr w:rsidR="00371E59" w:rsidRPr="002534F8" w14:paraId="0F997C24" w14:textId="77777777" w:rsidTr="004564E0">
        <w:trPr>
          <w:cantSplit/>
        </w:trPr>
        <w:tc>
          <w:tcPr>
            <w:tcW w:w="2828" w:type="dxa"/>
            <w:shd w:val="clear" w:color="auto" w:fill="F2F6F8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D01BA59" w14:textId="77777777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b/>
                <w:lang w:val="pl-PL"/>
              </w:rPr>
              <w:t>Wpływ nieobecności na funkcjonowanie i realizację programu</w:t>
            </w:r>
          </w:p>
        </w:tc>
        <w:tc>
          <w:tcPr>
            <w:tcW w:w="7662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656EB9B" w14:textId="77777777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  <w:r w:rsidRPr="004564E0">
              <w:rPr>
                <w:lang w:val="pl-PL"/>
              </w:rPr>
              <w:t xml:space="preserve"> brak istotnego wpływu   </w:t>
            </w: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  <w:r w:rsidRPr="004564E0">
              <w:rPr>
                <w:lang w:val="pl-PL"/>
              </w:rPr>
              <w:t xml:space="preserve"> częściowy   </w:t>
            </w: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  <w:r w:rsidRPr="004564E0">
              <w:rPr>
                <w:lang w:val="pl-PL"/>
              </w:rPr>
              <w:t xml:space="preserve"> znaczny   </w:t>
            </w: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  <w:r w:rsidRPr="004564E0">
              <w:rPr>
                <w:lang w:val="pl-PL"/>
              </w:rPr>
              <w:t xml:space="preserve"> trudno ocenić</w:t>
            </w:r>
          </w:p>
        </w:tc>
      </w:tr>
    </w:tbl>
    <w:p w14:paraId="3D148F00" w14:textId="4FAB62CB" w:rsidR="00371E59" w:rsidRPr="004564E0" w:rsidRDefault="00000000">
      <w:pPr>
        <w:pStyle w:val="FormQuestion"/>
        <w:keepNext w:val="0"/>
        <w:keepLines w:val="0"/>
        <w:spacing w:before="120"/>
        <w:rPr>
          <w:lang w:val="pl-PL"/>
        </w:rPr>
      </w:pPr>
      <w:r w:rsidRPr="004564E0">
        <w:rPr>
          <w:b/>
          <w:lang w:val="pl-PL"/>
        </w:rPr>
        <w:t>Funkcjonowanie w różnych sytuacjach</w:t>
      </w:r>
      <w:r w:rsidR="004635D6">
        <w:rPr>
          <w:b/>
          <w:lang w:val="pl-PL"/>
        </w:rPr>
        <w:t>:</w:t>
      </w:r>
    </w:p>
    <w:p w14:paraId="58BED3F5" w14:textId="77777777" w:rsidR="00371E59" w:rsidRPr="004564E0" w:rsidRDefault="00000000">
      <w:pPr>
        <w:pStyle w:val="FormOptions"/>
        <w:keepLines w:val="0"/>
        <w:rPr>
          <w:lang w:val="pl-PL"/>
        </w:rPr>
      </w:pPr>
      <w:r w:rsidRPr="004564E0">
        <w:rPr>
          <w:rFonts w:ascii="Segoe UI Symbol" w:eastAsia="Segoe UI Symbol" w:hAnsi="Segoe UI Symbol"/>
          <w:lang w:val="pl-PL"/>
        </w:rPr>
        <w:t>☐</w:t>
      </w:r>
      <w:r w:rsidRPr="004564E0">
        <w:rPr>
          <w:lang w:val="pl-PL"/>
        </w:rPr>
        <w:t xml:space="preserve"> podobne podczas zajęć kierowanych, zabawy, posiłków i wyjść   </w:t>
      </w:r>
      <w:r w:rsidRPr="004564E0">
        <w:rPr>
          <w:rFonts w:ascii="Segoe UI Symbol" w:eastAsia="Segoe UI Symbol" w:hAnsi="Segoe UI Symbol"/>
          <w:lang w:val="pl-PL"/>
        </w:rPr>
        <w:t>☐</w:t>
      </w:r>
      <w:r w:rsidRPr="004564E0">
        <w:rPr>
          <w:lang w:val="pl-PL"/>
        </w:rPr>
        <w:t xml:space="preserve"> wyraźnie zależne od sytuacji   </w:t>
      </w:r>
      <w:r w:rsidRPr="004564E0">
        <w:rPr>
          <w:rFonts w:ascii="Segoe UI Symbol" w:eastAsia="Segoe UI Symbol" w:hAnsi="Segoe UI Symbol"/>
          <w:lang w:val="pl-PL"/>
        </w:rPr>
        <w:t>☐</w:t>
      </w:r>
      <w:r w:rsidRPr="004564E0">
        <w:rPr>
          <w:lang w:val="pl-PL"/>
        </w:rPr>
        <w:t xml:space="preserve"> różni się według obserwatora   </w:t>
      </w:r>
      <w:r w:rsidRPr="004564E0">
        <w:rPr>
          <w:rFonts w:ascii="Segoe UI Symbol" w:eastAsia="Segoe UI Symbol" w:hAnsi="Segoe UI Symbol"/>
          <w:lang w:val="pl-PL"/>
        </w:rPr>
        <w:t>☐</w:t>
      </w:r>
      <w:r w:rsidRPr="004564E0">
        <w:rPr>
          <w:lang w:val="pl-PL"/>
        </w:rPr>
        <w:t xml:space="preserve"> brak danych</w:t>
      </w:r>
    </w:p>
    <w:p w14:paraId="2BD6397E" w14:textId="7CF9D94A" w:rsidR="00371E59" w:rsidRPr="004564E0" w:rsidRDefault="00000000">
      <w:pPr>
        <w:pStyle w:val="FormQuestion"/>
        <w:keepNext w:val="0"/>
        <w:keepLines w:val="0"/>
        <w:spacing w:before="120"/>
        <w:rPr>
          <w:lang w:val="pl-PL"/>
        </w:rPr>
      </w:pPr>
      <w:r w:rsidRPr="004564E0">
        <w:rPr>
          <w:b/>
          <w:lang w:val="pl-PL"/>
        </w:rPr>
        <w:t>Funkcjonowanie zależnie od sposobu pracy</w:t>
      </w:r>
      <w:r w:rsidR="004635D6">
        <w:rPr>
          <w:b/>
          <w:lang w:val="pl-PL"/>
        </w:rPr>
        <w:t>:</w:t>
      </w:r>
    </w:p>
    <w:p w14:paraId="5468684B" w14:textId="77777777" w:rsidR="00371E59" w:rsidRPr="004564E0" w:rsidRDefault="00000000">
      <w:pPr>
        <w:pStyle w:val="FormOptions"/>
        <w:keepLines w:val="0"/>
        <w:rPr>
          <w:lang w:val="pl-PL"/>
        </w:rPr>
      </w:pPr>
      <w:r w:rsidRPr="004564E0">
        <w:rPr>
          <w:rFonts w:ascii="Segoe UI Symbol" w:eastAsia="Segoe UI Symbol" w:hAnsi="Segoe UI Symbol"/>
          <w:lang w:val="pl-PL"/>
        </w:rPr>
        <w:t>☐</w:t>
      </w:r>
      <w:r w:rsidRPr="004564E0">
        <w:rPr>
          <w:lang w:val="pl-PL"/>
        </w:rPr>
        <w:t xml:space="preserve"> najlepiej odpowiada ustnie lub gestem   </w:t>
      </w:r>
      <w:r w:rsidRPr="004564E0">
        <w:rPr>
          <w:rFonts w:ascii="Segoe UI Symbol" w:eastAsia="Segoe UI Symbol" w:hAnsi="Segoe UI Symbol"/>
          <w:lang w:val="pl-PL"/>
        </w:rPr>
        <w:t>☐</w:t>
      </w:r>
      <w:r w:rsidRPr="004564E0">
        <w:rPr>
          <w:lang w:val="pl-PL"/>
        </w:rPr>
        <w:t xml:space="preserve"> najlepiej działa przez pokaz / manipulowanie   </w:t>
      </w:r>
      <w:r w:rsidRPr="004564E0">
        <w:rPr>
          <w:rFonts w:ascii="Segoe UI Symbol" w:eastAsia="Segoe UI Symbol" w:hAnsi="Segoe UI Symbol"/>
          <w:lang w:val="pl-PL"/>
        </w:rPr>
        <w:t>☐</w:t>
      </w:r>
      <w:r w:rsidRPr="004564E0">
        <w:rPr>
          <w:lang w:val="pl-PL"/>
        </w:rPr>
        <w:t xml:space="preserve"> lepiej pracuje indywidualnie   </w:t>
      </w:r>
      <w:r w:rsidRPr="004564E0">
        <w:rPr>
          <w:rFonts w:ascii="Segoe UI Symbol" w:eastAsia="Segoe UI Symbol" w:hAnsi="Segoe UI Symbol"/>
          <w:lang w:val="pl-PL"/>
        </w:rPr>
        <w:t>☐</w:t>
      </w:r>
      <w:r w:rsidRPr="004564E0">
        <w:rPr>
          <w:lang w:val="pl-PL"/>
        </w:rPr>
        <w:t xml:space="preserve"> lepiej w małej grupie   </w:t>
      </w:r>
      <w:r w:rsidRPr="004564E0">
        <w:rPr>
          <w:rFonts w:ascii="Segoe UI Symbol" w:eastAsia="Segoe UI Symbol" w:hAnsi="Segoe UI Symbol"/>
          <w:lang w:val="pl-PL"/>
        </w:rPr>
        <w:t>☐</w:t>
      </w:r>
      <w:r w:rsidRPr="004564E0">
        <w:rPr>
          <w:lang w:val="pl-PL"/>
        </w:rPr>
        <w:t xml:space="preserve"> podobnie w całej grupie   </w:t>
      </w:r>
      <w:r w:rsidRPr="004564E0">
        <w:rPr>
          <w:rFonts w:ascii="Segoe UI Symbol" w:eastAsia="Segoe UI Symbol" w:hAnsi="Segoe UI Symbol"/>
          <w:lang w:val="pl-PL"/>
        </w:rPr>
        <w:t>☐</w:t>
      </w:r>
      <w:r w:rsidRPr="004564E0">
        <w:rPr>
          <w:lang w:val="pl-PL"/>
        </w:rPr>
        <w:t xml:space="preserve"> lepiej w ruchu   </w:t>
      </w:r>
      <w:r w:rsidRPr="004564E0">
        <w:rPr>
          <w:rFonts w:ascii="Segoe UI Symbol" w:eastAsia="Segoe UI Symbol" w:hAnsi="Segoe UI Symbol"/>
          <w:lang w:val="pl-PL"/>
        </w:rPr>
        <w:t>☐</w:t>
      </w:r>
      <w:r w:rsidRPr="004564E0">
        <w:rPr>
          <w:lang w:val="pl-PL"/>
        </w:rPr>
        <w:t xml:space="preserve"> lepiej przy stoliku   </w:t>
      </w:r>
      <w:r w:rsidRPr="004564E0">
        <w:rPr>
          <w:rFonts w:ascii="Segoe UI Symbol" w:eastAsia="Segoe UI Symbol" w:hAnsi="Segoe UI Symbol"/>
          <w:lang w:val="pl-PL"/>
        </w:rPr>
        <w:t>☐</w:t>
      </w:r>
      <w:r w:rsidRPr="004564E0">
        <w:rPr>
          <w:lang w:val="pl-PL"/>
        </w:rPr>
        <w:t xml:space="preserve"> wyniki są niestabilne   </w:t>
      </w:r>
      <w:r w:rsidRPr="004564E0">
        <w:rPr>
          <w:rFonts w:ascii="Segoe UI Symbol" w:eastAsia="Segoe UI Symbol" w:hAnsi="Segoe UI Symbol"/>
          <w:lang w:val="pl-PL"/>
        </w:rPr>
        <w:t>☐</w:t>
      </w:r>
      <w:r w:rsidRPr="004564E0">
        <w:rPr>
          <w:lang w:val="pl-PL"/>
        </w:rPr>
        <w:t xml:space="preserve"> obniża wykonanie pod presją czasu   </w:t>
      </w:r>
      <w:r w:rsidRPr="004564E0">
        <w:rPr>
          <w:rFonts w:ascii="Segoe UI Symbol" w:eastAsia="Segoe UI Symbol" w:hAnsi="Segoe UI Symbol"/>
          <w:lang w:val="pl-PL"/>
        </w:rPr>
        <w:t>☐</w:t>
      </w:r>
      <w:r w:rsidRPr="004564E0">
        <w:rPr>
          <w:lang w:val="pl-PL"/>
        </w:rPr>
        <w:t xml:space="preserve"> inne: ____________________</w:t>
      </w:r>
    </w:p>
    <w:p w14:paraId="4475F710" w14:textId="77777777" w:rsidR="00371E59" w:rsidRPr="004564E0" w:rsidRDefault="00000000">
      <w:pPr>
        <w:pStyle w:val="FormQuestion"/>
        <w:keepNext w:val="0"/>
        <w:keepLines w:val="0"/>
        <w:spacing w:before="120"/>
        <w:rPr>
          <w:lang w:val="pl-PL"/>
        </w:rPr>
      </w:pPr>
      <w:r w:rsidRPr="004564E0">
        <w:rPr>
          <w:b/>
          <w:lang w:val="pl-PL"/>
        </w:rPr>
        <w:t>W jakich warunkach dziecko funkcjonuje najlepiej, a w jakich trudności nasilają się?</w:t>
      </w:r>
    </w:p>
    <w:p w14:paraId="7C93F747" w14:textId="77777777" w:rsidR="00371E59" w:rsidRDefault="00000000">
      <w:pPr>
        <w:pStyle w:val="ResponseLine"/>
        <w:keepLines w:val="0"/>
        <w:spacing w:after="80"/>
        <w:rPr>
          <w:lang w:val="pl-PL"/>
        </w:rPr>
      </w:pPr>
      <w:r w:rsidRPr="004564E0">
        <w:rPr>
          <w:lang w:val="pl-PL"/>
        </w:rPr>
        <w:t> </w:t>
      </w:r>
    </w:p>
    <w:p w14:paraId="7D75FB15" w14:textId="77777777" w:rsidR="004564E0" w:rsidRPr="004564E0" w:rsidRDefault="004564E0">
      <w:pPr>
        <w:pStyle w:val="ResponseLine"/>
        <w:keepLines w:val="0"/>
        <w:spacing w:after="80"/>
        <w:rPr>
          <w:lang w:val="pl-PL"/>
        </w:rPr>
      </w:pPr>
    </w:p>
    <w:p w14:paraId="53825029" w14:textId="43AD6E13" w:rsidR="00371E59" w:rsidRPr="004564E0" w:rsidRDefault="00000000">
      <w:pPr>
        <w:pStyle w:val="FormQuestion"/>
        <w:keepNext w:val="0"/>
        <w:keepLines w:val="0"/>
        <w:spacing w:before="120"/>
        <w:rPr>
          <w:lang w:val="pl-PL"/>
        </w:rPr>
      </w:pPr>
      <w:r w:rsidRPr="004564E0">
        <w:rPr>
          <w:b/>
          <w:lang w:val="pl-PL"/>
        </w:rPr>
        <w:t xml:space="preserve">Istotne zmiany w funkcjonowaniu w ostatnim okresie </w:t>
      </w:r>
      <w:r w:rsidR="004564E0">
        <w:rPr>
          <w:b/>
          <w:lang w:val="pl-PL"/>
        </w:rPr>
        <w:t>–</w:t>
      </w:r>
      <w:r w:rsidRPr="004564E0">
        <w:rPr>
          <w:b/>
          <w:lang w:val="pl-PL"/>
        </w:rPr>
        <w:t xml:space="preserve"> postęp, regres, nowe trudności lub zdarzenia wpływające na dziecko</w:t>
      </w:r>
      <w:r w:rsidR="00D86596">
        <w:rPr>
          <w:b/>
          <w:lang w:val="pl-PL"/>
        </w:rPr>
        <w:t>?</w:t>
      </w:r>
    </w:p>
    <w:p w14:paraId="494A07FD" w14:textId="77777777" w:rsidR="00371E59" w:rsidRDefault="00000000">
      <w:pPr>
        <w:pStyle w:val="ResponseLine"/>
        <w:keepLines w:val="0"/>
        <w:spacing w:after="80"/>
        <w:rPr>
          <w:lang w:val="pl-PL"/>
        </w:rPr>
      </w:pPr>
      <w:r w:rsidRPr="004564E0">
        <w:rPr>
          <w:lang w:val="pl-PL"/>
        </w:rPr>
        <w:t> </w:t>
      </w:r>
    </w:p>
    <w:p w14:paraId="6D3D0527" w14:textId="77777777" w:rsidR="004564E0" w:rsidRPr="004564E0" w:rsidRDefault="004564E0">
      <w:pPr>
        <w:pStyle w:val="ResponseLine"/>
        <w:keepLines w:val="0"/>
        <w:spacing w:after="80"/>
        <w:rPr>
          <w:lang w:val="pl-PL"/>
        </w:rPr>
      </w:pPr>
    </w:p>
    <w:p w14:paraId="38215F9C" w14:textId="77777777" w:rsidR="00371E59" w:rsidRPr="004564E0" w:rsidRDefault="00000000">
      <w:pPr>
        <w:pStyle w:val="Nagwek1"/>
        <w:rPr>
          <w:lang w:val="pl-PL"/>
        </w:rPr>
      </w:pPr>
      <w:r w:rsidRPr="004564E0">
        <w:rPr>
          <w:rFonts w:ascii="Times New Roman" w:eastAsia="Times New Roman" w:hAnsi="Times New Roman"/>
          <w:lang w:val="pl-PL"/>
        </w:rPr>
        <w:t>3. Ocena funkcjonowania - aktywność i uczestniczenie (obszary ICF)</w:t>
      </w:r>
    </w:p>
    <w:p w14:paraId="735DB052" w14:textId="77777777" w:rsidR="00371E59" w:rsidRPr="004564E0" w:rsidRDefault="00000000">
      <w:pPr>
        <w:pStyle w:val="FormInstruction"/>
        <w:keepLines w:val="0"/>
        <w:rPr>
          <w:lang w:val="pl-PL"/>
        </w:rPr>
      </w:pPr>
      <w:r w:rsidRPr="004564E0">
        <w:rPr>
          <w:lang w:val="pl-PL"/>
        </w:rPr>
        <w:t>Ocenę należy odnosić do wieku, etapu edukacyjnego i możliwości dziecka. W każdej pozycji proszę zaznaczyć jedną odpowiedź. „Bez pomocy” oznacza samodzielne wykonanie na poziomie oczekiwanym; „Z pomocą” - wykonanie częściowe, niestabilne lub wymagające wsparcia; „Trudność” - niewykonywanie czynności albo wyraźne ograniczenie. N/D - nie dotyczy; N/O - nie obserwowano. Przy trudnościach proszę podać konkretny przykład.</w:t>
      </w:r>
    </w:p>
    <w:p w14:paraId="6C423305" w14:textId="77777777" w:rsidR="00371E59" w:rsidRPr="004564E0" w:rsidRDefault="00000000">
      <w:pPr>
        <w:pStyle w:val="Nagwek2"/>
        <w:rPr>
          <w:lang w:val="pl-PL"/>
        </w:rPr>
      </w:pPr>
      <w:r w:rsidRPr="004564E0">
        <w:rPr>
          <w:rFonts w:ascii="Times New Roman" w:eastAsia="Times New Roman" w:hAnsi="Times New Roman"/>
          <w:lang w:val="pl-PL"/>
        </w:rPr>
        <w:t>UCZENIE SIĘ I STOSOWANIE WIEDZY</w:t>
      </w:r>
    </w:p>
    <w:p w14:paraId="42AC431F" w14:textId="7FE618FA" w:rsidR="00371E59" w:rsidRPr="004564E0" w:rsidRDefault="00000000">
      <w:pPr>
        <w:pStyle w:val="Nagwek3"/>
        <w:rPr>
          <w:lang w:val="pl-PL"/>
        </w:rPr>
      </w:pPr>
      <w:r w:rsidRPr="004564E0">
        <w:rPr>
          <w:lang w:val="pl-PL"/>
        </w:rPr>
        <w:t>Gotowość do uczenia się i procesy poznawcze</w:t>
      </w:r>
      <w:r w:rsidR="004635D6">
        <w:rPr>
          <w:lang w:val="pl-PL"/>
        </w:rPr>
        <w:t>:</w:t>
      </w:r>
    </w:p>
    <w:tbl>
      <w:tblPr>
        <w:tblW w:w="10490" w:type="dxa"/>
        <w:tblInd w:w="-8" w:type="dxa"/>
        <w:tblBorders>
          <w:top w:val="single" w:sz="6" w:space="0" w:color="A7BAC6"/>
          <w:left w:val="single" w:sz="6" w:space="0" w:color="A7BAC6"/>
          <w:bottom w:val="single" w:sz="6" w:space="0" w:color="A7BAC6"/>
          <w:right w:val="single" w:sz="6" w:space="0" w:color="A7BAC6"/>
          <w:insideH w:val="single" w:sz="6" w:space="0" w:color="A7BAC6"/>
          <w:insideV w:val="single" w:sz="6" w:space="0" w:color="A7BAC6"/>
        </w:tblBorders>
        <w:tblLayout w:type="fixed"/>
        <w:tblLook w:val="04A0" w:firstRow="1" w:lastRow="0" w:firstColumn="1" w:lastColumn="0" w:noHBand="0" w:noVBand="1"/>
      </w:tblPr>
      <w:tblGrid>
        <w:gridCol w:w="6278"/>
        <w:gridCol w:w="1000"/>
        <w:gridCol w:w="1000"/>
        <w:gridCol w:w="1150"/>
        <w:gridCol w:w="1062"/>
      </w:tblGrid>
      <w:tr w:rsidR="00371E59" w:rsidRPr="004564E0" w14:paraId="5222429C" w14:textId="77777777" w:rsidTr="004564E0">
        <w:trPr>
          <w:cantSplit/>
          <w:tblHeader/>
        </w:trPr>
        <w:tc>
          <w:tcPr>
            <w:tcW w:w="6278" w:type="dxa"/>
            <w:shd w:val="clear" w:color="auto" w:fill="E8F1F5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597E349" w14:textId="77777777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b/>
                <w:lang w:val="pl-PL"/>
              </w:rPr>
              <w:t>Obserwowany aspekt</w:t>
            </w:r>
          </w:p>
        </w:tc>
        <w:tc>
          <w:tcPr>
            <w:tcW w:w="1000" w:type="dxa"/>
            <w:shd w:val="clear" w:color="auto" w:fill="E8F1F5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EF75E5C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b/>
                <w:lang w:val="pl-PL"/>
              </w:rPr>
              <w:t>Bez pomocy</w:t>
            </w:r>
          </w:p>
        </w:tc>
        <w:tc>
          <w:tcPr>
            <w:tcW w:w="1000" w:type="dxa"/>
            <w:shd w:val="clear" w:color="auto" w:fill="E8F1F5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2EBA60B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b/>
                <w:lang w:val="pl-PL"/>
              </w:rPr>
              <w:t>Z pomocą</w:t>
            </w:r>
          </w:p>
        </w:tc>
        <w:tc>
          <w:tcPr>
            <w:tcW w:w="1150" w:type="dxa"/>
            <w:shd w:val="clear" w:color="auto" w:fill="E8F1F5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54DDDCB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b/>
                <w:lang w:val="pl-PL"/>
              </w:rPr>
              <w:t>Trudność</w:t>
            </w:r>
          </w:p>
        </w:tc>
        <w:tc>
          <w:tcPr>
            <w:tcW w:w="1062" w:type="dxa"/>
            <w:shd w:val="clear" w:color="auto" w:fill="E8F1F5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742A0DD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b/>
                <w:lang w:val="pl-PL"/>
              </w:rPr>
              <w:t>N/D lub N/O</w:t>
            </w:r>
          </w:p>
        </w:tc>
      </w:tr>
      <w:tr w:rsidR="00371E59" w:rsidRPr="004564E0" w14:paraId="192380C3" w14:textId="77777777" w:rsidTr="004564E0">
        <w:trPr>
          <w:cantSplit/>
        </w:trPr>
        <w:tc>
          <w:tcPr>
            <w:tcW w:w="6278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7622C1F" w14:textId="77777777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lang w:val="pl-PL"/>
              </w:rPr>
              <w:t>Skupia uwagę na zadaniu lub aktywności przez czas odpowiedni do wieku i rodzaju zajęcia.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C4365BF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0A32AFA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1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EB48373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62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E23A951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</w:tr>
      <w:tr w:rsidR="00371E59" w:rsidRPr="004564E0" w14:paraId="09E15C30" w14:textId="77777777" w:rsidTr="004564E0">
        <w:trPr>
          <w:cantSplit/>
        </w:trPr>
        <w:tc>
          <w:tcPr>
            <w:tcW w:w="6278" w:type="dxa"/>
            <w:shd w:val="clear" w:color="auto" w:fill="F8FAFB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20F87BE" w14:textId="77777777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lang w:val="pl-PL"/>
              </w:rPr>
              <w:t>Rozumie polecenia jednoetapowe, a gdy jest to odpowiednie do wieku - także polecenia złożone.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8D741C4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502C974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1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6F76266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62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B86B52D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</w:tr>
      <w:tr w:rsidR="00371E59" w:rsidRPr="004564E0" w14:paraId="0C79C41D" w14:textId="77777777" w:rsidTr="004564E0">
        <w:trPr>
          <w:cantSplit/>
        </w:trPr>
        <w:tc>
          <w:tcPr>
            <w:tcW w:w="6278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59A52F0" w14:textId="77777777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lang w:val="pl-PL"/>
              </w:rPr>
              <w:t>Uczy się przez obserwację, naśladowanie, próbowanie i korzystanie z podpowiedzi.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C6C8F30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BBE01A6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1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35215A6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62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F153AB4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</w:tr>
      <w:tr w:rsidR="00371E59" w:rsidRPr="004564E0" w14:paraId="07CD96BE" w14:textId="77777777" w:rsidTr="004564E0">
        <w:trPr>
          <w:cantSplit/>
        </w:trPr>
        <w:tc>
          <w:tcPr>
            <w:tcW w:w="6278" w:type="dxa"/>
            <w:shd w:val="clear" w:color="auto" w:fill="F8FAFB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6655345" w14:textId="77777777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lang w:val="pl-PL"/>
              </w:rPr>
              <w:t>Zapamiętuje poznane zasady, informacje, sekwencje i przebieg codziennych czynności.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8384386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1835421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1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63F57C5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62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716FBFB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</w:tr>
      <w:tr w:rsidR="00371E59" w:rsidRPr="004564E0" w14:paraId="7DAE4F86" w14:textId="77777777" w:rsidTr="004564E0">
        <w:trPr>
          <w:cantSplit/>
        </w:trPr>
        <w:tc>
          <w:tcPr>
            <w:tcW w:w="6278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51CA03B" w14:textId="77777777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lang w:val="pl-PL"/>
              </w:rPr>
              <w:lastRenderedPageBreak/>
              <w:t>Rozpoczyna zadanie po instrukcji i doprowadza je do końca na miarę swoich możliwości.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63BF3E3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508406E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1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89C8431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62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7882989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</w:tr>
      <w:tr w:rsidR="00371E59" w:rsidRPr="004564E0" w14:paraId="478BB71A" w14:textId="77777777" w:rsidTr="004564E0">
        <w:trPr>
          <w:cantSplit/>
        </w:trPr>
        <w:tc>
          <w:tcPr>
            <w:tcW w:w="6278" w:type="dxa"/>
            <w:shd w:val="clear" w:color="auto" w:fill="F8FAFB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32DB0F5" w14:textId="77777777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lang w:val="pl-PL"/>
              </w:rPr>
              <w:t>Podejmuje wysiłek poznawczy i próbuje ponownie po niepowodzeniu.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AEA626C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CCEA4A5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1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E8F3EDC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62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86B4D91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</w:tr>
      <w:tr w:rsidR="00371E59" w:rsidRPr="004564E0" w14:paraId="27CC35AD" w14:textId="77777777" w:rsidTr="004564E0">
        <w:trPr>
          <w:cantSplit/>
        </w:trPr>
        <w:tc>
          <w:tcPr>
            <w:tcW w:w="6278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5FC2AFF" w14:textId="77777777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lang w:val="pl-PL"/>
              </w:rPr>
              <w:t>Rozwiązuje proste problemy i wykorzystuje wcześniej poznane sposoby działania.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60A6E93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940D37F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1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6FE7DA9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62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C27A405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</w:tr>
      <w:tr w:rsidR="00371E59" w:rsidRPr="004564E0" w14:paraId="7DD0652E" w14:textId="77777777" w:rsidTr="004564E0">
        <w:trPr>
          <w:cantSplit/>
        </w:trPr>
        <w:tc>
          <w:tcPr>
            <w:tcW w:w="6278" w:type="dxa"/>
            <w:shd w:val="clear" w:color="auto" w:fill="F8FAFB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033E9DD" w14:textId="77777777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lang w:val="pl-PL"/>
              </w:rPr>
              <w:t>Klasyfikuje, porównuje, szereguje i dostrzega proste prawidłowości.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29FB015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332E595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1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29E3156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62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9D79088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</w:tr>
      <w:tr w:rsidR="00371E59" w:rsidRPr="004564E0" w14:paraId="422331AC" w14:textId="77777777" w:rsidTr="004564E0">
        <w:trPr>
          <w:cantSplit/>
        </w:trPr>
        <w:tc>
          <w:tcPr>
            <w:tcW w:w="6278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EC68342" w14:textId="77777777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lang w:val="pl-PL"/>
              </w:rPr>
              <w:t>Jest ciekawe świata, zadaje pytania i korzysta z nabytej wiedzy w nowych sytuacjach.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0A64408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58CC491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1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45DCA76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62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D2CFE42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</w:tr>
      <w:tr w:rsidR="00371E59" w:rsidRPr="004564E0" w14:paraId="21EED918" w14:textId="77777777" w:rsidTr="004564E0">
        <w:trPr>
          <w:cantSplit/>
        </w:trPr>
        <w:tc>
          <w:tcPr>
            <w:tcW w:w="6278" w:type="dxa"/>
            <w:shd w:val="clear" w:color="auto" w:fill="F8FAFB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B356B86" w14:textId="77777777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lang w:val="pl-PL"/>
              </w:rPr>
              <w:t>Uczestniczy w zajęciach kierowanych oraz aktywnościach wymagających pracy przy stoliku.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B6ADDEE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DD0BCAB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1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BE2B15C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62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2BAC39B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</w:tr>
    </w:tbl>
    <w:p w14:paraId="630B21A4" w14:textId="77777777" w:rsidR="00371E59" w:rsidRPr="004564E0" w:rsidRDefault="00371E59">
      <w:pPr>
        <w:rPr>
          <w:lang w:val="pl-PL"/>
        </w:rPr>
      </w:pPr>
    </w:p>
    <w:p w14:paraId="3D168C0F" w14:textId="3959383D" w:rsidR="00371E59" w:rsidRPr="004564E0" w:rsidRDefault="00000000">
      <w:pPr>
        <w:pStyle w:val="Nagwek3"/>
        <w:rPr>
          <w:lang w:val="pl-PL"/>
        </w:rPr>
      </w:pPr>
      <w:r w:rsidRPr="004564E0">
        <w:rPr>
          <w:lang w:val="pl-PL"/>
        </w:rPr>
        <w:t>Umiejętności przygotowujące do nauki czytania i pisania</w:t>
      </w:r>
      <w:r w:rsidR="004635D6">
        <w:rPr>
          <w:lang w:val="pl-PL"/>
        </w:rPr>
        <w:t>:</w:t>
      </w:r>
    </w:p>
    <w:tbl>
      <w:tblPr>
        <w:tblW w:w="10490" w:type="dxa"/>
        <w:tblInd w:w="-8" w:type="dxa"/>
        <w:tblBorders>
          <w:top w:val="single" w:sz="6" w:space="0" w:color="A7BAC6"/>
          <w:left w:val="single" w:sz="6" w:space="0" w:color="A7BAC6"/>
          <w:bottom w:val="single" w:sz="6" w:space="0" w:color="A7BAC6"/>
          <w:right w:val="single" w:sz="6" w:space="0" w:color="A7BAC6"/>
          <w:insideH w:val="single" w:sz="6" w:space="0" w:color="A7BAC6"/>
          <w:insideV w:val="single" w:sz="6" w:space="0" w:color="A7BAC6"/>
        </w:tblBorders>
        <w:tblLayout w:type="fixed"/>
        <w:tblLook w:val="04A0" w:firstRow="1" w:lastRow="0" w:firstColumn="1" w:lastColumn="0" w:noHBand="0" w:noVBand="1"/>
      </w:tblPr>
      <w:tblGrid>
        <w:gridCol w:w="6278"/>
        <w:gridCol w:w="1000"/>
        <w:gridCol w:w="1000"/>
        <w:gridCol w:w="1150"/>
        <w:gridCol w:w="1062"/>
      </w:tblGrid>
      <w:tr w:rsidR="00371E59" w:rsidRPr="004564E0" w14:paraId="4676620C" w14:textId="77777777" w:rsidTr="004564E0">
        <w:trPr>
          <w:cantSplit/>
          <w:tblHeader/>
        </w:trPr>
        <w:tc>
          <w:tcPr>
            <w:tcW w:w="6278" w:type="dxa"/>
            <w:shd w:val="clear" w:color="auto" w:fill="E8F1F5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508027A" w14:textId="77777777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b/>
                <w:lang w:val="pl-PL"/>
              </w:rPr>
              <w:t>Obserwowany aspekt</w:t>
            </w:r>
          </w:p>
        </w:tc>
        <w:tc>
          <w:tcPr>
            <w:tcW w:w="1000" w:type="dxa"/>
            <w:shd w:val="clear" w:color="auto" w:fill="E8F1F5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F53D2CB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b/>
                <w:lang w:val="pl-PL"/>
              </w:rPr>
              <w:t>Bez pomocy</w:t>
            </w:r>
          </w:p>
        </w:tc>
        <w:tc>
          <w:tcPr>
            <w:tcW w:w="1000" w:type="dxa"/>
            <w:shd w:val="clear" w:color="auto" w:fill="E8F1F5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DCA92BC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b/>
                <w:lang w:val="pl-PL"/>
              </w:rPr>
              <w:t>Z pomocą</w:t>
            </w:r>
          </w:p>
        </w:tc>
        <w:tc>
          <w:tcPr>
            <w:tcW w:w="1150" w:type="dxa"/>
            <w:shd w:val="clear" w:color="auto" w:fill="E8F1F5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F6BF9BC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b/>
                <w:lang w:val="pl-PL"/>
              </w:rPr>
              <w:t>Trudność</w:t>
            </w:r>
          </w:p>
        </w:tc>
        <w:tc>
          <w:tcPr>
            <w:tcW w:w="1062" w:type="dxa"/>
            <w:shd w:val="clear" w:color="auto" w:fill="E8F1F5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C58670E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b/>
                <w:lang w:val="pl-PL"/>
              </w:rPr>
              <w:t>N/D lub N/O</w:t>
            </w:r>
          </w:p>
        </w:tc>
      </w:tr>
      <w:tr w:rsidR="00371E59" w:rsidRPr="004564E0" w14:paraId="419256A6" w14:textId="77777777" w:rsidTr="004564E0">
        <w:trPr>
          <w:cantSplit/>
        </w:trPr>
        <w:tc>
          <w:tcPr>
            <w:tcW w:w="6278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69C37A8" w14:textId="77777777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lang w:val="pl-PL"/>
              </w:rPr>
              <w:t>Różnicuje i odwzorowuje kształty, układy oraz szczegóły materiału obrazkowego.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21004F1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B9A7461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1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F6F9D8F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62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7FC3538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</w:tr>
      <w:tr w:rsidR="00371E59" w:rsidRPr="004564E0" w14:paraId="0708905A" w14:textId="77777777" w:rsidTr="004564E0">
        <w:trPr>
          <w:cantSplit/>
        </w:trPr>
        <w:tc>
          <w:tcPr>
            <w:tcW w:w="6278" w:type="dxa"/>
            <w:shd w:val="clear" w:color="auto" w:fill="F8FAFB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612E5B7" w14:textId="77777777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lang w:val="pl-PL"/>
              </w:rPr>
              <w:t>Rozpoznaje rymy, dzieli słowa na sylaby lub wyodrębnia głoski w zakresie oczekiwanym dla wieku.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E0354EE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0DDF1D3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1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D92EA70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62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838D323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</w:tr>
      <w:tr w:rsidR="00371E59" w:rsidRPr="004564E0" w14:paraId="42528C02" w14:textId="77777777" w:rsidTr="004564E0">
        <w:trPr>
          <w:cantSplit/>
        </w:trPr>
        <w:tc>
          <w:tcPr>
            <w:tcW w:w="6278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E968DBB" w14:textId="77777777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lang w:val="pl-PL"/>
              </w:rPr>
              <w:t>Rozumie treść opowiadania, porządkuje zdarzenia i przewiduje proste następstwa.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0C83240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B3C89B5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1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C7BB109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62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043564C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</w:tr>
      <w:tr w:rsidR="00371E59" w:rsidRPr="004564E0" w14:paraId="38700904" w14:textId="77777777" w:rsidTr="004564E0">
        <w:trPr>
          <w:cantSplit/>
        </w:trPr>
        <w:tc>
          <w:tcPr>
            <w:tcW w:w="6278" w:type="dxa"/>
            <w:shd w:val="clear" w:color="auto" w:fill="F8FAFB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3D1FFDE" w14:textId="77777777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lang w:val="pl-PL"/>
              </w:rPr>
              <w:t>Opowiada historyjkę obrazkową lub odtwarza treść wysłuchanego tekstu.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A51CB01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EE5B9D0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1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E1608E0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62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E5F4893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</w:tr>
      <w:tr w:rsidR="00371E59" w:rsidRPr="004564E0" w14:paraId="7A3E0ED5" w14:textId="77777777" w:rsidTr="004564E0">
        <w:trPr>
          <w:cantSplit/>
        </w:trPr>
        <w:tc>
          <w:tcPr>
            <w:tcW w:w="6278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D16C195" w14:textId="77777777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lang w:val="pl-PL"/>
              </w:rPr>
              <w:t>Rozpoznaje swoje imię oraz litery i odpowiadające im dźwięki w zakresie oczekiwanym dla wieku.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D0D56E2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3CAE933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1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A614635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62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0CF42B0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</w:tr>
      <w:tr w:rsidR="00371E59" w:rsidRPr="004564E0" w14:paraId="200871C6" w14:textId="77777777" w:rsidTr="004564E0">
        <w:trPr>
          <w:cantSplit/>
        </w:trPr>
        <w:tc>
          <w:tcPr>
            <w:tcW w:w="6278" w:type="dxa"/>
            <w:shd w:val="clear" w:color="auto" w:fill="F8FAFB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9CC0AB9" w14:textId="77777777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lang w:val="pl-PL"/>
              </w:rPr>
              <w:t>Podejmuje próby czytania liter, sylab, wyrazów lub prostych zdań - jeżeli dotyczy.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3C43319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8E92264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1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2D94E24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62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5977FA4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</w:tr>
      <w:tr w:rsidR="00371E59" w:rsidRPr="004564E0" w14:paraId="57B95D5B" w14:textId="77777777" w:rsidTr="004564E0">
        <w:trPr>
          <w:cantSplit/>
        </w:trPr>
        <w:tc>
          <w:tcPr>
            <w:tcW w:w="6278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F017F6F" w14:textId="77777777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lang w:val="pl-PL"/>
              </w:rPr>
              <w:t>Prawidłowo trzyma narzędzie pisarskie i reguluje nacisk na kartkę.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782C29A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E7082C2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1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D552D35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62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7B43746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</w:tr>
      <w:tr w:rsidR="00371E59" w:rsidRPr="004564E0" w14:paraId="040D9375" w14:textId="77777777" w:rsidTr="004564E0">
        <w:trPr>
          <w:cantSplit/>
        </w:trPr>
        <w:tc>
          <w:tcPr>
            <w:tcW w:w="6278" w:type="dxa"/>
            <w:shd w:val="clear" w:color="auto" w:fill="F8FAFB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D3F5FAB" w14:textId="77777777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lang w:val="pl-PL"/>
              </w:rPr>
              <w:t>Odwzorowuje linie, szlaczki, figury i układy graficzne.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3462DBE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6558700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1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A28CE97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62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A8A3B30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</w:tr>
      <w:tr w:rsidR="00371E59" w:rsidRPr="004564E0" w14:paraId="2A9CDD14" w14:textId="77777777" w:rsidTr="004564E0">
        <w:trPr>
          <w:cantSplit/>
        </w:trPr>
        <w:tc>
          <w:tcPr>
            <w:tcW w:w="6278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7DE9C04" w14:textId="77777777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lang w:val="pl-PL"/>
              </w:rPr>
              <w:t>Rysuje czytelne przedstawienia i organizuje rysunek na kartce.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213F4E2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2A65B1D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1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3025FA6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62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D1C1D4D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</w:tr>
      <w:tr w:rsidR="00371E59" w:rsidRPr="004564E0" w14:paraId="03293BC7" w14:textId="77777777" w:rsidTr="004564E0">
        <w:trPr>
          <w:cantSplit/>
        </w:trPr>
        <w:tc>
          <w:tcPr>
            <w:tcW w:w="6278" w:type="dxa"/>
            <w:shd w:val="clear" w:color="auto" w:fill="F8FAFB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EDA1464" w14:textId="77777777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lang w:val="pl-PL"/>
              </w:rPr>
              <w:t>Podejmuje próby podpisywania prac, pisania imienia, liter lub cyfr - jeżeli dotyczy.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F4D2F25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F169114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1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FC8A92C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62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00ECF07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</w:tr>
    </w:tbl>
    <w:p w14:paraId="3B3A7061" w14:textId="322E5E33" w:rsidR="00371E59" w:rsidRPr="00D86596" w:rsidRDefault="00000000">
      <w:pPr>
        <w:pStyle w:val="FormQuestion"/>
        <w:keepNext w:val="0"/>
        <w:keepLines w:val="0"/>
        <w:spacing w:before="120"/>
        <w:rPr>
          <w:lang w:val="pl-PL"/>
        </w:rPr>
      </w:pPr>
      <w:r w:rsidRPr="00D86596">
        <w:rPr>
          <w:lang w:val="pl-PL"/>
        </w:rPr>
        <w:t>Przykłady typowych błędów, sposobu wykonania i pomocy potrzebnej w zadaniach językowych, wzrokowych lub grafomotorycznych</w:t>
      </w:r>
      <w:r w:rsidR="004564E0" w:rsidRPr="00D86596">
        <w:rPr>
          <w:lang w:val="pl-PL"/>
        </w:rPr>
        <w:t>:</w:t>
      </w:r>
    </w:p>
    <w:p w14:paraId="4BF6025E" w14:textId="77777777" w:rsidR="00371E59" w:rsidRDefault="00000000">
      <w:pPr>
        <w:pStyle w:val="ResponseLine"/>
        <w:keepLines w:val="0"/>
        <w:spacing w:after="80"/>
        <w:rPr>
          <w:lang w:val="pl-PL"/>
        </w:rPr>
      </w:pPr>
      <w:r w:rsidRPr="004564E0">
        <w:rPr>
          <w:lang w:val="pl-PL"/>
        </w:rPr>
        <w:t> </w:t>
      </w:r>
    </w:p>
    <w:p w14:paraId="788D57A2" w14:textId="77777777" w:rsidR="004564E0" w:rsidRPr="004564E0" w:rsidRDefault="004564E0">
      <w:pPr>
        <w:pStyle w:val="ResponseLine"/>
        <w:keepLines w:val="0"/>
        <w:spacing w:after="80"/>
        <w:rPr>
          <w:lang w:val="pl-PL"/>
        </w:rPr>
      </w:pPr>
    </w:p>
    <w:p w14:paraId="37C5B4C7" w14:textId="77777777" w:rsidR="00371E59" w:rsidRPr="004564E0" w:rsidRDefault="00000000">
      <w:pPr>
        <w:pStyle w:val="ResponseLine"/>
        <w:keepLines w:val="0"/>
        <w:spacing w:after="80"/>
        <w:rPr>
          <w:lang w:val="pl-PL"/>
        </w:rPr>
      </w:pPr>
      <w:r w:rsidRPr="004564E0">
        <w:rPr>
          <w:lang w:val="pl-PL"/>
        </w:rPr>
        <w:t> </w:t>
      </w:r>
    </w:p>
    <w:p w14:paraId="36B50DF6" w14:textId="2ECF5B18" w:rsidR="00371E59" w:rsidRPr="004564E0" w:rsidRDefault="00000000">
      <w:pPr>
        <w:pStyle w:val="Nagwek3"/>
        <w:rPr>
          <w:lang w:val="pl-PL"/>
        </w:rPr>
      </w:pPr>
      <w:r w:rsidRPr="004564E0">
        <w:rPr>
          <w:lang w:val="pl-PL"/>
        </w:rPr>
        <w:t>Umiejętności matematyczne i orientacja</w:t>
      </w:r>
      <w:r w:rsidR="004635D6">
        <w:rPr>
          <w:lang w:val="pl-PL"/>
        </w:rPr>
        <w:t>:</w:t>
      </w:r>
    </w:p>
    <w:tbl>
      <w:tblPr>
        <w:tblW w:w="10490" w:type="dxa"/>
        <w:tblInd w:w="-8" w:type="dxa"/>
        <w:tblBorders>
          <w:top w:val="single" w:sz="6" w:space="0" w:color="A7BAC6"/>
          <w:left w:val="single" w:sz="6" w:space="0" w:color="A7BAC6"/>
          <w:bottom w:val="single" w:sz="6" w:space="0" w:color="A7BAC6"/>
          <w:right w:val="single" w:sz="6" w:space="0" w:color="A7BAC6"/>
          <w:insideH w:val="single" w:sz="6" w:space="0" w:color="A7BAC6"/>
          <w:insideV w:val="single" w:sz="6" w:space="0" w:color="A7BAC6"/>
        </w:tblBorders>
        <w:tblLayout w:type="fixed"/>
        <w:tblLook w:val="04A0" w:firstRow="1" w:lastRow="0" w:firstColumn="1" w:lastColumn="0" w:noHBand="0" w:noVBand="1"/>
      </w:tblPr>
      <w:tblGrid>
        <w:gridCol w:w="6278"/>
        <w:gridCol w:w="1000"/>
        <w:gridCol w:w="1000"/>
        <w:gridCol w:w="1150"/>
        <w:gridCol w:w="1062"/>
      </w:tblGrid>
      <w:tr w:rsidR="00371E59" w:rsidRPr="004564E0" w14:paraId="28ED7717" w14:textId="77777777" w:rsidTr="004564E0">
        <w:trPr>
          <w:cantSplit/>
          <w:tblHeader/>
        </w:trPr>
        <w:tc>
          <w:tcPr>
            <w:tcW w:w="6278" w:type="dxa"/>
            <w:shd w:val="clear" w:color="auto" w:fill="E8F1F5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AE55DC6" w14:textId="77777777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b/>
                <w:lang w:val="pl-PL"/>
              </w:rPr>
              <w:t>Obserwowany aspekt</w:t>
            </w:r>
          </w:p>
        </w:tc>
        <w:tc>
          <w:tcPr>
            <w:tcW w:w="1000" w:type="dxa"/>
            <w:shd w:val="clear" w:color="auto" w:fill="E8F1F5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C4B52BE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b/>
                <w:lang w:val="pl-PL"/>
              </w:rPr>
              <w:t>Bez pomocy</w:t>
            </w:r>
          </w:p>
        </w:tc>
        <w:tc>
          <w:tcPr>
            <w:tcW w:w="1000" w:type="dxa"/>
            <w:shd w:val="clear" w:color="auto" w:fill="E8F1F5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0B20662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b/>
                <w:lang w:val="pl-PL"/>
              </w:rPr>
              <w:t>Z pomocą</w:t>
            </w:r>
          </w:p>
        </w:tc>
        <w:tc>
          <w:tcPr>
            <w:tcW w:w="1150" w:type="dxa"/>
            <w:shd w:val="clear" w:color="auto" w:fill="E8F1F5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8ABC2C2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b/>
                <w:lang w:val="pl-PL"/>
              </w:rPr>
              <w:t>Trudność</w:t>
            </w:r>
          </w:p>
        </w:tc>
        <w:tc>
          <w:tcPr>
            <w:tcW w:w="1062" w:type="dxa"/>
            <w:shd w:val="clear" w:color="auto" w:fill="E8F1F5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05B4831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b/>
                <w:lang w:val="pl-PL"/>
              </w:rPr>
              <w:t>N/D lub N/O</w:t>
            </w:r>
          </w:p>
        </w:tc>
      </w:tr>
      <w:tr w:rsidR="00371E59" w:rsidRPr="004564E0" w14:paraId="38E505F7" w14:textId="77777777" w:rsidTr="004564E0">
        <w:trPr>
          <w:cantSplit/>
        </w:trPr>
        <w:tc>
          <w:tcPr>
            <w:tcW w:w="6278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8FE676D" w14:textId="77777777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lang w:val="pl-PL"/>
              </w:rPr>
              <w:t>Przelicza elementy i rozumie, że ostatni liczebnik określa ich liczbę.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2D291AC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32B3B7E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1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C96199B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62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5611810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</w:tr>
      <w:tr w:rsidR="00371E59" w:rsidRPr="004564E0" w14:paraId="55A5450E" w14:textId="77777777" w:rsidTr="004564E0">
        <w:trPr>
          <w:cantSplit/>
        </w:trPr>
        <w:tc>
          <w:tcPr>
            <w:tcW w:w="6278" w:type="dxa"/>
            <w:shd w:val="clear" w:color="auto" w:fill="F8FAFB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5229AA3" w14:textId="77777777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lang w:val="pl-PL"/>
              </w:rPr>
              <w:t>Porównuje liczebność zbiorów oraz posługuje się określeniami: więcej, mniej, tyle samo.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B934B1C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CB56097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1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5475E85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62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E01C9BD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</w:tr>
      <w:tr w:rsidR="00371E59" w:rsidRPr="004564E0" w14:paraId="74D4C60E" w14:textId="77777777" w:rsidTr="004564E0">
        <w:trPr>
          <w:cantSplit/>
        </w:trPr>
        <w:tc>
          <w:tcPr>
            <w:tcW w:w="6278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0570B6B" w14:textId="77777777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lang w:val="pl-PL"/>
              </w:rPr>
              <w:t>Rozpoznaje cyfry i przyporządkowuje je liczebności - w zakresie odpowiednim do wieku.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65DDFD6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A60F806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1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517CB82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62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CE6FF15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</w:tr>
      <w:tr w:rsidR="00371E59" w:rsidRPr="004564E0" w14:paraId="57DE4C83" w14:textId="77777777" w:rsidTr="004564E0">
        <w:trPr>
          <w:cantSplit/>
        </w:trPr>
        <w:tc>
          <w:tcPr>
            <w:tcW w:w="6278" w:type="dxa"/>
            <w:shd w:val="clear" w:color="auto" w:fill="F8FAFB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1BF09FD" w14:textId="53F43FFF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lang w:val="pl-PL"/>
              </w:rPr>
              <w:t>Dodaje i odejmuje na konkretach lub rozwiązuje proste zadania praktyczne</w:t>
            </w:r>
            <w:r w:rsidR="00C337CC">
              <w:rPr>
                <w:lang w:val="pl-PL"/>
              </w:rPr>
              <w:t>.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8EEEEF9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152ABE9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1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B99E13D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62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962A198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</w:tr>
      <w:tr w:rsidR="00371E59" w:rsidRPr="004564E0" w14:paraId="2962CA75" w14:textId="77777777" w:rsidTr="004564E0">
        <w:trPr>
          <w:cantSplit/>
        </w:trPr>
        <w:tc>
          <w:tcPr>
            <w:tcW w:w="6278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62A2705" w14:textId="77777777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lang w:val="pl-PL"/>
              </w:rPr>
              <w:t>Rozpoznaje i nazywa podstawowe figury geometryczne oraz cechy przedmiotów.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A278DBC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A75317F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1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CF8CAEC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62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F8DAE40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</w:tr>
      <w:tr w:rsidR="00371E59" w:rsidRPr="004564E0" w14:paraId="37D39561" w14:textId="77777777" w:rsidTr="004564E0">
        <w:trPr>
          <w:cantSplit/>
        </w:trPr>
        <w:tc>
          <w:tcPr>
            <w:tcW w:w="6278" w:type="dxa"/>
            <w:shd w:val="clear" w:color="auto" w:fill="F8FAFB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DFDB20F" w14:textId="77777777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lang w:val="pl-PL"/>
              </w:rPr>
              <w:t>Rozumie pojęcia przestrzenne, w tym nad/pod, przed/za, obok oraz stronę lewą i prawą odpowiednio do wieku.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8A4D533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693C0A6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1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D525FD7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62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C33BC83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</w:tr>
      <w:tr w:rsidR="00371E59" w:rsidRPr="004564E0" w14:paraId="4B8B7ACF" w14:textId="77777777" w:rsidTr="004564E0">
        <w:trPr>
          <w:cantSplit/>
        </w:trPr>
        <w:tc>
          <w:tcPr>
            <w:tcW w:w="6278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B166F06" w14:textId="77777777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lang w:val="pl-PL"/>
              </w:rPr>
              <w:t>Rozumie następstwo zdarzeń i podstawowe określenia czasu.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6AE0947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DA6C94D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1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2856704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62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2CDC857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</w:tr>
      <w:tr w:rsidR="00371E59" w:rsidRPr="004564E0" w14:paraId="7BFBA416" w14:textId="77777777" w:rsidTr="004564E0">
        <w:trPr>
          <w:cantSplit/>
        </w:trPr>
        <w:tc>
          <w:tcPr>
            <w:tcW w:w="6278" w:type="dxa"/>
            <w:shd w:val="clear" w:color="auto" w:fill="F8FAFB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0F342CC" w14:textId="77777777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lang w:val="pl-PL"/>
              </w:rPr>
              <w:lastRenderedPageBreak/>
              <w:t>Porządkuje elementy według wielkości, długości, ciężaru lub innej cechy.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F565FA7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FA077D0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1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A2140DB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62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8C1C051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</w:tr>
      <w:tr w:rsidR="00371E59" w:rsidRPr="004564E0" w14:paraId="5AD58F01" w14:textId="77777777" w:rsidTr="004564E0">
        <w:trPr>
          <w:cantSplit/>
        </w:trPr>
        <w:tc>
          <w:tcPr>
            <w:tcW w:w="6278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FD2D6D3" w14:textId="77777777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lang w:val="pl-PL"/>
              </w:rPr>
              <w:t>Wykorzystuje umiejętności matematyczne w zabawie i codziennych sytuacjach.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6886027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8DD899D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1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5F536E1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62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B4756B0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</w:tr>
    </w:tbl>
    <w:p w14:paraId="0A9ABD3B" w14:textId="159EBF59" w:rsidR="00371E59" w:rsidRPr="004564E0" w:rsidRDefault="00000000">
      <w:pPr>
        <w:pStyle w:val="FormQuestion"/>
        <w:keepNext w:val="0"/>
        <w:keepLines w:val="0"/>
        <w:spacing w:before="120"/>
        <w:rPr>
          <w:lang w:val="pl-PL"/>
        </w:rPr>
      </w:pPr>
      <w:r w:rsidRPr="004564E0">
        <w:rPr>
          <w:b/>
          <w:lang w:val="pl-PL"/>
        </w:rPr>
        <w:t>Opis obszaru</w:t>
      </w:r>
      <w:r w:rsidR="00D86596">
        <w:rPr>
          <w:b/>
          <w:lang w:val="pl-PL"/>
        </w:rPr>
        <w:t xml:space="preserve"> </w:t>
      </w:r>
      <w:r w:rsidR="00D86596" w:rsidRPr="00D86596">
        <w:rPr>
          <w:b/>
          <w:bCs/>
          <w:i/>
          <w:iCs/>
          <w:lang w:val="pl-PL"/>
        </w:rPr>
        <w:t>„Uczenie się i stosowanie wiedzy”</w:t>
      </w:r>
      <w:r w:rsidRPr="004564E0">
        <w:rPr>
          <w:b/>
          <w:lang w:val="pl-PL"/>
        </w:rPr>
        <w:t>: mocne strony i uzdolnienia, trudności, sytuacje ich występowania oraz pomoc, która ułatwia dziecku funkcjonowanie</w:t>
      </w:r>
      <w:r w:rsidR="004635D6">
        <w:rPr>
          <w:b/>
          <w:lang w:val="pl-PL"/>
        </w:rPr>
        <w:t>?</w:t>
      </w:r>
    </w:p>
    <w:p w14:paraId="6D5A2958" w14:textId="77777777" w:rsidR="00371E59" w:rsidRDefault="00000000">
      <w:pPr>
        <w:pStyle w:val="ResponseLine"/>
        <w:keepLines w:val="0"/>
        <w:spacing w:after="80"/>
        <w:rPr>
          <w:lang w:val="pl-PL"/>
        </w:rPr>
      </w:pPr>
      <w:r w:rsidRPr="004564E0">
        <w:rPr>
          <w:lang w:val="pl-PL"/>
        </w:rPr>
        <w:t> </w:t>
      </w:r>
    </w:p>
    <w:p w14:paraId="1F11346E" w14:textId="77777777" w:rsidR="004564E0" w:rsidRDefault="004564E0">
      <w:pPr>
        <w:pStyle w:val="ResponseLine"/>
        <w:keepLines w:val="0"/>
        <w:spacing w:after="80"/>
        <w:rPr>
          <w:lang w:val="pl-PL"/>
        </w:rPr>
      </w:pPr>
    </w:p>
    <w:p w14:paraId="36F0F58D" w14:textId="77777777" w:rsidR="00371E59" w:rsidRPr="004564E0" w:rsidRDefault="00000000">
      <w:pPr>
        <w:pStyle w:val="Nagwek2"/>
        <w:rPr>
          <w:lang w:val="pl-PL"/>
        </w:rPr>
      </w:pPr>
      <w:r w:rsidRPr="004564E0">
        <w:rPr>
          <w:rFonts w:ascii="Times New Roman" w:eastAsia="Times New Roman" w:hAnsi="Times New Roman"/>
          <w:lang w:val="pl-PL"/>
        </w:rPr>
        <w:t>Zakres i rodzaj trudności w realizacji programu wychowania przedszkolnego</w:t>
      </w:r>
    </w:p>
    <w:p w14:paraId="5509014E" w14:textId="77777777" w:rsidR="00371E59" w:rsidRPr="004564E0" w:rsidRDefault="00000000">
      <w:pPr>
        <w:pStyle w:val="FormQuestion"/>
        <w:keepNext w:val="0"/>
        <w:keepLines w:val="0"/>
        <w:spacing w:before="120"/>
        <w:rPr>
          <w:lang w:val="pl-PL"/>
        </w:rPr>
      </w:pPr>
      <w:r w:rsidRPr="004564E0">
        <w:rPr>
          <w:lang w:val="pl-PL"/>
        </w:rPr>
        <w:t>Które obszary programu dziecko realizuje zgodnie z oczekiwaniami, a w których potrzebuje wsparcia? Proszę odnieść się do podstawy programowej i codziennych aktywności.</w:t>
      </w:r>
    </w:p>
    <w:p w14:paraId="5583FA6E" w14:textId="77777777" w:rsidR="00371E59" w:rsidRPr="004564E0" w:rsidRDefault="00000000">
      <w:pPr>
        <w:pStyle w:val="ResponseLine"/>
        <w:keepLines w:val="0"/>
        <w:spacing w:after="80"/>
        <w:rPr>
          <w:lang w:val="pl-PL"/>
        </w:rPr>
      </w:pPr>
      <w:r w:rsidRPr="004564E0">
        <w:rPr>
          <w:lang w:val="pl-PL"/>
        </w:rPr>
        <w:t> </w:t>
      </w:r>
    </w:p>
    <w:p w14:paraId="432B39C8" w14:textId="061F65FE" w:rsidR="00371E59" w:rsidRDefault="00371E59">
      <w:pPr>
        <w:pStyle w:val="ResponseLine"/>
        <w:keepLines w:val="0"/>
        <w:spacing w:after="80"/>
        <w:rPr>
          <w:lang w:val="pl-PL"/>
        </w:rPr>
      </w:pPr>
    </w:p>
    <w:p w14:paraId="0BA9BBB6" w14:textId="77777777" w:rsidR="004564E0" w:rsidRPr="004564E0" w:rsidRDefault="004564E0">
      <w:pPr>
        <w:pStyle w:val="ResponseLine"/>
        <w:keepLines w:val="0"/>
        <w:spacing w:after="80"/>
        <w:rPr>
          <w:lang w:val="pl-PL"/>
        </w:rPr>
      </w:pPr>
    </w:p>
    <w:p w14:paraId="6C54961B" w14:textId="77777777" w:rsidR="00371E59" w:rsidRPr="004564E0" w:rsidRDefault="00000000">
      <w:pPr>
        <w:pStyle w:val="FormQuestion"/>
        <w:keepNext w:val="0"/>
        <w:keepLines w:val="0"/>
        <w:spacing w:before="120"/>
        <w:rPr>
          <w:lang w:val="pl-PL"/>
        </w:rPr>
      </w:pPr>
      <w:r w:rsidRPr="004564E0">
        <w:rPr>
          <w:lang w:val="pl-PL"/>
        </w:rPr>
        <w:t>Jak trudności wpływają na aktywność, uczestniczenie, tempo pracy, samodzielność oraz możliwość prezentowania wiedzy?</w:t>
      </w:r>
    </w:p>
    <w:p w14:paraId="040F6B98" w14:textId="77777777" w:rsidR="00371E59" w:rsidRDefault="00000000">
      <w:pPr>
        <w:pStyle w:val="ResponseLine"/>
        <w:keepLines w:val="0"/>
        <w:spacing w:after="80"/>
        <w:rPr>
          <w:lang w:val="pl-PL"/>
        </w:rPr>
      </w:pPr>
      <w:r w:rsidRPr="004564E0">
        <w:rPr>
          <w:lang w:val="pl-PL"/>
        </w:rPr>
        <w:t> </w:t>
      </w:r>
    </w:p>
    <w:p w14:paraId="317454DF" w14:textId="77777777" w:rsidR="004564E0" w:rsidRDefault="004564E0">
      <w:pPr>
        <w:pStyle w:val="ResponseLine"/>
        <w:keepLines w:val="0"/>
        <w:spacing w:after="80"/>
        <w:rPr>
          <w:lang w:val="pl-PL"/>
        </w:rPr>
      </w:pPr>
    </w:p>
    <w:p w14:paraId="4913483F" w14:textId="77777777" w:rsidR="004564E0" w:rsidRPr="004564E0" w:rsidRDefault="004564E0">
      <w:pPr>
        <w:pStyle w:val="ResponseLine"/>
        <w:keepLines w:val="0"/>
        <w:spacing w:after="80"/>
        <w:rPr>
          <w:lang w:val="pl-PL"/>
        </w:rPr>
      </w:pPr>
    </w:p>
    <w:p w14:paraId="5E9F5B57" w14:textId="77777777" w:rsidR="00371E59" w:rsidRPr="004564E0" w:rsidRDefault="00000000">
      <w:pPr>
        <w:pStyle w:val="FormQuestion"/>
        <w:keepNext w:val="0"/>
        <w:keepLines w:val="0"/>
        <w:spacing w:before="120"/>
        <w:rPr>
          <w:lang w:val="pl-PL"/>
        </w:rPr>
      </w:pPr>
      <w:r w:rsidRPr="004564E0">
        <w:rPr>
          <w:lang w:val="pl-PL"/>
        </w:rPr>
        <w:t>Jakie postępy dziecko osiągnęło w bieżącym roku i jakie umiejętności pozostają niestabilne mimo ćwiczeń?</w:t>
      </w:r>
    </w:p>
    <w:p w14:paraId="3BA7A248" w14:textId="7D987EA3" w:rsidR="004564E0" w:rsidRDefault="00000000">
      <w:pPr>
        <w:pStyle w:val="ResponseLine"/>
        <w:keepLines w:val="0"/>
        <w:spacing w:after="80"/>
        <w:rPr>
          <w:lang w:val="pl-PL"/>
        </w:rPr>
      </w:pPr>
      <w:r w:rsidRPr="004564E0">
        <w:rPr>
          <w:lang w:val="pl-PL"/>
        </w:rPr>
        <w:t> </w:t>
      </w:r>
    </w:p>
    <w:p w14:paraId="66B22134" w14:textId="77777777" w:rsidR="004564E0" w:rsidRPr="004564E0" w:rsidRDefault="004564E0">
      <w:pPr>
        <w:pStyle w:val="ResponseLine"/>
        <w:keepLines w:val="0"/>
        <w:spacing w:after="80"/>
        <w:rPr>
          <w:lang w:val="pl-PL"/>
        </w:rPr>
      </w:pPr>
    </w:p>
    <w:p w14:paraId="26057D3A" w14:textId="399B5044" w:rsidR="00371E59" w:rsidRPr="004564E0" w:rsidRDefault="00000000">
      <w:pPr>
        <w:pStyle w:val="Nagwek2"/>
        <w:rPr>
          <w:lang w:val="pl-PL"/>
        </w:rPr>
      </w:pPr>
      <w:r w:rsidRPr="004564E0">
        <w:rPr>
          <w:rFonts w:ascii="Times New Roman" w:eastAsia="Times New Roman" w:hAnsi="Times New Roman"/>
          <w:lang w:val="pl-PL"/>
        </w:rPr>
        <w:t xml:space="preserve">ZACHOWANIA SPOŁECZNE WE WZAJEMNYCH KONTAKTACH – PRZYSTOSOWANIE SPOŁECZNE </w:t>
      </w:r>
      <w:r w:rsidR="00CF152D">
        <w:rPr>
          <w:rFonts w:ascii="Times New Roman" w:eastAsia="Times New Roman" w:hAnsi="Times New Roman"/>
          <w:lang w:val="pl-PL"/>
        </w:rPr>
        <w:br/>
      </w:r>
      <w:r w:rsidRPr="004564E0">
        <w:rPr>
          <w:rFonts w:ascii="Times New Roman" w:eastAsia="Times New Roman" w:hAnsi="Times New Roman"/>
          <w:lang w:val="pl-PL"/>
        </w:rPr>
        <w:t>I EMOCJONALNE</w:t>
      </w:r>
    </w:p>
    <w:tbl>
      <w:tblPr>
        <w:tblW w:w="10490" w:type="dxa"/>
        <w:tblInd w:w="-8" w:type="dxa"/>
        <w:tblBorders>
          <w:top w:val="single" w:sz="6" w:space="0" w:color="A7BAC6"/>
          <w:left w:val="single" w:sz="6" w:space="0" w:color="A7BAC6"/>
          <w:bottom w:val="single" w:sz="6" w:space="0" w:color="A7BAC6"/>
          <w:right w:val="single" w:sz="6" w:space="0" w:color="A7BAC6"/>
          <w:insideH w:val="single" w:sz="6" w:space="0" w:color="A7BAC6"/>
          <w:insideV w:val="single" w:sz="6" w:space="0" w:color="A7BAC6"/>
        </w:tblBorders>
        <w:tblLayout w:type="fixed"/>
        <w:tblLook w:val="04A0" w:firstRow="1" w:lastRow="0" w:firstColumn="1" w:lastColumn="0" w:noHBand="0" w:noVBand="1"/>
      </w:tblPr>
      <w:tblGrid>
        <w:gridCol w:w="6278"/>
        <w:gridCol w:w="1000"/>
        <w:gridCol w:w="1000"/>
        <w:gridCol w:w="1150"/>
        <w:gridCol w:w="1062"/>
      </w:tblGrid>
      <w:tr w:rsidR="00371E59" w:rsidRPr="004564E0" w14:paraId="38CE1CEC" w14:textId="77777777" w:rsidTr="004564E0">
        <w:trPr>
          <w:cantSplit/>
          <w:tblHeader/>
        </w:trPr>
        <w:tc>
          <w:tcPr>
            <w:tcW w:w="6278" w:type="dxa"/>
            <w:shd w:val="clear" w:color="auto" w:fill="E8F1F5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BA1F08A" w14:textId="77777777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b/>
                <w:lang w:val="pl-PL"/>
              </w:rPr>
              <w:t>Obserwowany aspekt</w:t>
            </w:r>
          </w:p>
        </w:tc>
        <w:tc>
          <w:tcPr>
            <w:tcW w:w="1000" w:type="dxa"/>
            <w:shd w:val="clear" w:color="auto" w:fill="E8F1F5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E95A923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b/>
                <w:lang w:val="pl-PL"/>
              </w:rPr>
              <w:t>Bez pomocy</w:t>
            </w:r>
          </w:p>
        </w:tc>
        <w:tc>
          <w:tcPr>
            <w:tcW w:w="1000" w:type="dxa"/>
            <w:shd w:val="clear" w:color="auto" w:fill="E8F1F5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E8676BC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b/>
                <w:lang w:val="pl-PL"/>
              </w:rPr>
              <w:t>Z pomocą</w:t>
            </w:r>
          </w:p>
        </w:tc>
        <w:tc>
          <w:tcPr>
            <w:tcW w:w="1150" w:type="dxa"/>
            <w:shd w:val="clear" w:color="auto" w:fill="E8F1F5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785EE06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b/>
                <w:lang w:val="pl-PL"/>
              </w:rPr>
              <w:t>Trudność</w:t>
            </w:r>
          </w:p>
        </w:tc>
        <w:tc>
          <w:tcPr>
            <w:tcW w:w="1062" w:type="dxa"/>
            <w:shd w:val="clear" w:color="auto" w:fill="E8F1F5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8095352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b/>
                <w:lang w:val="pl-PL"/>
              </w:rPr>
              <w:t>N/D lub N/O</w:t>
            </w:r>
          </w:p>
        </w:tc>
      </w:tr>
      <w:tr w:rsidR="00371E59" w:rsidRPr="004564E0" w14:paraId="1ECE43C0" w14:textId="77777777" w:rsidTr="004564E0">
        <w:trPr>
          <w:cantSplit/>
        </w:trPr>
        <w:tc>
          <w:tcPr>
            <w:tcW w:w="6278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638630C" w14:textId="77777777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lang w:val="pl-PL"/>
              </w:rPr>
              <w:t>Nawiązuje kontakt z dziećmi i podejmuje wspólną zabawę.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C3CB0FB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F5E5D0E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1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224D40D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62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9E7DB21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</w:tr>
      <w:tr w:rsidR="00371E59" w:rsidRPr="004564E0" w14:paraId="62F5D752" w14:textId="77777777" w:rsidTr="004564E0">
        <w:trPr>
          <w:cantSplit/>
        </w:trPr>
        <w:tc>
          <w:tcPr>
            <w:tcW w:w="6278" w:type="dxa"/>
            <w:shd w:val="clear" w:color="auto" w:fill="F8FAFB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A09F085" w14:textId="77777777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lang w:val="pl-PL"/>
              </w:rPr>
              <w:t>Utrzymuje naprzemienność, dzieli się materiałami i respektuje zasady wspólnej aktywności.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A5CFB01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C162349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1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854A41F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62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2293C29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</w:tr>
      <w:tr w:rsidR="00371E59" w:rsidRPr="004564E0" w14:paraId="73D6AEB3" w14:textId="77777777" w:rsidTr="004564E0">
        <w:trPr>
          <w:cantSplit/>
        </w:trPr>
        <w:tc>
          <w:tcPr>
            <w:tcW w:w="6278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C524A3F" w14:textId="77777777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lang w:val="pl-PL"/>
              </w:rPr>
              <w:t>Rozpoznaje podstawowe emocje swoje i innych osób.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BF7041D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E65B356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1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E9DCC2C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62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6AE9D56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</w:tr>
      <w:tr w:rsidR="00371E59" w:rsidRPr="004564E0" w14:paraId="2D9DEED8" w14:textId="77777777" w:rsidTr="004564E0">
        <w:trPr>
          <w:cantSplit/>
        </w:trPr>
        <w:tc>
          <w:tcPr>
            <w:tcW w:w="6278" w:type="dxa"/>
            <w:shd w:val="clear" w:color="auto" w:fill="F8FAFB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DF90DA7" w14:textId="77777777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lang w:val="pl-PL"/>
              </w:rPr>
              <w:t>Komunikuje potrzeby, prosi o pomoc i przyjmuje wsparcie dorosłego.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68D86A0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E72827E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1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A04D180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62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5E5D80C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</w:tr>
      <w:tr w:rsidR="00371E59" w:rsidRPr="004564E0" w14:paraId="1212099D" w14:textId="77777777" w:rsidTr="004564E0">
        <w:trPr>
          <w:cantSplit/>
        </w:trPr>
        <w:tc>
          <w:tcPr>
            <w:tcW w:w="6278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EE0ADEF" w14:textId="77777777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lang w:val="pl-PL"/>
              </w:rPr>
              <w:t>Przestrzega zasad grupy i reaguje na granice stawiane przez dorosłych.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C7D7F05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57EAA72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1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75DCA21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62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4203159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</w:tr>
      <w:tr w:rsidR="00371E59" w:rsidRPr="004564E0" w14:paraId="3CFF5E17" w14:textId="77777777" w:rsidTr="004564E0">
        <w:trPr>
          <w:cantSplit/>
        </w:trPr>
        <w:tc>
          <w:tcPr>
            <w:tcW w:w="6278" w:type="dxa"/>
            <w:shd w:val="clear" w:color="auto" w:fill="F8FAFB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9077D43" w14:textId="77777777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lang w:val="pl-PL"/>
              </w:rPr>
              <w:t>Dostosowuje zachowanie do sytuacji i radzi sobie ze zmianą aktywności.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F5D5A25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B57F903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1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8F8AB13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62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6C7E095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</w:tr>
      <w:tr w:rsidR="00371E59" w:rsidRPr="004564E0" w14:paraId="6D2DC2C4" w14:textId="77777777" w:rsidTr="004564E0">
        <w:trPr>
          <w:cantSplit/>
        </w:trPr>
        <w:tc>
          <w:tcPr>
            <w:tcW w:w="6278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BC96768" w14:textId="77777777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lang w:val="pl-PL"/>
              </w:rPr>
              <w:t>Reguluje emocje po niepowodzeniu, odmowie, konflikcie lub oczekiwaniu.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890CC75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6008FE1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1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E9C6961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62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1838262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</w:tr>
      <w:tr w:rsidR="00371E59" w:rsidRPr="004564E0" w14:paraId="4CB4E421" w14:textId="77777777" w:rsidTr="004564E0">
        <w:trPr>
          <w:cantSplit/>
        </w:trPr>
        <w:tc>
          <w:tcPr>
            <w:tcW w:w="6278" w:type="dxa"/>
            <w:shd w:val="clear" w:color="auto" w:fill="F8FAFB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F95B8E4" w14:textId="77777777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lang w:val="pl-PL"/>
              </w:rPr>
              <w:t>Rozstaje się z opiekunem i pozostaje w przedszkolu z poczuciem bezpieczeństwa.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DE2B4A7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D3962D9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1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D922C86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62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BC2D6BE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</w:tr>
      <w:tr w:rsidR="00371E59" w:rsidRPr="004564E0" w14:paraId="0CE88B83" w14:textId="77777777" w:rsidTr="004564E0">
        <w:trPr>
          <w:cantSplit/>
        </w:trPr>
        <w:tc>
          <w:tcPr>
            <w:tcW w:w="6278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2A0AD2A" w14:textId="77777777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lang w:val="pl-PL"/>
              </w:rPr>
              <w:t>Uczestniczy w uroczystościach, wycieczkach i innych aktywnościach grupowych.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92002AA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C132EDD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1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6F9BEE8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62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61DB655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</w:tr>
      <w:tr w:rsidR="00371E59" w:rsidRPr="004564E0" w14:paraId="16655944" w14:textId="77777777" w:rsidTr="004564E0">
        <w:trPr>
          <w:cantSplit/>
        </w:trPr>
        <w:tc>
          <w:tcPr>
            <w:tcW w:w="6278" w:type="dxa"/>
            <w:shd w:val="clear" w:color="auto" w:fill="F8FAFB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03CCFA5" w14:textId="77777777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lang w:val="pl-PL"/>
              </w:rPr>
              <w:t>Reaguje adekwatnie na nowe osoby, miejsca i mniej przewidywalne sytuacje.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7F6C97A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19C33AC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1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0772BF8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62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6DEA4CF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</w:tr>
      <w:tr w:rsidR="00371E59" w:rsidRPr="004564E0" w14:paraId="21832F17" w14:textId="77777777" w:rsidTr="004564E0">
        <w:trPr>
          <w:cantSplit/>
        </w:trPr>
        <w:tc>
          <w:tcPr>
            <w:tcW w:w="6278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91E44CB" w14:textId="77777777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lang w:val="pl-PL"/>
              </w:rPr>
              <w:t>Rozwiązuje konflikty z pomocą odpowiednią do wieku i nie krzywdzi innych dzieci.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941F757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2BA850B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1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88ED8EE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62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B24E573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</w:tr>
      <w:tr w:rsidR="00371E59" w:rsidRPr="004564E0" w14:paraId="3BA79D2D" w14:textId="77777777" w:rsidTr="004564E0">
        <w:trPr>
          <w:cantSplit/>
        </w:trPr>
        <w:tc>
          <w:tcPr>
            <w:tcW w:w="6278" w:type="dxa"/>
            <w:shd w:val="clear" w:color="auto" w:fill="F8FAFB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0B255AE" w14:textId="77777777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lang w:val="pl-PL"/>
              </w:rPr>
              <w:t>Jest akceptowane w grupie i nie doświadcza izolowania, wyśmiewania lub przemocy.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48DC343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D88AD05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1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F625DD4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62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BB64CA9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</w:tr>
    </w:tbl>
    <w:p w14:paraId="122BA147" w14:textId="270A34D9" w:rsidR="00371E59" w:rsidRPr="004564E0" w:rsidRDefault="00000000" w:rsidP="00D86596">
      <w:pPr>
        <w:pStyle w:val="FormQuestion"/>
        <w:keepNext w:val="0"/>
        <w:keepLines w:val="0"/>
        <w:rPr>
          <w:lang w:val="pl-PL"/>
        </w:rPr>
      </w:pPr>
      <w:r w:rsidRPr="004564E0">
        <w:rPr>
          <w:b/>
          <w:lang w:val="pl-PL"/>
        </w:rPr>
        <w:t>Opis obszaru</w:t>
      </w:r>
      <w:r w:rsidR="00D86596" w:rsidRPr="00D86596">
        <w:rPr>
          <w:lang w:val="pl-PL"/>
        </w:rPr>
        <w:t xml:space="preserve"> </w:t>
      </w:r>
      <w:r w:rsidR="00D86596" w:rsidRPr="00D86596">
        <w:rPr>
          <w:i/>
          <w:iCs/>
          <w:lang w:val="pl-PL"/>
        </w:rPr>
        <w:t>„</w:t>
      </w:r>
      <w:r w:rsidR="00D86596" w:rsidRPr="00D86596">
        <w:rPr>
          <w:b/>
          <w:bCs/>
          <w:i/>
          <w:iCs/>
          <w:lang w:val="pl-PL"/>
        </w:rPr>
        <w:t>Zachowania społeczne we wzajemnych kontaktach – przystosowanie społeczne i emocjonalne”</w:t>
      </w:r>
      <w:r w:rsidRPr="00D86596">
        <w:rPr>
          <w:b/>
          <w:i/>
          <w:iCs/>
          <w:lang w:val="pl-PL"/>
        </w:rPr>
        <w:t>:</w:t>
      </w:r>
      <w:r w:rsidRPr="00D86596">
        <w:rPr>
          <w:b/>
          <w:lang w:val="pl-PL"/>
        </w:rPr>
        <w:t xml:space="preserve"> </w:t>
      </w:r>
      <w:r w:rsidRPr="004564E0">
        <w:rPr>
          <w:b/>
          <w:lang w:val="pl-PL"/>
        </w:rPr>
        <w:t xml:space="preserve">mocne strony </w:t>
      </w:r>
      <w:r w:rsidR="00D86596">
        <w:rPr>
          <w:b/>
          <w:lang w:val="pl-PL"/>
        </w:rPr>
        <w:br/>
      </w:r>
      <w:r w:rsidRPr="004564E0">
        <w:rPr>
          <w:b/>
          <w:lang w:val="pl-PL"/>
        </w:rPr>
        <w:t>i uzdolnienia, trudności, sytuacje ich występowania oraz pomoc, która ułatwia dziecku funkcjonowanie</w:t>
      </w:r>
      <w:r w:rsidR="004635D6">
        <w:rPr>
          <w:b/>
          <w:lang w:val="pl-PL"/>
        </w:rPr>
        <w:t>?</w:t>
      </w:r>
    </w:p>
    <w:p w14:paraId="2ED6D28C" w14:textId="77777777" w:rsidR="00371E59" w:rsidRDefault="00000000">
      <w:pPr>
        <w:pStyle w:val="ResponseLine"/>
        <w:keepLines w:val="0"/>
        <w:spacing w:after="80"/>
        <w:rPr>
          <w:lang w:val="pl-PL"/>
        </w:rPr>
      </w:pPr>
      <w:r w:rsidRPr="004564E0">
        <w:rPr>
          <w:lang w:val="pl-PL"/>
        </w:rPr>
        <w:t> </w:t>
      </w:r>
    </w:p>
    <w:p w14:paraId="6B47BBE9" w14:textId="77777777" w:rsidR="004564E0" w:rsidRDefault="004564E0">
      <w:pPr>
        <w:pStyle w:val="ResponseLine"/>
        <w:keepLines w:val="0"/>
        <w:spacing w:after="80"/>
        <w:rPr>
          <w:lang w:val="pl-PL"/>
        </w:rPr>
      </w:pPr>
    </w:p>
    <w:p w14:paraId="4C873907" w14:textId="77777777" w:rsidR="004564E0" w:rsidRPr="004564E0" w:rsidRDefault="004564E0">
      <w:pPr>
        <w:pStyle w:val="ResponseLine"/>
        <w:keepLines w:val="0"/>
        <w:spacing w:after="80"/>
        <w:rPr>
          <w:lang w:val="pl-PL"/>
        </w:rPr>
      </w:pPr>
    </w:p>
    <w:p w14:paraId="02580FB8" w14:textId="77777777" w:rsidR="00371E59" w:rsidRPr="004564E0" w:rsidRDefault="00000000">
      <w:pPr>
        <w:pStyle w:val="Nagwek2"/>
        <w:rPr>
          <w:lang w:val="pl-PL"/>
        </w:rPr>
      </w:pPr>
      <w:r w:rsidRPr="004564E0">
        <w:rPr>
          <w:rFonts w:ascii="Times New Roman" w:eastAsia="Times New Roman" w:hAnsi="Times New Roman"/>
          <w:lang w:val="pl-PL"/>
        </w:rPr>
        <w:lastRenderedPageBreak/>
        <w:t>POROZUMIEWANIE SIĘ</w:t>
      </w:r>
    </w:p>
    <w:tbl>
      <w:tblPr>
        <w:tblW w:w="10490" w:type="dxa"/>
        <w:tblInd w:w="-8" w:type="dxa"/>
        <w:tblBorders>
          <w:top w:val="single" w:sz="6" w:space="0" w:color="A7BAC6"/>
          <w:left w:val="single" w:sz="6" w:space="0" w:color="A7BAC6"/>
          <w:bottom w:val="single" w:sz="6" w:space="0" w:color="A7BAC6"/>
          <w:right w:val="single" w:sz="6" w:space="0" w:color="A7BAC6"/>
          <w:insideH w:val="single" w:sz="6" w:space="0" w:color="A7BAC6"/>
          <w:insideV w:val="single" w:sz="6" w:space="0" w:color="A7BAC6"/>
        </w:tblBorders>
        <w:tblLayout w:type="fixed"/>
        <w:tblLook w:val="04A0" w:firstRow="1" w:lastRow="0" w:firstColumn="1" w:lastColumn="0" w:noHBand="0" w:noVBand="1"/>
      </w:tblPr>
      <w:tblGrid>
        <w:gridCol w:w="6278"/>
        <w:gridCol w:w="1000"/>
        <w:gridCol w:w="1000"/>
        <w:gridCol w:w="1150"/>
        <w:gridCol w:w="1062"/>
      </w:tblGrid>
      <w:tr w:rsidR="00371E59" w:rsidRPr="004564E0" w14:paraId="572EFF3D" w14:textId="77777777" w:rsidTr="004564E0">
        <w:trPr>
          <w:cantSplit/>
          <w:tblHeader/>
        </w:trPr>
        <w:tc>
          <w:tcPr>
            <w:tcW w:w="6278" w:type="dxa"/>
            <w:shd w:val="clear" w:color="auto" w:fill="E8F1F5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75FA491" w14:textId="77777777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b/>
                <w:lang w:val="pl-PL"/>
              </w:rPr>
              <w:t>Obserwowany aspekt</w:t>
            </w:r>
          </w:p>
        </w:tc>
        <w:tc>
          <w:tcPr>
            <w:tcW w:w="1000" w:type="dxa"/>
            <w:shd w:val="clear" w:color="auto" w:fill="E8F1F5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B391449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b/>
                <w:lang w:val="pl-PL"/>
              </w:rPr>
              <w:t>Bez pomocy</w:t>
            </w:r>
          </w:p>
        </w:tc>
        <w:tc>
          <w:tcPr>
            <w:tcW w:w="1000" w:type="dxa"/>
            <w:shd w:val="clear" w:color="auto" w:fill="E8F1F5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7CC1B89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b/>
                <w:lang w:val="pl-PL"/>
              </w:rPr>
              <w:t>Z pomocą</w:t>
            </w:r>
          </w:p>
        </w:tc>
        <w:tc>
          <w:tcPr>
            <w:tcW w:w="1150" w:type="dxa"/>
            <w:shd w:val="clear" w:color="auto" w:fill="E8F1F5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C493E65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b/>
                <w:lang w:val="pl-PL"/>
              </w:rPr>
              <w:t>Trudność</w:t>
            </w:r>
          </w:p>
        </w:tc>
        <w:tc>
          <w:tcPr>
            <w:tcW w:w="1062" w:type="dxa"/>
            <w:shd w:val="clear" w:color="auto" w:fill="E8F1F5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0EB8A8D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b/>
                <w:lang w:val="pl-PL"/>
              </w:rPr>
              <w:t>N/D lub N/O</w:t>
            </w:r>
          </w:p>
        </w:tc>
      </w:tr>
      <w:tr w:rsidR="00371E59" w:rsidRPr="004564E0" w14:paraId="761A0134" w14:textId="77777777" w:rsidTr="004564E0">
        <w:trPr>
          <w:cantSplit/>
        </w:trPr>
        <w:tc>
          <w:tcPr>
            <w:tcW w:w="6278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102B3F5" w14:textId="77777777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lang w:val="pl-PL"/>
              </w:rPr>
              <w:t>Reaguje na komunikaty słowne, gesty, mimikę i wskazywanie.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FBE8DF4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C589C36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1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E6DA3E7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62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F359820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</w:tr>
      <w:tr w:rsidR="00371E59" w:rsidRPr="004564E0" w14:paraId="776839E9" w14:textId="77777777" w:rsidTr="004564E0">
        <w:trPr>
          <w:cantSplit/>
        </w:trPr>
        <w:tc>
          <w:tcPr>
            <w:tcW w:w="6278" w:type="dxa"/>
            <w:shd w:val="clear" w:color="auto" w:fill="F8FAFB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EAD1236" w14:textId="77777777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lang w:val="pl-PL"/>
              </w:rPr>
              <w:t>Rozumie pytania oraz pojęcia używane podczas zajęć i codziennych sytuacji.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0A0983B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BFCD784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1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DE4B2C0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62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9AA5ABF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</w:tr>
      <w:tr w:rsidR="00371E59" w:rsidRPr="004564E0" w14:paraId="71B73DDD" w14:textId="77777777" w:rsidTr="004564E0">
        <w:trPr>
          <w:cantSplit/>
        </w:trPr>
        <w:tc>
          <w:tcPr>
            <w:tcW w:w="6278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4828864" w14:textId="77777777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lang w:val="pl-PL"/>
              </w:rPr>
              <w:t>Formułuje komunikaty zrozumiałe dla osób znanych i mniej znanych.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EB76222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C3C8B4A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1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9B88706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62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720D5CE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</w:tr>
      <w:tr w:rsidR="00371E59" w:rsidRPr="004564E0" w14:paraId="7D397C1C" w14:textId="77777777" w:rsidTr="004564E0">
        <w:trPr>
          <w:cantSplit/>
        </w:trPr>
        <w:tc>
          <w:tcPr>
            <w:tcW w:w="6278" w:type="dxa"/>
            <w:shd w:val="clear" w:color="auto" w:fill="F8FAFB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DCD350F" w14:textId="77777777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lang w:val="pl-PL"/>
              </w:rPr>
              <w:t>Buduje wypowiedzi o długości i złożoności odpowiedniej do wieku.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47937F8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96515CA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1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601A10D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62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78C522E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</w:tr>
      <w:tr w:rsidR="00371E59" w:rsidRPr="004564E0" w14:paraId="23305461" w14:textId="77777777" w:rsidTr="004564E0">
        <w:trPr>
          <w:cantSplit/>
        </w:trPr>
        <w:tc>
          <w:tcPr>
            <w:tcW w:w="6278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15B305D" w14:textId="77777777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lang w:val="pl-PL"/>
              </w:rPr>
              <w:t>Posługuje się słownictwem odpowiednim do wieku i sytuacji.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25B32BB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FB60CB2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1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611DD8F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62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66D8912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</w:tr>
      <w:tr w:rsidR="00371E59" w:rsidRPr="004564E0" w14:paraId="2C4CD0E6" w14:textId="77777777" w:rsidTr="004564E0">
        <w:trPr>
          <w:cantSplit/>
        </w:trPr>
        <w:tc>
          <w:tcPr>
            <w:tcW w:w="6278" w:type="dxa"/>
            <w:shd w:val="clear" w:color="auto" w:fill="F8FAFB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021C2BE" w14:textId="77777777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lang w:val="pl-PL"/>
              </w:rPr>
              <w:t>Opowiada o wydarzeniach z zachowaniem podstawowej kolejności.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A389AA8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892229A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1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9466CA6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62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DC2FC11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</w:tr>
      <w:tr w:rsidR="00371E59" w:rsidRPr="004564E0" w14:paraId="6E3A265D" w14:textId="77777777" w:rsidTr="004564E0">
        <w:trPr>
          <w:cantSplit/>
        </w:trPr>
        <w:tc>
          <w:tcPr>
            <w:tcW w:w="6278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9F6CE4A" w14:textId="77777777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lang w:val="pl-PL"/>
              </w:rPr>
              <w:t>Inicjuje rozmowę, odpowiada na pytania i podtrzymuje krótką wymianę.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C54B258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84A9C0E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1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151A6DD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62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47B6E0F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</w:tr>
      <w:tr w:rsidR="00371E59" w:rsidRPr="004564E0" w14:paraId="279584C9" w14:textId="77777777" w:rsidTr="004564E0">
        <w:trPr>
          <w:cantSplit/>
        </w:trPr>
        <w:tc>
          <w:tcPr>
            <w:tcW w:w="6278" w:type="dxa"/>
            <w:shd w:val="clear" w:color="auto" w:fill="F8FAFB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7DEB3B9" w14:textId="77777777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lang w:val="pl-PL"/>
              </w:rPr>
              <w:t>Dostosowuje głośność, tempo i sposób wypowiedzi do sytuacji.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5A19673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315963D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1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E31818B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62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C43941A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</w:tr>
      <w:tr w:rsidR="00371E59" w:rsidRPr="004564E0" w14:paraId="02A42D78" w14:textId="77777777" w:rsidTr="004564E0">
        <w:trPr>
          <w:cantSplit/>
        </w:trPr>
        <w:tc>
          <w:tcPr>
            <w:tcW w:w="6278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E13D69B" w14:textId="77777777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lang w:val="pl-PL"/>
              </w:rPr>
              <w:t>Rozumie niewerbalne sygnały społeczne oraz intencję rozmówcy.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A1CCC01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DCB1815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1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367AFAE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62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BCB55B7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</w:tr>
      <w:tr w:rsidR="00371E59" w:rsidRPr="004564E0" w14:paraId="74913A2A" w14:textId="77777777" w:rsidTr="004564E0">
        <w:trPr>
          <w:cantSplit/>
        </w:trPr>
        <w:tc>
          <w:tcPr>
            <w:tcW w:w="6278" w:type="dxa"/>
            <w:shd w:val="clear" w:color="auto" w:fill="F8FAFB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F70FBDB" w14:textId="77777777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lang w:val="pl-PL"/>
              </w:rPr>
              <w:t>Informuje o niezrozumieniu i prosi o powtórzenie lub wyjaśnienie.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C7AE14B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121D7D4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1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A61DB33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62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722FEAE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</w:tr>
      <w:tr w:rsidR="00371E59" w:rsidRPr="004564E0" w14:paraId="5B0776BB" w14:textId="77777777" w:rsidTr="004564E0">
        <w:trPr>
          <w:cantSplit/>
        </w:trPr>
        <w:tc>
          <w:tcPr>
            <w:tcW w:w="6278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2715F1D" w14:textId="099EA082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lang w:val="pl-PL"/>
              </w:rPr>
              <w:t xml:space="preserve">Jeżeli korzysta z AAC lub innego sposobu komunikacji </w:t>
            </w:r>
            <w:r w:rsidR="00C337CC">
              <w:rPr>
                <w:lang w:val="pl-PL"/>
              </w:rPr>
              <w:t>–</w:t>
            </w:r>
            <w:r w:rsidRPr="004564E0">
              <w:rPr>
                <w:lang w:val="pl-PL"/>
              </w:rPr>
              <w:t xml:space="preserve"> używa go funkcjonalnie w różnych sytuacjach.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25A86C5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5F105FD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1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A7FA443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62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DCD60CD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</w:tr>
    </w:tbl>
    <w:p w14:paraId="11FCC53D" w14:textId="5514204E" w:rsidR="00371E59" w:rsidRPr="004564E0" w:rsidRDefault="00000000">
      <w:pPr>
        <w:pStyle w:val="FormQuestion"/>
        <w:keepNext w:val="0"/>
        <w:keepLines w:val="0"/>
        <w:spacing w:before="120"/>
        <w:rPr>
          <w:lang w:val="pl-PL"/>
        </w:rPr>
      </w:pPr>
      <w:r w:rsidRPr="004564E0">
        <w:rPr>
          <w:b/>
          <w:lang w:val="pl-PL"/>
        </w:rPr>
        <w:t>Opis obszaru</w:t>
      </w:r>
      <w:r w:rsidR="00D86596">
        <w:rPr>
          <w:b/>
          <w:lang w:val="pl-PL"/>
        </w:rPr>
        <w:t xml:space="preserve"> </w:t>
      </w:r>
      <w:r w:rsidR="00D86596" w:rsidRPr="00D86596">
        <w:rPr>
          <w:b/>
          <w:i/>
          <w:iCs/>
          <w:lang w:val="pl-PL"/>
        </w:rPr>
        <w:t>„Porozumiewanie się”</w:t>
      </w:r>
      <w:r w:rsidRPr="00D86596">
        <w:rPr>
          <w:b/>
          <w:i/>
          <w:iCs/>
          <w:lang w:val="pl-PL"/>
        </w:rPr>
        <w:t>:</w:t>
      </w:r>
      <w:r w:rsidRPr="004564E0">
        <w:rPr>
          <w:b/>
          <w:lang w:val="pl-PL"/>
        </w:rPr>
        <w:t xml:space="preserve"> mocne strony i uzdolnienia, trudności, sytuacje ich występowania oraz pomoc, która ułatwia dziecku funkcjonowanie</w:t>
      </w:r>
      <w:r w:rsidR="004635D6">
        <w:rPr>
          <w:b/>
          <w:lang w:val="pl-PL"/>
        </w:rPr>
        <w:t>?</w:t>
      </w:r>
    </w:p>
    <w:p w14:paraId="29277321" w14:textId="77777777" w:rsidR="00371E59" w:rsidRDefault="00000000">
      <w:pPr>
        <w:pStyle w:val="ResponseLine"/>
        <w:keepLines w:val="0"/>
        <w:spacing w:after="80"/>
        <w:rPr>
          <w:lang w:val="pl-PL"/>
        </w:rPr>
      </w:pPr>
      <w:r w:rsidRPr="004564E0">
        <w:rPr>
          <w:lang w:val="pl-PL"/>
        </w:rPr>
        <w:t> </w:t>
      </w:r>
    </w:p>
    <w:p w14:paraId="7383D9A3" w14:textId="77777777" w:rsidR="004564E0" w:rsidRDefault="004564E0">
      <w:pPr>
        <w:pStyle w:val="ResponseLine"/>
        <w:keepLines w:val="0"/>
        <w:spacing w:after="80"/>
        <w:rPr>
          <w:lang w:val="pl-PL"/>
        </w:rPr>
      </w:pPr>
    </w:p>
    <w:p w14:paraId="77B787F1" w14:textId="77777777" w:rsidR="004564E0" w:rsidRPr="004564E0" w:rsidRDefault="004564E0">
      <w:pPr>
        <w:pStyle w:val="ResponseLine"/>
        <w:keepLines w:val="0"/>
        <w:spacing w:after="80"/>
        <w:rPr>
          <w:lang w:val="pl-PL"/>
        </w:rPr>
      </w:pPr>
    </w:p>
    <w:p w14:paraId="697874C7" w14:textId="77777777" w:rsidR="00371E59" w:rsidRPr="004564E0" w:rsidRDefault="00000000">
      <w:pPr>
        <w:pStyle w:val="Nagwek2"/>
        <w:rPr>
          <w:lang w:val="pl-PL"/>
        </w:rPr>
      </w:pPr>
      <w:r w:rsidRPr="004564E0">
        <w:rPr>
          <w:rFonts w:ascii="Times New Roman" w:eastAsia="Times New Roman" w:hAnsi="Times New Roman"/>
          <w:lang w:val="pl-PL"/>
        </w:rPr>
        <w:t>AKTYWNOŚĆ RUCHOWA – PORUSZANIE SIĘ</w:t>
      </w:r>
    </w:p>
    <w:tbl>
      <w:tblPr>
        <w:tblW w:w="10490" w:type="dxa"/>
        <w:tblInd w:w="-8" w:type="dxa"/>
        <w:tblBorders>
          <w:top w:val="single" w:sz="6" w:space="0" w:color="A7BAC6"/>
          <w:left w:val="single" w:sz="6" w:space="0" w:color="A7BAC6"/>
          <w:bottom w:val="single" w:sz="6" w:space="0" w:color="A7BAC6"/>
          <w:right w:val="single" w:sz="6" w:space="0" w:color="A7BAC6"/>
          <w:insideH w:val="single" w:sz="6" w:space="0" w:color="A7BAC6"/>
          <w:insideV w:val="single" w:sz="6" w:space="0" w:color="A7BAC6"/>
        </w:tblBorders>
        <w:tblLayout w:type="fixed"/>
        <w:tblLook w:val="04A0" w:firstRow="1" w:lastRow="0" w:firstColumn="1" w:lastColumn="0" w:noHBand="0" w:noVBand="1"/>
      </w:tblPr>
      <w:tblGrid>
        <w:gridCol w:w="6278"/>
        <w:gridCol w:w="1000"/>
        <w:gridCol w:w="1000"/>
        <w:gridCol w:w="1150"/>
        <w:gridCol w:w="1062"/>
      </w:tblGrid>
      <w:tr w:rsidR="00371E59" w:rsidRPr="004564E0" w14:paraId="5C88A103" w14:textId="77777777" w:rsidTr="004564E0">
        <w:trPr>
          <w:cantSplit/>
          <w:tblHeader/>
        </w:trPr>
        <w:tc>
          <w:tcPr>
            <w:tcW w:w="6278" w:type="dxa"/>
            <w:shd w:val="clear" w:color="auto" w:fill="E8F1F5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D24F48C" w14:textId="77777777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b/>
                <w:lang w:val="pl-PL"/>
              </w:rPr>
              <w:t>Obserwowany aspekt</w:t>
            </w:r>
          </w:p>
        </w:tc>
        <w:tc>
          <w:tcPr>
            <w:tcW w:w="1000" w:type="dxa"/>
            <w:shd w:val="clear" w:color="auto" w:fill="E8F1F5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DC67B2C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b/>
                <w:lang w:val="pl-PL"/>
              </w:rPr>
              <w:t>Bez pomocy</w:t>
            </w:r>
          </w:p>
        </w:tc>
        <w:tc>
          <w:tcPr>
            <w:tcW w:w="1000" w:type="dxa"/>
            <w:shd w:val="clear" w:color="auto" w:fill="E8F1F5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270186E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b/>
                <w:lang w:val="pl-PL"/>
              </w:rPr>
              <w:t>Z pomocą</w:t>
            </w:r>
          </w:p>
        </w:tc>
        <w:tc>
          <w:tcPr>
            <w:tcW w:w="1150" w:type="dxa"/>
            <w:shd w:val="clear" w:color="auto" w:fill="E8F1F5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1661ED0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b/>
                <w:lang w:val="pl-PL"/>
              </w:rPr>
              <w:t>Trudność</w:t>
            </w:r>
          </w:p>
        </w:tc>
        <w:tc>
          <w:tcPr>
            <w:tcW w:w="1062" w:type="dxa"/>
            <w:shd w:val="clear" w:color="auto" w:fill="E8F1F5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5B8C5CA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b/>
                <w:lang w:val="pl-PL"/>
              </w:rPr>
              <w:t>N/D lub N/O</w:t>
            </w:r>
          </w:p>
        </w:tc>
      </w:tr>
      <w:tr w:rsidR="00371E59" w:rsidRPr="004564E0" w14:paraId="08D9A953" w14:textId="77777777" w:rsidTr="004564E0">
        <w:trPr>
          <w:cantSplit/>
        </w:trPr>
        <w:tc>
          <w:tcPr>
            <w:tcW w:w="6278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095D21A" w14:textId="77777777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lang w:val="pl-PL"/>
              </w:rPr>
              <w:t>Porusza się samodzielnie i bezpiecznie w sali, budynku i na terenie przedszkola.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EA9D30A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411E4D4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1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D844EDA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62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7D1DB5F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</w:tr>
      <w:tr w:rsidR="00371E59" w:rsidRPr="004564E0" w14:paraId="68C1801C" w14:textId="77777777" w:rsidTr="004564E0">
        <w:trPr>
          <w:cantSplit/>
        </w:trPr>
        <w:tc>
          <w:tcPr>
            <w:tcW w:w="6278" w:type="dxa"/>
            <w:shd w:val="clear" w:color="auto" w:fill="F8FAFB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1419884" w14:textId="77777777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lang w:val="pl-PL"/>
              </w:rPr>
              <w:t>Biega, skacze, wchodzi po schodach i utrzymuje równowagę odpowiednio do wieku.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C84BEBE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B96611B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1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31819CF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62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EA2DB3D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</w:tr>
      <w:tr w:rsidR="00371E59" w:rsidRPr="004564E0" w14:paraId="3858B2AE" w14:textId="77777777" w:rsidTr="004564E0">
        <w:trPr>
          <w:cantSplit/>
        </w:trPr>
        <w:tc>
          <w:tcPr>
            <w:tcW w:w="6278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25CA0EA" w14:textId="77777777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lang w:val="pl-PL"/>
              </w:rPr>
              <w:t>Naśladuje i wykonuje sekwencje ruchowe podczas zabaw i ćwiczeń.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6961CAF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7D719BA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1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202B83B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62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D628A19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</w:tr>
      <w:tr w:rsidR="00371E59" w:rsidRPr="004564E0" w14:paraId="0E115840" w14:textId="77777777" w:rsidTr="004564E0">
        <w:trPr>
          <w:cantSplit/>
        </w:trPr>
        <w:tc>
          <w:tcPr>
            <w:tcW w:w="6278" w:type="dxa"/>
            <w:shd w:val="clear" w:color="auto" w:fill="F8FAFB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DCB8FA2" w14:textId="77777777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lang w:val="pl-PL"/>
              </w:rPr>
              <w:t>Uczestniczy w zajęciach ruchowych bez nadmiernego zmęczenia lub unikania.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5520C33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7AACBE7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1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E5D52C7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62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D3D91DC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</w:tr>
      <w:tr w:rsidR="00371E59" w:rsidRPr="004564E0" w14:paraId="622C09E5" w14:textId="77777777" w:rsidTr="004564E0">
        <w:trPr>
          <w:cantSplit/>
        </w:trPr>
        <w:tc>
          <w:tcPr>
            <w:tcW w:w="6278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A7352FC" w14:textId="77777777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lang w:val="pl-PL"/>
              </w:rPr>
              <w:t>Sprawnie manipuluje klockami, układankami i drobnymi elementami.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5436F2E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70D0530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1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98CD53B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62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ADD2DA0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</w:tr>
      <w:tr w:rsidR="00371E59" w:rsidRPr="004564E0" w14:paraId="550FD414" w14:textId="77777777" w:rsidTr="004564E0">
        <w:trPr>
          <w:cantSplit/>
        </w:trPr>
        <w:tc>
          <w:tcPr>
            <w:tcW w:w="6278" w:type="dxa"/>
            <w:shd w:val="clear" w:color="auto" w:fill="F8FAFB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E848DED" w14:textId="77777777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lang w:val="pl-PL"/>
              </w:rPr>
              <w:t>Posługuje się kredkami, pędzlem, klejem i nożyczkami odpowiednio do wieku.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E45A0FA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03D7587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1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0D2ACA9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62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D36A976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</w:tr>
      <w:tr w:rsidR="00371E59" w:rsidRPr="004564E0" w14:paraId="15644DC0" w14:textId="77777777" w:rsidTr="004564E0">
        <w:trPr>
          <w:cantSplit/>
        </w:trPr>
        <w:tc>
          <w:tcPr>
            <w:tcW w:w="6278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B47F6A7" w14:textId="77777777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lang w:val="pl-PL"/>
              </w:rPr>
              <w:t>Koordynuje pracę obu rąk i ruchy wzrokowo-ruchowe.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2CE5A61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16E22C9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1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9397A6C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62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D1A4F63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</w:tr>
      <w:tr w:rsidR="00371E59" w:rsidRPr="004564E0" w14:paraId="246D8CDA" w14:textId="77777777" w:rsidTr="004564E0">
        <w:trPr>
          <w:cantSplit/>
        </w:trPr>
        <w:tc>
          <w:tcPr>
            <w:tcW w:w="6278" w:type="dxa"/>
            <w:shd w:val="clear" w:color="auto" w:fill="F8FAFB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4078ED9" w14:textId="77777777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lang w:val="pl-PL"/>
              </w:rPr>
              <w:t>Korzysta z pomocy ortopedycznych lub innych ułatwień ruchowych, jeżeli ich potrzebuje.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0FFFB56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75A10A6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1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53D7444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62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1A224E0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</w:tr>
    </w:tbl>
    <w:p w14:paraId="29D15229" w14:textId="16F8C39F" w:rsidR="00371E59" w:rsidRPr="004564E0" w:rsidRDefault="00000000">
      <w:pPr>
        <w:pStyle w:val="FormQuestion"/>
        <w:keepNext w:val="0"/>
        <w:keepLines w:val="0"/>
        <w:spacing w:before="120"/>
        <w:rPr>
          <w:lang w:val="pl-PL"/>
        </w:rPr>
      </w:pPr>
      <w:r w:rsidRPr="004564E0">
        <w:rPr>
          <w:b/>
          <w:lang w:val="pl-PL"/>
        </w:rPr>
        <w:t>Opis obszaru</w:t>
      </w:r>
      <w:r w:rsidR="00D86596">
        <w:rPr>
          <w:b/>
          <w:lang w:val="pl-PL"/>
        </w:rPr>
        <w:t xml:space="preserve"> </w:t>
      </w:r>
      <w:r w:rsidR="00D86596" w:rsidRPr="00D86596">
        <w:rPr>
          <w:b/>
          <w:i/>
          <w:iCs/>
          <w:lang w:val="pl-PL"/>
        </w:rPr>
        <w:t>„Aktywność ruchowa – poruszanie się”</w:t>
      </w:r>
      <w:r w:rsidRPr="00D86596">
        <w:rPr>
          <w:b/>
          <w:i/>
          <w:iCs/>
          <w:lang w:val="pl-PL"/>
        </w:rPr>
        <w:t>:</w:t>
      </w:r>
      <w:r w:rsidRPr="004564E0">
        <w:rPr>
          <w:b/>
          <w:lang w:val="pl-PL"/>
        </w:rPr>
        <w:t xml:space="preserve"> mocne strony i uzdolnienia, trudności, sytuacje ich występowania oraz pomoc, która ułatwia dziecku funkcjonowanie</w:t>
      </w:r>
      <w:r w:rsidR="004635D6">
        <w:rPr>
          <w:b/>
          <w:lang w:val="pl-PL"/>
        </w:rPr>
        <w:t>?</w:t>
      </w:r>
    </w:p>
    <w:p w14:paraId="5E49B494" w14:textId="77777777" w:rsidR="00371E59" w:rsidRDefault="00000000">
      <w:pPr>
        <w:pStyle w:val="ResponseLine"/>
        <w:keepLines w:val="0"/>
        <w:spacing w:after="80"/>
        <w:rPr>
          <w:lang w:val="pl-PL"/>
        </w:rPr>
      </w:pPr>
      <w:r w:rsidRPr="004564E0">
        <w:rPr>
          <w:lang w:val="pl-PL"/>
        </w:rPr>
        <w:t> </w:t>
      </w:r>
    </w:p>
    <w:p w14:paraId="7B053D73" w14:textId="77777777" w:rsidR="004564E0" w:rsidRDefault="004564E0">
      <w:pPr>
        <w:pStyle w:val="ResponseLine"/>
        <w:keepLines w:val="0"/>
        <w:spacing w:after="80"/>
        <w:rPr>
          <w:lang w:val="pl-PL"/>
        </w:rPr>
      </w:pPr>
    </w:p>
    <w:p w14:paraId="680D7A69" w14:textId="77777777" w:rsidR="004564E0" w:rsidRPr="004564E0" w:rsidRDefault="004564E0">
      <w:pPr>
        <w:pStyle w:val="ResponseLine"/>
        <w:keepLines w:val="0"/>
        <w:spacing w:after="80"/>
        <w:rPr>
          <w:lang w:val="pl-PL"/>
        </w:rPr>
      </w:pPr>
    </w:p>
    <w:p w14:paraId="4CA168C2" w14:textId="77777777" w:rsidR="00371E59" w:rsidRPr="004564E0" w:rsidRDefault="00000000">
      <w:pPr>
        <w:pStyle w:val="Nagwek2"/>
        <w:rPr>
          <w:lang w:val="pl-PL"/>
        </w:rPr>
      </w:pPr>
      <w:r w:rsidRPr="004564E0">
        <w:rPr>
          <w:rFonts w:ascii="Times New Roman" w:eastAsia="Times New Roman" w:hAnsi="Times New Roman"/>
          <w:lang w:val="pl-PL"/>
        </w:rPr>
        <w:t>DBANIE O SIEBIE</w:t>
      </w:r>
    </w:p>
    <w:tbl>
      <w:tblPr>
        <w:tblW w:w="10490" w:type="dxa"/>
        <w:tblInd w:w="-8" w:type="dxa"/>
        <w:tblBorders>
          <w:top w:val="single" w:sz="6" w:space="0" w:color="A7BAC6"/>
          <w:left w:val="single" w:sz="6" w:space="0" w:color="A7BAC6"/>
          <w:bottom w:val="single" w:sz="6" w:space="0" w:color="A7BAC6"/>
          <w:right w:val="single" w:sz="6" w:space="0" w:color="A7BAC6"/>
          <w:insideH w:val="single" w:sz="6" w:space="0" w:color="A7BAC6"/>
          <w:insideV w:val="single" w:sz="6" w:space="0" w:color="A7BAC6"/>
        </w:tblBorders>
        <w:tblLayout w:type="fixed"/>
        <w:tblLook w:val="04A0" w:firstRow="1" w:lastRow="0" w:firstColumn="1" w:lastColumn="0" w:noHBand="0" w:noVBand="1"/>
      </w:tblPr>
      <w:tblGrid>
        <w:gridCol w:w="6278"/>
        <w:gridCol w:w="1000"/>
        <w:gridCol w:w="1000"/>
        <w:gridCol w:w="1150"/>
        <w:gridCol w:w="1062"/>
      </w:tblGrid>
      <w:tr w:rsidR="00371E59" w:rsidRPr="004564E0" w14:paraId="7576F483" w14:textId="77777777" w:rsidTr="004564E0">
        <w:trPr>
          <w:cantSplit/>
          <w:tblHeader/>
        </w:trPr>
        <w:tc>
          <w:tcPr>
            <w:tcW w:w="6278" w:type="dxa"/>
            <w:shd w:val="clear" w:color="auto" w:fill="E8F1F5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73CAFE5" w14:textId="77777777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b/>
                <w:lang w:val="pl-PL"/>
              </w:rPr>
              <w:t>Obserwowany aspekt</w:t>
            </w:r>
          </w:p>
        </w:tc>
        <w:tc>
          <w:tcPr>
            <w:tcW w:w="1000" w:type="dxa"/>
            <w:shd w:val="clear" w:color="auto" w:fill="E8F1F5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E34C0BB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b/>
                <w:lang w:val="pl-PL"/>
              </w:rPr>
              <w:t>Bez pomocy</w:t>
            </w:r>
          </w:p>
        </w:tc>
        <w:tc>
          <w:tcPr>
            <w:tcW w:w="1000" w:type="dxa"/>
            <w:shd w:val="clear" w:color="auto" w:fill="E8F1F5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8D285EC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b/>
                <w:lang w:val="pl-PL"/>
              </w:rPr>
              <w:t>Z pomocą</w:t>
            </w:r>
          </w:p>
        </w:tc>
        <w:tc>
          <w:tcPr>
            <w:tcW w:w="1150" w:type="dxa"/>
            <w:shd w:val="clear" w:color="auto" w:fill="E8F1F5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F688D37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b/>
                <w:lang w:val="pl-PL"/>
              </w:rPr>
              <w:t>Trudność</w:t>
            </w:r>
          </w:p>
        </w:tc>
        <w:tc>
          <w:tcPr>
            <w:tcW w:w="1062" w:type="dxa"/>
            <w:shd w:val="clear" w:color="auto" w:fill="E8F1F5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8FE790F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b/>
                <w:lang w:val="pl-PL"/>
              </w:rPr>
              <w:t>N/D lub N/O</w:t>
            </w:r>
          </w:p>
        </w:tc>
      </w:tr>
      <w:tr w:rsidR="00371E59" w:rsidRPr="004564E0" w14:paraId="71331705" w14:textId="77777777" w:rsidTr="004564E0">
        <w:trPr>
          <w:cantSplit/>
        </w:trPr>
        <w:tc>
          <w:tcPr>
            <w:tcW w:w="6278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F8F2B0A" w14:textId="77777777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lang w:val="pl-PL"/>
              </w:rPr>
              <w:t>Samodzielnie je i pije, korzystając z naczyń i sztućców odpowiednio do wieku.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2731CBC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5224D1B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1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FF50BD4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62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6D3AA25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</w:tr>
      <w:tr w:rsidR="00371E59" w:rsidRPr="004564E0" w14:paraId="44313400" w14:textId="77777777" w:rsidTr="004564E0">
        <w:trPr>
          <w:cantSplit/>
        </w:trPr>
        <w:tc>
          <w:tcPr>
            <w:tcW w:w="6278" w:type="dxa"/>
            <w:shd w:val="clear" w:color="auto" w:fill="F8FAFB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00702E4" w14:textId="77777777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lang w:val="pl-PL"/>
              </w:rPr>
              <w:t>Ubiera się i rozbiera w zakresie oczekiwanym dla wieku.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806CA35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78823E0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1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CD5334C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62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A1DCC3D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</w:tr>
      <w:tr w:rsidR="00371E59" w:rsidRPr="004564E0" w14:paraId="12F5AFCA" w14:textId="77777777" w:rsidTr="004564E0">
        <w:trPr>
          <w:cantSplit/>
        </w:trPr>
        <w:tc>
          <w:tcPr>
            <w:tcW w:w="6278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EA4B6CC" w14:textId="77777777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lang w:val="pl-PL"/>
              </w:rPr>
              <w:t>Korzysta z toalety i komunikuje potrzeby fizjologiczne.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0057EF0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DE373F5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1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9E475BE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62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C85C57A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</w:tr>
      <w:tr w:rsidR="00371E59" w:rsidRPr="004564E0" w14:paraId="450A104D" w14:textId="77777777" w:rsidTr="004564E0">
        <w:trPr>
          <w:cantSplit/>
        </w:trPr>
        <w:tc>
          <w:tcPr>
            <w:tcW w:w="6278" w:type="dxa"/>
            <w:shd w:val="clear" w:color="auto" w:fill="F8FAFB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665A362" w14:textId="77777777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lang w:val="pl-PL"/>
              </w:rPr>
              <w:lastRenderedPageBreak/>
              <w:t>Myje i wyciera ręce oraz podejmuje inne czynności higieniczne.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439DFFD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B52AA47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1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D5B3691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62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F492B2C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</w:tr>
      <w:tr w:rsidR="00371E59" w:rsidRPr="004564E0" w14:paraId="1B87DBC6" w14:textId="77777777" w:rsidTr="004564E0">
        <w:trPr>
          <w:cantSplit/>
        </w:trPr>
        <w:tc>
          <w:tcPr>
            <w:tcW w:w="6278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E20213B" w14:textId="77777777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lang w:val="pl-PL"/>
              </w:rPr>
              <w:t>Rozpoznaje głód, pragnienie, ból, zmęczenie lub potrzebę odpoczynku i komunikuje je.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1A7A44F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757364D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1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7CB0C61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62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3A6A800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</w:tr>
      <w:tr w:rsidR="00371E59" w:rsidRPr="004564E0" w14:paraId="7AB8F9CD" w14:textId="77777777" w:rsidTr="004564E0">
        <w:trPr>
          <w:cantSplit/>
        </w:trPr>
        <w:tc>
          <w:tcPr>
            <w:tcW w:w="6278" w:type="dxa"/>
            <w:shd w:val="clear" w:color="auto" w:fill="F8FAFB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606F141" w14:textId="77777777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lang w:val="pl-PL"/>
              </w:rPr>
              <w:t>Dba o swoje rzeczy i odkłada przedmioty na miejsce z pomocą odpowiednią do wieku.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362188B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5543C60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1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B9D0B55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62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2C8C1A0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</w:tr>
      <w:tr w:rsidR="00371E59" w:rsidRPr="004564E0" w14:paraId="2B91B277" w14:textId="77777777" w:rsidTr="004564E0">
        <w:trPr>
          <w:cantSplit/>
        </w:trPr>
        <w:tc>
          <w:tcPr>
            <w:tcW w:w="6278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5543625" w14:textId="77777777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lang w:val="pl-PL"/>
              </w:rPr>
              <w:t>Zachowuje podstawowe zasady bezpieczeństwa w sali, łazience, na placu zabaw i podczas wyjść.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AADE8E8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CCCE059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1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AC7AEE5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62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98D44B6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</w:tr>
      <w:tr w:rsidR="00371E59" w:rsidRPr="004564E0" w14:paraId="5A554621" w14:textId="77777777" w:rsidTr="004564E0">
        <w:trPr>
          <w:cantSplit/>
        </w:trPr>
        <w:tc>
          <w:tcPr>
            <w:tcW w:w="6278" w:type="dxa"/>
            <w:shd w:val="clear" w:color="auto" w:fill="F8FAFB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F78497D" w14:textId="77777777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lang w:val="pl-PL"/>
              </w:rPr>
              <w:t>Przyjmuje posiłki o konsystencji i różnorodności odpowiedniej do wieku lub korzysta z niezbędnych dostosowań.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4A7F41D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A4CBCC1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1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CF1DEC7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62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5FC47A5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</w:tr>
    </w:tbl>
    <w:p w14:paraId="308F89E1" w14:textId="375FF93E" w:rsidR="00371E59" w:rsidRPr="004564E0" w:rsidRDefault="00000000">
      <w:pPr>
        <w:pStyle w:val="FormQuestion"/>
        <w:keepNext w:val="0"/>
        <w:keepLines w:val="0"/>
        <w:spacing w:before="120"/>
        <w:rPr>
          <w:lang w:val="pl-PL"/>
        </w:rPr>
      </w:pPr>
      <w:r w:rsidRPr="004564E0">
        <w:rPr>
          <w:b/>
          <w:lang w:val="pl-PL"/>
        </w:rPr>
        <w:t>Opis obszaru</w:t>
      </w:r>
      <w:r w:rsidR="00D86596">
        <w:rPr>
          <w:b/>
          <w:lang w:val="pl-PL"/>
        </w:rPr>
        <w:t xml:space="preserve"> </w:t>
      </w:r>
      <w:r w:rsidR="00D86596" w:rsidRPr="00D86596">
        <w:rPr>
          <w:b/>
          <w:i/>
          <w:iCs/>
          <w:lang w:val="pl-PL"/>
        </w:rPr>
        <w:t>„Dbanie o siebie”</w:t>
      </w:r>
      <w:r w:rsidRPr="00D86596">
        <w:rPr>
          <w:b/>
          <w:i/>
          <w:iCs/>
          <w:lang w:val="pl-PL"/>
        </w:rPr>
        <w:t>:</w:t>
      </w:r>
      <w:r w:rsidRPr="004564E0">
        <w:rPr>
          <w:b/>
          <w:lang w:val="pl-PL"/>
        </w:rPr>
        <w:t xml:space="preserve"> mocne strony i uzdolnienia, trudności, sytuacje ich występowania oraz pomoc, która ułatwia dziecku funkcjonowanie</w:t>
      </w:r>
      <w:r w:rsidR="004635D6">
        <w:rPr>
          <w:b/>
          <w:lang w:val="pl-PL"/>
        </w:rPr>
        <w:t>?</w:t>
      </w:r>
    </w:p>
    <w:p w14:paraId="0DA942CD" w14:textId="77777777" w:rsidR="00371E59" w:rsidRDefault="00000000">
      <w:pPr>
        <w:pStyle w:val="ResponseLine"/>
        <w:keepLines w:val="0"/>
        <w:spacing w:after="80"/>
        <w:rPr>
          <w:lang w:val="pl-PL"/>
        </w:rPr>
      </w:pPr>
      <w:r w:rsidRPr="004564E0">
        <w:rPr>
          <w:lang w:val="pl-PL"/>
        </w:rPr>
        <w:t> </w:t>
      </w:r>
    </w:p>
    <w:p w14:paraId="165AF1CE" w14:textId="77777777" w:rsidR="004564E0" w:rsidRDefault="004564E0">
      <w:pPr>
        <w:pStyle w:val="ResponseLine"/>
        <w:keepLines w:val="0"/>
        <w:spacing w:after="80"/>
        <w:rPr>
          <w:lang w:val="pl-PL"/>
        </w:rPr>
      </w:pPr>
    </w:p>
    <w:p w14:paraId="72C4A808" w14:textId="77777777" w:rsidR="004564E0" w:rsidRDefault="004564E0">
      <w:pPr>
        <w:pStyle w:val="ResponseLine"/>
        <w:keepLines w:val="0"/>
        <w:spacing w:after="80"/>
        <w:rPr>
          <w:lang w:val="pl-PL"/>
        </w:rPr>
      </w:pPr>
    </w:p>
    <w:p w14:paraId="31745F95" w14:textId="30F934E1" w:rsidR="00371E59" w:rsidRPr="004564E0" w:rsidRDefault="00000000">
      <w:pPr>
        <w:pStyle w:val="Nagwek1"/>
        <w:rPr>
          <w:lang w:val="pl-PL"/>
        </w:rPr>
      </w:pPr>
      <w:r w:rsidRPr="004564E0">
        <w:rPr>
          <w:rFonts w:ascii="Times New Roman" w:eastAsia="Times New Roman" w:hAnsi="Times New Roman"/>
          <w:lang w:val="pl-PL"/>
        </w:rPr>
        <w:t>4. Funkcje ciała i stan zdrowia wpływające na funkcjonowanie</w:t>
      </w:r>
    </w:p>
    <w:p w14:paraId="588397F1" w14:textId="77777777" w:rsidR="00371E59" w:rsidRPr="004564E0" w:rsidRDefault="00000000">
      <w:pPr>
        <w:pStyle w:val="FormInstruction"/>
        <w:keepLines w:val="0"/>
        <w:rPr>
          <w:lang w:val="pl-PL"/>
        </w:rPr>
      </w:pPr>
      <w:r w:rsidRPr="004564E0">
        <w:rPr>
          <w:lang w:val="pl-PL"/>
        </w:rPr>
        <w:t>Zaznaczenie trudności oznacza obserwowany wpływ na funkcjonowanie, a nie rozpoznanie medyczne.</w:t>
      </w:r>
    </w:p>
    <w:tbl>
      <w:tblPr>
        <w:tblW w:w="10300" w:type="dxa"/>
        <w:tblInd w:w="120" w:type="dxa"/>
        <w:tblBorders>
          <w:top w:val="single" w:sz="6" w:space="0" w:color="A7BAC6"/>
          <w:left w:val="single" w:sz="6" w:space="0" w:color="A7BAC6"/>
          <w:bottom w:val="single" w:sz="6" w:space="0" w:color="A7BAC6"/>
          <w:right w:val="single" w:sz="6" w:space="0" w:color="A7BAC6"/>
          <w:insideH w:val="single" w:sz="6" w:space="0" w:color="A7BAC6"/>
          <w:insideV w:val="single" w:sz="6" w:space="0" w:color="A7BAC6"/>
        </w:tblBorders>
        <w:tblLayout w:type="fixed"/>
        <w:tblLook w:val="04A0" w:firstRow="1" w:lastRow="0" w:firstColumn="1" w:lastColumn="0" w:noHBand="0" w:noVBand="1"/>
      </w:tblPr>
      <w:tblGrid>
        <w:gridCol w:w="7000"/>
        <w:gridCol w:w="900"/>
        <w:gridCol w:w="900"/>
        <w:gridCol w:w="1500"/>
      </w:tblGrid>
      <w:tr w:rsidR="00371E59" w:rsidRPr="002534F8" w14:paraId="50619FD9" w14:textId="77777777">
        <w:trPr>
          <w:cantSplit/>
          <w:tblHeader/>
        </w:trPr>
        <w:tc>
          <w:tcPr>
            <w:tcW w:w="7000" w:type="dxa"/>
            <w:shd w:val="clear" w:color="auto" w:fill="E8F1F5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B68D6F6" w14:textId="77777777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b/>
                <w:lang w:val="pl-PL"/>
              </w:rPr>
              <w:t>Obserwowany wpływ</w:t>
            </w:r>
          </w:p>
        </w:tc>
        <w:tc>
          <w:tcPr>
            <w:tcW w:w="900" w:type="dxa"/>
            <w:shd w:val="clear" w:color="auto" w:fill="E8F1F5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00B701D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b/>
                <w:lang w:val="pl-PL"/>
              </w:rPr>
              <w:t>Tak</w:t>
            </w:r>
          </w:p>
        </w:tc>
        <w:tc>
          <w:tcPr>
            <w:tcW w:w="900" w:type="dxa"/>
            <w:shd w:val="clear" w:color="auto" w:fill="E8F1F5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1D8CCB9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b/>
                <w:lang w:val="pl-PL"/>
              </w:rPr>
              <w:t>Nie</w:t>
            </w:r>
          </w:p>
        </w:tc>
        <w:tc>
          <w:tcPr>
            <w:tcW w:w="1500" w:type="dxa"/>
            <w:shd w:val="clear" w:color="auto" w:fill="E8F1F5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53293ED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b/>
                <w:lang w:val="pl-PL"/>
              </w:rPr>
              <w:t>N/D lub brak danych</w:t>
            </w:r>
          </w:p>
        </w:tc>
      </w:tr>
      <w:tr w:rsidR="00371E59" w:rsidRPr="004564E0" w14:paraId="61E42881" w14:textId="77777777">
        <w:trPr>
          <w:cantSplit/>
        </w:trPr>
        <w:tc>
          <w:tcPr>
            <w:tcW w:w="7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C3E1CE0" w14:textId="77777777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lang w:val="pl-PL"/>
              </w:rPr>
              <w:t>Widzenie lub korzystanie z materiału wzrokowego wpływa na udział w zajęciach.</w:t>
            </w:r>
          </w:p>
        </w:tc>
        <w:tc>
          <w:tcPr>
            <w:tcW w:w="9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5E69D70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9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B327FEA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B6236FB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</w:tr>
      <w:tr w:rsidR="00371E59" w:rsidRPr="004564E0" w14:paraId="54E3C73C" w14:textId="77777777">
        <w:trPr>
          <w:cantSplit/>
        </w:trPr>
        <w:tc>
          <w:tcPr>
            <w:tcW w:w="7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8F2B73B" w14:textId="77777777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lang w:val="pl-PL"/>
              </w:rPr>
              <w:t>Słyszenie lub rozumienie mowy w hałasie wpływa na udział w zajęciach.</w:t>
            </w:r>
          </w:p>
        </w:tc>
        <w:tc>
          <w:tcPr>
            <w:tcW w:w="9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26C0828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9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581C96F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F199E89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</w:tr>
      <w:tr w:rsidR="00371E59" w:rsidRPr="004564E0" w14:paraId="18DDE1C5" w14:textId="77777777">
        <w:trPr>
          <w:cantSplit/>
        </w:trPr>
        <w:tc>
          <w:tcPr>
            <w:tcW w:w="7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15F1DFE" w14:textId="77777777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lang w:val="pl-PL"/>
              </w:rPr>
              <w:t>Nadwrażliwość albo obniżona reakcja na dźwięk, światło, dotyk, ruch, zapach lub temperaturę wpływa na funkcjonowanie.</w:t>
            </w:r>
          </w:p>
        </w:tc>
        <w:tc>
          <w:tcPr>
            <w:tcW w:w="9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90E60E7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9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7A870A2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3F5D449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</w:tr>
      <w:tr w:rsidR="00371E59" w:rsidRPr="004564E0" w14:paraId="244020D1" w14:textId="77777777">
        <w:trPr>
          <w:cantSplit/>
        </w:trPr>
        <w:tc>
          <w:tcPr>
            <w:tcW w:w="7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32AEF9A" w14:textId="77777777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lang w:val="pl-PL"/>
              </w:rPr>
              <w:t>Stan zdrowia, ból, napady, alergie, przyjmowane leki lub procedury medyczne wpływają na obecność albo aktywność.</w:t>
            </w:r>
          </w:p>
        </w:tc>
        <w:tc>
          <w:tcPr>
            <w:tcW w:w="9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136A0CA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9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7C347EA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9AAB073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</w:tr>
      <w:tr w:rsidR="00371E59" w:rsidRPr="004564E0" w14:paraId="1667BE0F" w14:textId="77777777">
        <w:trPr>
          <w:cantSplit/>
        </w:trPr>
        <w:tc>
          <w:tcPr>
            <w:tcW w:w="7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B37C146" w14:textId="77777777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lang w:val="pl-PL"/>
              </w:rPr>
              <w:t>Zmęczenie, senność, wydolność lub potrzeba częstych przerw wpływają na wykonywanie zadań.</w:t>
            </w:r>
          </w:p>
        </w:tc>
        <w:tc>
          <w:tcPr>
            <w:tcW w:w="9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4FE81FB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9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2CD5513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A457A0B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</w:tr>
      <w:tr w:rsidR="00371E59" w:rsidRPr="004564E0" w14:paraId="259160E6" w14:textId="77777777">
        <w:trPr>
          <w:cantSplit/>
        </w:trPr>
        <w:tc>
          <w:tcPr>
            <w:tcW w:w="7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4F2F28F" w14:textId="77777777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lang w:val="pl-PL"/>
              </w:rPr>
              <w:t>Trudności z jedzeniem, piciem lub korzystaniem z toalety wymagają dostosowania warunków.</w:t>
            </w:r>
          </w:p>
        </w:tc>
        <w:tc>
          <w:tcPr>
            <w:tcW w:w="9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75018C4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9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6D2CF3F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0659EFF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</w:tr>
      <w:tr w:rsidR="00371E59" w:rsidRPr="004564E0" w14:paraId="05E8F6E6" w14:textId="77777777">
        <w:trPr>
          <w:cantSplit/>
        </w:trPr>
        <w:tc>
          <w:tcPr>
            <w:tcW w:w="7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53F1D3D" w14:textId="77777777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lang w:val="pl-PL"/>
              </w:rPr>
              <w:t>Napięcie emocjonalne, lęk, obniżony nastrój lub silne reakcje stresowe ograniczają uczestniczenie.</w:t>
            </w:r>
          </w:p>
        </w:tc>
        <w:tc>
          <w:tcPr>
            <w:tcW w:w="9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1518426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9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F47A196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A0ED407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</w:tr>
      <w:tr w:rsidR="00371E59" w:rsidRPr="004564E0" w14:paraId="4D6E8F1B" w14:textId="77777777">
        <w:trPr>
          <w:cantSplit/>
        </w:trPr>
        <w:tc>
          <w:tcPr>
            <w:tcW w:w="7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5548DAD" w14:textId="77777777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lang w:val="pl-PL"/>
              </w:rPr>
              <w:t>Zachowania impulsywne, autoagresywne, agresywne lub ucieczkowe powodują ryzyko dla dziecka albo otoczenia.</w:t>
            </w:r>
          </w:p>
        </w:tc>
        <w:tc>
          <w:tcPr>
            <w:tcW w:w="9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7CC0190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9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864B160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5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9F59554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</w:tr>
    </w:tbl>
    <w:p w14:paraId="1099739B" w14:textId="450045BC" w:rsidR="00371E59" w:rsidRPr="0017077F" w:rsidRDefault="00000000">
      <w:pPr>
        <w:pStyle w:val="FormQuestion"/>
        <w:keepNext w:val="0"/>
        <w:keepLines w:val="0"/>
        <w:spacing w:before="120"/>
        <w:rPr>
          <w:b/>
          <w:bCs/>
          <w:lang w:val="pl-PL"/>
        </w:rPr>
      </w:pPr>
      <w:r w:rsidRPr="0017077F">
        <w:rPr>
          <w:b/>
          <w:bCs/>
          <w:lang w:val="pl-PL"/>
        </w:rPr>
        <w:t>Znane placówce informacje o stanie zdrowia oraz ich praktyczne znaczenie dla edukacji, opieki i bezpieczeństwa</w:t>
      </w:r>
      <w:r w:rsidR="0017077F">
        <w:rPr>
          <w:b/>
          <w:bCs/>
          <w:lang w:val="pl-PL"/>
        </w:rPr>
        <w:t>:</w:t>
      </w:r>
    </w:p>
    <w:p w14:paraId="69F4C44B" w14:textId="77777777" w:rsidR="00371E59" w:rsidRDefault="00000000">
      <w:pPr>
        <w:pStyle w:val="ResponseLine"/>
        <w:keepLines w:val="0"/>
        <w:spacing w:after="80"/>
        <w:rPr>
          <w:lang w:val="pl-PL"/>
        </w:rPr>
      </w:pPr>
      <w:r w:rsidRPr="004564E0">
        <w:rPr>
          <w:lang w:val="pl-PL"/>
        </w:rPr>
        <w:t> </w:t>
      </w:r>
    </w:p>
    <w:p w14:paraId="7B48082A" w14:textId="77777777" w:rsidR="004564E0" w:rsidRDefault="004564E0">
      <w:pPr>
        <w:pStyle w:val="ResponseLine"/>
        <w:keepLines w:val="0"/>
        <w:spacing w:after="80"/>
        <w:rPr>
          <w:lang w:val="pl-PL"/>
        </w:rPr>
      </w:pPr>
    </w:p>
    <w:p w14:paraId="40799F06" w14:textId="77777777" w:rsidR="004564E0" w:rsidRPr="004564E0" w:rsidRDefault="004564E0">
      <w:pPr>
        <w:pStyle w:val="ResponseLine"/>
        <w:keepLines w:val="0"/>
        <w:spacing w:after="80"/>
        <w:rPr>
          <w:lang w:val="pl-PL"/>
        </w:rPr>
      </w:pPr>
    </w:p>
    <w:p w14:paraId="6E1B59EB" w14:textId="126572B8" w:rsidR="00371E59" w:rsidRPr="004564E0" w:rsidRDefault="00000000">
      <w:pPr>
        <w:pStyle w:val="Nagwek1"/>
        <w:rPr>
          <w:lang w:val="pl-PL"/>
        </w:rPr>
      </w:pPr>
      <w:r w:rsidRPr="004564E0">
        <w:rPr>
          <w:rFonts w:ascii="Times New Roman" w:eastAsia="Times New Roman" w:hAnsi="Times New Roman"/>
          <w:lang w:val="pl-PL"/>
        </w:rPr>
        <w:t xml:space="preserve">5. Czynniki środowiskowe </w:t>
      </w:r>
      <w:r w:rsidR="004564E0">
        <w:rPr>
          <w:rFonts w:ascii="Times New Roman" w:eastAsia="Times New Roman" w:hAnsi="Times New Roman"/>
          <w:lang w:val="pl-PL"/>
        </w:rPr>
        <w:t>–</w:t>
      </w:r>
      <w:r w:rsidRPr="004564E0">
        <w:rPr>
          <w:rFonts w:ascii="Times New Roman" w:eastAsia="Times New Roman" w:hAnsi="Times New Roman"/>
          <w:lang w:val="pl-PL"/>
        </w:rPr>
        <w:t xml:space="preserve"> bariery i ułatwienia</w:t>
      </w:r>
    </w:p>
    <w:p w14:paraId="2A55830F" w14:textId="636E7A5F" w:rsidR="00371E59" w:rsidRPr="004564E0" w:rsidRDefault="00000000">
      <w:pPr>
        <w:pStyle w:val="FormQuestion"/>
        <w:keepNext w:val="0"/>
        <w:keepLines w:val="0"/>
        <w:spacing w:before="120"/>
        <w:rPr>
          <w:lang w:val="pl-PL"/>
        </w:rPr>
      </w:pPr>
      <w:r w:rsidRPr="004564E0">
        <w:rPr>
          <w:b/>
          <w:lang w:val="pl-PL"/>
        </w:rPr>
        <w:t xml:space="preserve">Najczęściej skuteczne ułatwienia </w:t>
      </w:r>
      <w:r w:rsidR="004564E0">
        <w:rPr>
          <w:b/>
          <w:lang w:val="pl-PL"/>
        </w:rPr>
        <w:t>–</w:t>
      </w:r>
      <w:r w:rsidRPr="004564E0">
        <w:rPr>
          <w:b/>
          <w:lang w:val="pl-PL"/>
        </w:rPr>
        <w:t xml:space="preserve"> proszę zaznaczyć rozwiązania sprawdzone w praktyce</w:t>
      </w:r>
      <w:r w:rsidR="004635D6">
        <w:rPr>
          <w:b/>
          <w:lang w:val="pl-PL"/>
        </w:rPr>
        <w:t>:</w:t>
      </w:r>
    </w:p>
    <w:p w14:paraId="2D91A580" w14:textId="3A8823F8" w:rsidR="00371E59" w:rsidRPr="004564E0" w:rsidRDefault="00000000">
      <w:pPr>
        <w:pStyle w:val="FormOptions"/>
        <w:keepLines w:val="0"/>
        <w:rPr>
          <w:lang w:val="pl-PL"/>
        </w:rPr>
      </w:pPr>
      <w:r w:rsidRPr="004564E0">
        <w:rPr>
          <w:rFonts w:ascii="Segoe UI Symbol" w:eastAsia="Segoe UI Symbol" w:hAnsi="Segoe UI Symbol"/>
          <w:lang w:val="pl-PL"/>
        </w:rPr>
        <w:t>☐</w:t>
      </w:r>
      <w:r w:rsidRPr="004564E0">
        <w:rPr>
          <w:lang w:val="pl-PL"/>
        </w:rPr>
        <w:t xml:space="preserve"> jasne, krótkie polecenia   </w:t>
      </w:r>
      <w:r w:rsidRPr="004564E0">
        <w:rPr>
          <w:rFonts w:ascii="Segoe UI Symbol" w:eastAsia="Segoe UI Symbol" w:hAnsi="Segoe UI Symbol"/>
          <w:lang w:val="pl-PL"/>
        </w:rPr>
        <w:t>☐</w:t>
      </w:r>
      <w:r w:rsidRPr="004564E0">
        <w:rPr>
          <w:lang w:val="pl-PL"/>
        </w:rPr>
        <w:t xml:space="preserve"> podział zadania na etapy   </w:t>
      </w:r>
      <w:r w:rsidRPr="004564E0">
        <w:rPr>
          <w:rFonts w:ascii="Segoe UI Symbol" w:eastAsia="Segoe UI Symbol" w:hAnsi="Segoe UI Symbol"/>
          <w:lang w:val="pl-PL"/>
        </w:rPr>
        <w:t>☐</w:t>
      </w:r>
      <w:r w:rsidRPr="004564E0">
        <w:rPr>
          <w:lang w:val="pl-PL"/>
        </w:rPr>
        <w:t xml:space="preserve"> więcej czasu   </w:t>
      </w:r>
      <w:r w:rsidRPr="004564E0">
        <w:rPr>
          <w:rFonts w:ascii="Segoe UI Symbol" w:eastAsia="Segoe UI Symbol" w:hAnsi="Segoe UI Symbol"/>
          <w:lang w:val="pl-PL"/>
        </w:rPr>
        <w:t>☐</w:t>
      </w:r>
      <w:r w:rsidRPr="004564E0">
        <w:rPr>
          <w:lang w:val="pl-PL"/>
        </w:rPr>
        <w:t xml:space="preserve"> ograniczenie bodźców   </w:t>
      </w:r>
      <w:r w:rsidRPr="004564E0">
        <w:rPr>
          <w:rFonts w:ascii="Segoe UI Symbol" w:eastAsia="Segoe UI Symbol" w:hAnsi="Segoe UI Symbol"/>
          <w:lang w:val="pl-PL"/>
        </w:rPr>
        <w:t>☐</w:t>
      </w:r>
      <w:r w:rsidRPr="004564E0">
        <w:rPr>
          <w:lang w:val="pl-PL"/>
        </w:rPr>
        <w:t xml:space="preserve"> przerwa   </w:t>
      </w:r>
      <w:r w:rsidRPr="004564E0">
        <w:rPr>
          <w:rFonts w:ascii="Segoe UI Symbol" w:eastAsia="Segoe UI Symbol" w:hAnsi="Segoe UI Symbol"/>
          <w:lang w:val="pl-PL"/>
        </w:rPr>
        <w:t>☐</w:t>
      </w:r>
      <w:r w:rsidRPr="004564E0">
        <w:rPr>
          <w:lang w:val="pl-PL"/>
        </w:rPr>
        <w:t xml:space="preserve"> wzór lub plan działania   </w:t>
      </w:r>
      <w:r w:rsidRPr="004564E0">
        <w:rPr>
          <w:rFonts w:ascii="Segoe UI Symbol" w:eastAsia="Segoe UI Symbol" w:hAnsi="Segoe UI Symbol"/>
          <w:lang w:val="pl-PL"/>
        </w:rPr>
        <w:t>☐</w:t>
      </w:r>
      <w:r w:rsidRPr="004564E0">
        <w:rPr>
          <w:lang w:val="pl-PL"/>
        </w:rPr>
        <w:t xml:space="preserve"> sprawdzenie zrozumienia   </w:t>
      </w:r>
      <w:r w:rsidRPr="004564E0">
        <w:rPr>
          <w:rFonts w:ascii="Segoe UI Symbol" w:eastAsia="Segoe UI Symbol" w:hAnsi="Segoe UI Symbol"/>
          <w:lang w:val="pl-PL"/>
        </w:rPr>
        <w:t>☐</w:t>
      </w:r>
      <w:r w:rsidRPr="004564E0">
        <w:rPr>
          <w:lang w:val="pl-PL"/>
        </w:rPr>
        <w:t xml:space="preserve"> wsparcie indywidualne   </w:t>
      </w:r>
      <w:r w:rsidRPr="004564E0">
        <w:rPr>
          <w:rFonts w:ascii="Segoe UI Symbol" w:eastAsia="Segoe UI Symbol" w:hAnsi="Segoe UI Symbol"/>
          <w:lang w:val="pl-PL"/>
        </w:rPr>
        <w:t>☐</w:t>
      </w:r>
      <w:r w:rsidRPr="004564E0">
        <w:rPr>
          <w:lang w:val="pl-PL"/>
        </w:rPr>
        <w:t xml:space="preserve"> pozytywne wzmocnienie   </w:t>
      </w:r>
      <w:r w:rsidRPr="004564E0">
        <w:rPr>
          <w:rFonts w:ascii="Segoe UI Symbol" w:eastAsia="Segoe UI Symbol" w:hAnsi="Segoe UI Symbol"/>
          <w:lang w:val="pl-PL"/>
        </w:rPr>
        <w:t>☐</w:t>
      </w:r>
      <w:r w:rsidRPr="004564E0">
        <w:rPr>
          <w:lang w:val="pl-PL"/>
        </w:rPr>
        <w:t xml:space="preserve"> pomoce wizualne / AAC   </w:t>
      </w:r>
      <w:r w:rsidR="004564E0">
        <w:rPr>
          <w:lang w:val="pl-PL"/>
        </w:rPr>
        <w:br/>
      </w:r>
      <w:r w:rsidRPr="004564E0">
        <w:rPr>
          <w:rFonts w:ascii="Segoe UI Symbol" w:eastAsia="Segoe UI Symbol" w:hAnsi="Segoe UI Symbol"/>
          <w:lang w:val="pl-PL"/>
        </w:rPr>
        <w:t>☐</w:t>
      </w:r>
      <w:r w:rsidRPr="004564E0">
        <w:rPr>
          <w:lang w:val="pl-PL"/>
        </w:rPr>
        <w:t xml:space="preserve"> inne: ____________________</w:t>
      </w:r>
    </w:p>
    <w:p w14:paraId="4786EB2D" w14:textId="2059782A" w:rsidR="00371E59" w:rsidRPr="004564E0" w:rsidRDefault="00000000">
      <w:pPr>
        <w:pStyle w:val="FormQuestion"/>
        <w:keepNext w:val="0"/>
        <w:keepLines w:val="0"/>
        <w:spacing w:before="120"/>
        <w:rPr>
          <w:lang w:val="pl-PL"/>
        </w:rPr>
      </w:pPr>
      <w:r w:rsidRPr="004564E0">
        <w:rPr>
          <w:b/>
          <w:lang w:val="pl-PL"/>
        </w:rPr>
        <w:t>Warunki najczęściej nasilające trudności</w:t>
      </w:r>
      <w:r w:rsidR="004635D6">
        <w:rPr>
          <w:b/>
          <w:lang w:val="pl-PL"/>
        </w:rPr>
        <w:t>:</w:t>
      </w:r>
    </w:p>
    <w:p w14:paraId="1DF908B9" w14:textId="23639B15" w:rsidR="00371E59" w:rsidRPr="004564E0" w:rsidRDefault="00000000" w:rsidP="0017077F">
      <w:pPr>
        <w:pStyle w:val="FormOptions"/>
        <w:keepLines w:val="0"/>
        <w:spacing w:after="120"/>
        <w:rPr>
          <w:lang w:val="pl-PL"/>
        </w:rPr>
      </w:pPr>
      <w:r w:rsidRPr="004564E0">
        <w:rPr>
          <w:rFonts w:ascii="Segoe UI Symbol" w:eastAsia="Segoe UI Symbol" w:hAnsi="Segoe UI Symbol"/>
          <w:lang w:val="pl-PL"/>
        </w:rPr>
        <w:t>☐</w:t>
      </w:r>
      <w:r w:rsidRPr="004564E0">
        <w:rPr>
          <w:lang w:val="pl-PL"/>
        </w:rPr>
        <w:t xml:space="preserve"> hałas i liczna grupa   </w:t>
      </w:r>
      <w:r w:rsidRPr="004564E0">
        <w:rPr>
          <w:rFonts w:ascii="Segoe UI Symbol" w:eastAsia="Segoe UI Symbol" w:hAnsi="Segoe UI Symbol"/>
          <w:lang w:val="pl-PL"/>
        </w:rPr>
        <w:t>☐</w:t>
      </w:r>
      <w:r w:rsidRPr="004564E0">
        <w:rPr>
          <w:lang w:val="pl-PL"/>
        </w:rPr>
        <w:t xml:space="preserve"> kilka poleceń naraz   </w:t>
      </w:r>
      <w:r w:rsidRPr="004564E0">
        <w:rPr>
          <w:rFonts w:ascii="Segoe UI Symbol" w:eastAsia="Segoe UI Symbol" w:hAnsi="Segoe UI Symbol"/>
          <w:lang w:val="pl-PL"/>
        </w:rPr>
        <w:t>☐</w:t>
      </w:r>
      <w:r w:rsidRPr="004564E0">
        <w:rPr>
          <w:lang w:val="pl-PL"/>
        </w:rPr>
        <w:t xml:space="preserve"> długa aktywność   </w:t>
      </w:r>
      <w:r w:rsidRPr="004564E0">
        <w:rPr>
          <w:rFonts w:ascii="Segoe UI Symbol" w:eastAsia="Segoe UI Symbol" w:hAnsi="Segoe UI Symbol"/>
          <w:lang w:val="pl-PL"/>
        </w:rPr>
        <w:t>☐</w:t>
      </w:r>
      <w:r w:rsidRPr="004564E0">
        <w:rPr>
          <w:lang w:val="pl-PL"/>
        </w:rPr>
        <w:t xml:space="preserve"> zadanie przy stoliku   </w:t>
      </w:r>
      <w:r w:rsidRPr="004564E0">
        <w:rPr>
          <w:rFonts w:ascii="Segoe UI Symbol" w:eastAsia="Segoe UI Symbol" w:hAnsi="Segoe UI Symbol"/>
          <w:lang w:val="pl-PL"/>
        </w:rPr>
        <w:t>☐</w:t>
      </w:r>
      <w:r w:rsidRPr="004564E0">
        <w:rPr>
          <w:lang w:val="pl-PL"/>
        </w:rPr>
        <w:t xml:space="preserve"> zmiana planu   </w:t>
      </w:r>
      <w:r w:rsidRPr="004564E0">
        <w:rPr>
          <w:rFonts w:ascii="Segoe UI Symbol" w:eastAsia="Segoe UI Symbol" w:hAnsi="Segoe UI Symbol"/>
          <w:lang w:val="pl-PL"/>
        </w:rPr>
        <w:t>☐</w:t>
      </w:r>
      <w:r w:rsidRPr="004564E0">
        <w:rPr>
          <w:lang w:val="pl-PL"/>
        </w:rPr>
        <w:t xml:space="preserve"> oczekiwanie   </w:t>
      </w:r>
      <w:r w:rsidR="004635D6">
        <w:rPr>
          <w:lang w:val="pl-PL"/>
        </w:rPr>
        <w:br/>
      </w:r>
      <w:r w:rsidRPr="004564E0">
        <w:rPr>
          <w:rFonts w:ascii="Segoe UI Symbol" w:eastAsia="Segoe UI Symbol" w:hAnsi="Segoe UI Symbol"/>
          <w:lang w:val="pl-PL"/>
        </w:rPr>
        <w:t>☐</w:t>
      </w:r>
      <w:r w:rsidRPr="004564E0">
        <w:rPr>
          <w:lang w:val="pl-PL"/>
        </w:rPr>
        <w:t xml:space="preserve"> konflikt   </w:t>
      </w:r>
      <w:r w:rsidRPr="004564E0">
        <w:rPr>
          <w:rFonts w:ascii="Segoe UI Symbol" w:eastAsia="Segoe UI Symbol" w:hAnsi="Segoe UI Symbol"/>
          <w:lang w:val="pl-PL"/>
        </w:rPr>
        <w:t>☐</w:t>
      </w:r>
      <w:r w:rsidRPr="004564E0">
        <w:rPr>
          <w:lang w:val="pl-PL"/>
        </w:rPr>
        <w:t xml:space="preserve"> zmęczenie   </w:t>
      </w:r>
      <w:r w:rsidRPr="004564E0">
        <w:rPr>
          <w:rFonts w:ascii="Segoe UI Symbol" w:eastAsia="Segoe UI Symbol" w:hAnsi="Segoe UI Symbol"/>
          <w:lang w:val="pl-PL"/>
        </w:rPr>
        <w:t>☐</w:t>
      </w:r>
      <w:r w:rsidRPr="004564E0">
        <w:rPr>
          <w:lang w:val="pl-PL"/>
        </w:rPr>
        <w:t xml:space="preserve"> rozstanie z opiekunem   </w:t>
      </w:r>
      <w:r w:rsidRPr="004564E0">
        <w:rPr>
          <w:rFonts w:ascii="Segoe UI Symbol" w:eastAsia="Segoe UI Symbol" w:hAnsi="Segoe UI Symbol"/>
          <w:lang w:val="pl-PL"/>
        </w:rPr>
        <w:t>☐</w:t>
      </w:r>
      <w:r w:rsidRPr="004564E0">
        <w:rPr>
          <w:lang w:val="pl-PL"/>
        </w:rPr>
        <w:t xml:space="preserve"> nowe miejsce lub osoba   </w:t>
      </w:r>
      <w:r w:rsidRPr="004564E0">
        <w:rPr>
          <w:rFonts w:ascii="Segoe UI Symbol" w:eastAsia="Segoe UI Symbol" w:hAnsi="Segoe UI Symbol"/>
          <w:lang w:val="pl-PL"/>
        </w:rPr>
        <w:t>☐</w:t>
      </w:r>
      <w:r w:rsidRPr="004564E0">
        <w:rPr>
          <w:lang w:val="pl-PL"/>
        </w:rPr>
        <w:t xml:space="preserve"> inne: ____________________</w:t>
      </w:r>
    </w:p>
    <w:tbl>
      <w:tblPr>
        <w:tblW w:w="10490" w:type="dxa"/>
        <w:tblInd w:w="-8" w:type="dxa"/>
        <w:tblBorders>
          <w:top w:val="single" w:sz="6" w:space="0" w:color="A7BAC6"/>
          <w:left w:val="single" w:sz="6" w:space="0" w:color="A7BAC6"/>
          <w:bottom w:val="single" w:sz="6" w:space="0" w:color="A7BAC6"/>
          <w:right w:val="single" w:sz="6" w:space="0" w:color="A7BAC6"/>
          <w:insideH w:val="single" w:sz="6" w:space="0" w:color="A7BAC6"/>
          <w:insideV w:val="single" w:sz="6" w:space="0" w:color="A7BAC6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2693"/>
        <w:gridCol w:w="2241"/>
        <w:gridCol w:w="2862"/>
      </w:tblGrid>
      <w:tr w:rsidR="00371E59" w:rsidRPr="004564E0" w14:paraId="40BF9E97" w14:textId="77777777" w:rsidTr="00D86596">
        <w:trPr>
          <w:cantSplit/>
          <w:tblHeader/>
        </w:trPr>
        <w:tc>
          <w:tcPr>
            <w:tcW w:w="2694" w:type="dxa"/>
            <w:shd w:val="clear" w:color="auto" w:fill="E8F1F5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5D05FD8" w14:textId="77777777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b/>
                <w:lang w:val="pl-PL"/>
              </w:rPr>
              <w:t>Obszar środowiska</w:t>
            </w:r>
          </w:p>
        </w:tc>
        <w:tc>
          <w:tcPr>
            <w:tcW w:w="2693" w:type="dxa"/>
            <w:shd w:val="clear" w:color="auto" w:fill="E8F1F5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5F9DBFA" w14:textId="77777777" w:rsidR="00371E59" w:rsidRPr="004564E0" w:rsidRDefault="00000000" w:rsidP="00CF152D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b/>
                <w:lang w:val="pl-PL"/>
              </w:rPr>
              <w:t>Co ułatwia funkcjonowanie?</w:t>
            </w:r>
          </w:p>
        </w:tc>
        <w:tc>
          <w:tcPr>
            <w:tcW w:w="2241" w:type="dxa"/>
            <w:shd w:val="clear" w:color="auto" w:fill="E8F1F5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D78DF0F" w14:textId="77777777" w:rsidR="00371E59" w:rsidRPr="004564E0" w:rsidRDefault="00000000" w:rsidP="00CF152D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b/>
                <w:lang w:val="pl-PL"/>
              </w:rPr>
              <w:t>Co stanowi barierę?</w:t>
            </w:r>
          </w:p>
        </w:tc>
        <w:tc>
          <w:tcPr>
            <w:tcW w:w="2862" w:type="dxa"/>
            <w:shd w:val="clear" w:color="auto" w:fill="E8F1F5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112291A" w14:textId="77777777" w:rsidR="00371E59" w:rsidRPr="004564E0" w:rsidRDefault="00000000" w:rsidP="00CF152D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b/>
                <w:lang w:val="pl-PL"/>
              </w:rPr>
              <w:t>Jaka zmiana jest potrzebna?</w:t>
            </w:r>
          </w:p>
        </w:tc>
      </w:tr>
      <w:tr w:rsidR="00371E59" w:rsidRPr="004564E0" w14:paraId="3FAECBB3" w14:textId="77777777" w:rsidTr="00D86596">
        <w:trPr>
          <w:cantSplit/>
          <w:trHeight w:val="454"/>
        </w:trPr>
        <w:tc>
          <w:tcPr>
            <w:tcW w:w="2694" w:type="dxa"/>
            <w:shd w:val="clear" w:color="auto" w:fill="F2F6F8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233E006" w14:textId="74527DEA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b/>
                <w:lang w:val="pl-PL"/>
              </w:rPr>
              <w:t>Przestrzeń</w:t>
            </w:r>
            <w:r w:rsidR="00D86596">
              <w:rPr>
                <w:b/>
                <w:lang w:val="pl-PL"/>
              </w:rPr>
              <w:t xml:space="preserve"> </w:t>
            </w:r>
            <w:r w:rsidRPr="004564E0">
              <w:rPr>
                <w:b/>
                <w:lang w:val="pl-PL"/>
              </w:rPr>
              <w:t>i bezpieczeństwo</w:t>
            </w:r>
          </w:p>
        </w:tc>
        <w:tc>
          <w:tcPr>
            <w:tcW w:w="2693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B25FF7F" w14:textId="77777777" w:rsidR="00371E59" w:rsidRPr="004564E0" w:rsidRDefault="00371E59">
            <w:pPr>
              <w:spacing w:before="0"/>
              <w:jc w:val="left"/>
              <w:rPr>
                <w:lang w:val="pl-PL"/>
              </w:rPr>
            </w:pPr>
          </w:p>
        </w:tc>
        <w:tc>
          <w:tcPr>
            <w:tcW w:w="2241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BC7A99E" w14:textId="77777777" w:rsidR="00371E59" w:rsidRPr="004564E0" w:rsidRDefault="00371E59">
            <w:pPr>
              <w:spacing w:before="0"/>
              <w:jc w:val="left"/>
              <w:rPr>
                <w:lang w:val="pl-PL"/>
              </w:rPr>
            </w:pPr>
          </w:p>
        </w:tc>
        <w:tc>
          <w:tcPr>
            <w:tcW w:w="2862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5C2DD41" w14:textId="77777777" w:rsidR="00371E59" w:rsidRPr="004564E0" w:rsidRDefault="00371E59">
            <w:pPr>
              <w:spacing w:before="0"/>
              <w:jc w:val="left"/>
              <w:rPr>
                <w:lang w:val="pl-PL"/>
              </w:rPr>
            </w:pPr>
          </w:p>
        </w:tc>
      </w:tr>
      <w:tr w:rsidR="00371E59" w:rsidRPr="002534F8" w14:paraId="6B488B4F" w14:textId="77777777" w:rsidTr="00D86596">
        <w:trPr>
          <w:cantSplit/>
          <w:trHeight w:val="454"/>
        </w:trPr>
        <w:tc>
          <w:tcPr>
            <w:tcW w:w="2694" w:type="dxa"/>
            <w:shd w:val="clear" w:color="auto" w:fill="F2F6F8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FC957A3" w14:textId="77777777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b/>
                <w:lang w:val="pl-PL"/>
              </w:rPr>
              <w:lastRenderedPageBreak/>
              <w:t>Hałas, światło, liczebność grupy/klasy i tempo</w:t>
            </w:r>
          </w:p>
        </w:tc>
        <w:tc>
          <w:tcPr>
            <w:tcW w:w="2693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A33D83D" w14:textId="77777777" w:rsidR="00371E59" w:rsidRPr="004564E0" w:rsidRDefault="00371E59">
            <w:pPr>
              <w:spacing w:before="0"/>
              <w:jc w:val="left"/>
              <w:rPr>
                <w:lang w:val="pl-PL"/>
              </w:rPr>
            </w:pPr>
          </w:p>
        </w:tc>
        <w:tc>
          <w:tcPr>
            <w:tcW w:w="2241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1FB75B4" w14:textId="77777777" w:rsidR="00371E59" w:rsidRPr="004564E0" w:rsidRDefault="00371E59">
            <w:pPr>
              <w:spacing w:before="0"/>
              <w:jc w:val="left"/>
              <w:rPr>
                <w:lang w:val="pl-PL"/>
              </w:rPr>
            </w:pPr>
          </w:p>
        </w:tc>
        <w:tc>
          <w:tcPr>
            <w:tcW w:w="2862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6DF3030" w14:textId="77777777" w:rsidR="00371E59" w:rsidRPr="004564E0" w:rsidRDefault="00371E59">
            <w:pPr>
              <w:spacing w:before="0"/>
              <w:jc w:val="left"/>
              <w:rPr>
                <w:lang w:val="pl-PL"/>
              </w:rPr>
            </w:pPr>
          </w:p>
        </w:tc>
      </w:tr>
      <w:tr w:rsidR="00371E59" w:rsidRPr="002534F8" w14:paraId="4AA94F49" w14:textId="77777777" w:rsidTr="00D86596">
        <w:trPr>
          <w:cantSplit/>
          <w:trHeight w:val="454"/>
        </w:trPr>
        <w:tc>
          <w:tcPr>
            <w:tcW w:w="2694" w:type="dxa"/>
            <w:shd w:val="clear" w:color="auto" w:fill="F2F6F8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91548DD" w14:textId="77777777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b/>
                <w:lang w:val="pl-PL"/>
              </w:rPr>
              <w:t>Sposób komunikowania poleceń i informacji</w:t>
            </w:r>
          </w:p>
        </w:tc>
        <w:tc>
          <w:tcPr>
            <w:tcW w:w="2693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099272B" w14:textId="77777777" w:rsidR="00371E59" w:rsidRPr="004564E0" w:rsidRDefault="00371E59">
            <w:pPr>
              <w:spacing w:before="0"/>
              <w:jc w:val="left"/>
              <w:rPr>
                <w:lang w:val="pl-PL"/>
              </w:rPr>
            </w:pPr>
          </w:p>
        </w:tc>
        <w:tc>
          <w:tcPr>
            <w:tcW w:w="2241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E807124" w14:textId="77777777" w:rsidR="00371E59" w:rsidRPr="004564E0" w:rsidRDefault="00371E59">
            <w:pPr>
              <w:spacing w:before="0"/>
              <w:jc w:val="left"/>
              <w:rPr>
                <w:lang w:val="pl-PL"/>
              </w:rPr>
            </w:pPr>
          </w:p>
        </w:tc>
        <w:tc>
          <w:tcPr>
            <w:tcW w:w="2862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08147B9" w14:textId="77777777" w:rsidR="00371E59" w:rsidRPr="004564E0" w:rsidRDefault="00371E59">
            <w:pPr>
              <w:spacing w:before="0"/>
              <w:jc w:val="left"/>
              <w:rPr>
                <w:lang w:val="pl-PL"/>
              </w:rPr>
            </w:pPr>
          </w:p>
        </w:tc>
      </w:tr>
      <w:tr w:rsidR="00371E59" w:rsidRPr="002534F8" w14:paraId="1EAF598C" w14:textId="77777777" w:rsidTr="00D86596">
        <w:trPr>
          <w:cantSplit/>
          <w:trHeight w:val="454"/>
        </w:trPr>
        <w:tc>
          <w:tcPr>
            <w:tcW w:w="2694" w:type="dxa"/>
            <w:shd w:val="clear" w:color="auto" w:fill="F2F6F8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C537D82" w14:textId="77777777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b/>
                <w:lang w:val="pl-PL"/>
              </w:rPr>
              <w:t>Organizacja zajęć, przerw, planu i zmian</w:t>
            </w:r>
          </w:p>
        </w:tc>
        <w:tc>
          <w:tcPr>
            <w:tcW w:w="2693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A02C3D7" w14:textId="77777777" w:rsidR="00371E59" w:rsidRPr="004564E0" w:rsidRDefault="00371E59">
            <w:pPr>
              <w:spacing w:before="0"/>
              <w:jc w:val="left"/>
              <w:rPr>
                <w:lang w:val="pl-PL"/>
              </w:rPr>
            </w:pPr>
          </w:p>
        </w:tc>
        <w:tc>
          <w:tcPr>
            <w:tcW w:w="2241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71FB9E4" w14:textId="77777777" w:rsidR="00371E59" w:rsidRPr="004564E0" w:rsidRDefault="00371E59">
            <w:pPr>
              <w:spacing w:before="0"/>
              <w:jc w:val="left"/>
              <w:rPr>
                <w:lang w:val="pl-PL"/>
              </w:rPr>
            </w:pPr>
          </w:p>
        </w:tc>
        <w:tc>
          <w:tcPr>
            <w:tcW w:w="2862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72B2ECE" w14:textId="77777777" w:rsidR="00371E59" w:rsidRPr="004564E0" w:rsidRDefault="00371E59">
            <w:pPr>
              <w:spacing w:before="0"/>
              <w:jc w:val="left"/>
              <w:rPr>
                <w:lang w:val="pl-PL"/>
              </w:rPr>
            </w:pPr>
          </w:p>
        </w:tc>
      </w:tr>
      <w:tr w:rsidR="00371E59" w:rsidRPr="002534F8" w14:paraId="0102834B" w14:textId="77777777" w:rsidTr="00D86596">
        <w:trPr>
          <w:cantSplit/>
          <w:trHeight w:val="454"/>
        </w:trPr>
        <w:tc>
          <w:tcPr>
            <w:tcW w:w="2694" w:type="dxa"/>
            <w:shd w:val="clear" w:color="auto" w:fill="F2F6F8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80B18FD" w14:textId="77777777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b/>
                <w:lang w:val="pl-PL"/>
              </w:rPr>
              <w:t>Relacje z rówieśnikami i dorosłymi</w:t>
            </w:r>
          </w:p>
        </w:tc>
        <w:tc>
          <w:tcPr>
            <w:tcW w:w="2693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CCA8689" w14:textId="77777777" w:rsidR="00371E59" w:rsidRPr="004564E0" w:rsidRDefault="00371E59">
            <w:pPr>
              <w:spacing w:before="0"/>
              <w:jc w:val="left"/>
              <w:rPr>
                <w:lang w:val="pl-PL"/>
              </w:rPr>
            </w:pPr>
          </w:p>
        </w:tc>
        <w:tc>
          <w:tcPr>
            <w:tcW w:w="2241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09833CD" w14:textId="77777777" w:rsidR="00371E59" w:rsidRPr="004564E0" w:rsidRDefault="00371E59">
            <w:pPr>
              <w:spacing w:before="0"/>
              <w:jc w:val="left"/>
              <w:rPr>
                <w:lang w:val="pl-PL"/>
              </w:rPr>
            </w:pPr>
          </w:p>
        </w:tc>
        <w:tc>
          <w:tcPr>
            <w:tcW w:w="2862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A080707" w14:textId="77777777" w:rsidR="00371E59" w:rsidRPr="004564E0" w:rsidRDefault="00371E59">
            <w:pPr>
              <w:spacing w:before="0"/>
              <w:jc w:val="left"/>
              <w:rPr>
                <w:lang w:val="pl-PL"/>
              </w:rPr>
            </w:pPr>
          </w:p>
        </w:tc>
      </w:tr>
      <w:tr w:rsidR="00371E59" w:rsidRPr="002534F8" w14:paraId="0A0CA4A5" w14:textId="77777777" w:rsidTr="00D86596">
        <w:trPr>
          <w:cantSplit/>
          <w:trHeight w:val="454"/>
        </w:trPr>
        <w:tc>
          <w:tcPr>
            <w:tcW w:w="2694" w:type="dxa"/>
            <w:shd w:val="clear" w:color="auto" w:fill="F2F6F8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8738F5D" w14:textId="77777777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b/>
                <w:lang w:val="pl-PL"/>
              </w:rPr>
              <w:t>Pomoce, technologie, AAC, sprzęt lub materiały</w:t>
            </w:r>
          </w:p>
        </w:tc>
        <w:tc>
          <w:tcPr>
            <w:tcW w:w="2693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44FC8B0" w14:textId="77777777" w:rsidR="00371E59" w:rsidRPr="004564E0" w:rsidRDefault="00371E59">
            <w:pPr>
              <w:spacing w:before="0"/>
              <w:jc w:val="left"/>
              <w:rPr>
                <w:lang w:val="pl-PL"/>
              </w:rPr>
            </w:pPr>
          </w:p>
        </w:tc>
        <w:tc>
          <w:tcPr>
            <w:tcW w:w="2241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3D2EE70" w14:textId="77777777" w:rsidR="00371E59" w:rsidRPr="004564E0" w:rsidRDefault="00371E59">
            <w:pPr>
              <w:spacing w:before="0"/>
              <w:jc w:val="left"/>
              <w:rPr>
                <w:lang w:val="pl-PL"/>
              </w:rPr>
            </w:pPr>
          </w:p>
        </w:tc>
        <w:tc>
          <w:tcPr>
            <w:tcW w:w="2862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E122B1C" w14:textId="77777777" w:rsidR="00371E59" w:rsidRPr="004564E0" w:rsidRDefault="00371E59">
            <w:pPr>
              <w:spacing w:before="0"/>
              <w:jc w:val="left"/>
              <w:rPr>
                <w:lang w:val="pl-PL"/>
              </w:rPr>
            </w:pPr>
          </w:p>
        </w:tc>
      </w:tr>
      <w:tr w:rsidR="00371E59" w:rsidRPr="002534F8" w14:paraId="6DC243E2" w14:textId="77777777" w:rsidTr="00D86596">
        <w:trPr>
          <w:cantSplit/>
          <w:trHeight w:val="454"/>
        </w:trPr>
        <w:tc>
          <w:tcPr>
            <w:tcW w:w="2694" w:type="dxa"/>
            <w:shd w:val="clear" w:color="auto" w:fill="F2F6F8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2150EC2" w14:textId="77777777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b/>
                <w:lang w:val="pl-PL"/>
              </w:rPr>
              <w:t>Współpraca z rodziną i specjalistami</w:t>
            </w:r>
          </w:p>
        </w:tc>
        <w:tc>
          <w:tcPr>
            <w:tcW w:w="2693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CE3E087" w14:textId="77777777" w:rsidR="00371E59" w:rsidRPr="004564E0" w:rsidRDefault="00371E59">
            <w:pPr>
              <w:spacing w:before="0"/>
              <w:jc w:val="left"/>
              <w:rPr>
                <w:lang w:val="pl-PL"/>
              </w:rPr>
            </w:pPr>
          </w:p>
        </w:tc>
        <w:tc>
          <w:tcPr>
            <w:tcW w:w="2241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D29496C" w14:textId="77777777" w:rsidR="00371E59" w:rsidRPr="004564E0" w:rsidRDefault="00371E59">
            <w:pPr>
              <w:spacing w:before="0"/>
              <w:jc w:val="left"/>
              <w:rPr>
                <w:lang w:val="pl-PL"/>
              </w:rPr>
            </w:pPr>
          </w:p>
        </w:tc>
        <w:tc>
          <w:tcPr>
            <w:tcW w:w="2862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3F29EC8" w14:textId="77777777" w:rsidR="00371E59" w:rsidRPr="004564E0" w:rsidRDefault="00371E59">
            <w:pPr>
              <w:spacing w:before="0"/>
              <w:jc w:val="left"/>
              <w:rPr>
                <w:lang w:val="pl-PL"/>
              </w:rPr>
            </w:pPr>
          </w:p>
        </w:tc>
      </w:tr>
    </w:tbl>
    <w:p w14:paraId="50B31E26" w14:textId="77777777" w:rsidR="00371E59" w:rsidRPr="004564E0" w:rsidRDefault="00371E59">
      <w:pPr>
        <w:rPr>
          <w:lang w:val="pl-PL"/>
        </w:rPr>
      </w:pPr>
    </w:p>
    <w:p w14:paraId="311DECA5" w14:textId="04B28764" w:rsidR="00371E59" w:rsidRPr="004564E0" w:rsidRDefault="00000000" w:rsidP="004564E0">
      <w:pPr>
        <w:pStyle w:val="Nagwek2"/>
        <w:jc w:val="center"/>
        <w:rPr>
          <w:lang w:val="pl-PL"/>
        </w:rPr>
      </w:pPr>
      <w:r w:rsidRPr="004564E0">
        <w:rPr>
          <w:rFonts w:ascii="Times New Roman" w:eastAsia="Times New Roman" w:hAnsi="Times New Roman"/>
          <w:lang w:val="pl-PL"/>
        </w:rPr>
        <w:t xml:space="preserve">Dodatkowe informacje w przypadku dziecka słabowidzącego / niewidomego lub słabosłyszącego / niesłyszącego </w:t>
      </w:r>
      <w:r w:rsidR="004564E0">
        <w:rPr>
          <w:rFonts w:ascii="Times New Roman" w:eastAsia="Times New Roman" w:hAnsi="Times New Roman"/>
          <w:lang w:val="pl-PL"/>
        </w:rPr>
        <w:t>–</w:t>
      </w:r>
      <w:r w:rsidRPr="004564E0">
        <w:rPr>
          <w:rFonts w:ascii="Times New Roman" w:eastAsia="Times New Roman" w:hAnsi="Times New Roman"/>
          <w:lang w:val="pl-PL"/>
        </w:rPr>
        <w:t xml:space="preserve"> jeżeli dotyczy</w:t>
      </w:r>
      <w:r w:rsidR="004564E0">
        <w:rPr>
          <w:rFonts w:ascii="Times New Roman" w:eastAsia="Times New Roman" w:hAnsi="Times New Roman"/>
          <w:lang w:val="pl-PL"/>
        </w:rPr>
        <w:t xml:space="preserve">. </w:t>
      </w:r>
      <w:r w:rsidRPr="004564E0">
        <w:rPr>
          <w:rFonts w:ascii="Times New Roman" w:eastAsia="Times New Roman" w:hAnsi="Times New Roman"/>
          <w:b w:val="0"/>
          <w:lang w:val="pl-PL"/>
        </w:rPr>
        <w:t>Wypełnić wyłącznie w zakresie dotyczącym dziecka. Proszę opisywać obserwowalne funkcjonowanie oraz zasoby i bariery środowiska przedszkolnym; dane kliniczne wynikające z dokumentacji medycznej są przekazywane poradni odrębnie.</w:t>
      </w:r>
    </w:p>
    <w:p w14:paraId="640C3B40" w14:textId="3F413478" w:rsidR="00371E59" w:rsidRPr="004564E0" w:rsidRDefault="00000000" w:rsidP="004564E0">
      <w:pPr>
        <w:pStyle w:val="Nagwek3"/>
        <w:spacing w:before="120" w:after="0"/>
        <w:rPr>
          <w:lang w:val="pl-PL"/>
        </w:rPr>
      </w:pPr>
      <w:r w:rsidRPr="004564E0">
        <w:rPr>
          <w:lang w:val="pl-PL"/>
        </w:rPr>
        <w:t>Funkcjonowanie dziecka słabowidzącego lub niewidomego</w:t>
      </w:r>
      <w:r w:rsidR="004635D6">
        <w:rPr>
          <w:lang w:val="pl-PL"/>
        </w:rPr>
        <w:t>:</w:t>
      </w:r>
    </w:p>
    <w:tbl>
      <w:tblPr>
        <w:tblW w:w="10490" w:type="dxa"/>
        <w:tblInd w:w="-8" w:type="dxa"/>
        <w:tblBorders>
          <w:top w:val="single" w:sz="6" w:space="0" w:color="A7BAC6"/>
          <w:left w:val="single" w:sz="6" w:space="0" w:color="A7BAC6"/>
          <w:bottom w:val="single" w:sz="6" w:space="0" w:color="A7BAC6"/>
          <w:right w:val="single" w:sz="6" w:space="0" w:color="A7BAC6"/>
          <w:insideH w:val="single" w:sz="6" w:space="0" w:color="A7BAC6"/>
          <w:insideV w:val="single" w:sz="6" w:space="0" w:color="A7BAC6"/>
        </w:tblBorders>
        <w:tblLayout w:type="fixed"/>
        <w:tblLook w:val="04A0" w:firstRow="1" w:lastRow="0" w:firstColumn="1" w:lastColumn="0" w:noHBand="0" w:noVBand="1"/>
      </w:tblPr>
      <w:tblGrid>
        <w:gridCol w:w="6278"/>
        <w:gridCol w:w="1000"/>
        <w:gridCol w:w="1000"/>
        <w:gridCol w:w="1150"/>
        <w:gridCol w:w="1062"/>
      </w:tblGrid>
      <w:tr w:rsidR="00371E59" w:rsidRPr="004564E0" w14:paraId="5B2DE4BB" w14:textId="77777777" w:rsidTr="004564E0">
        <w:trPr>
          <w:cantSplit/>
          <w:tblHeader/>
        </w:trPr>
        <w:tc>
          <w:tcPr>
            <w:tcW w:w="6278" w:type="dxa"/>
            <w:shd w:val="clear" w:color="auto" w:fill="E8F1F5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449F7C4" w14:textId="77777777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b/>
                <w:lang w:val="pl-PL"/>
              </w:rPr>
              <w:t>Obserwowany aspekt</w:t>
            </w:r>
          </w:p>
        </w:tc>
        <w:tc>
          <w:tcPr>
            <w:tcW w:w="1000" w:type="dxa"/>
            <w:shd w:val="clear" w:color="auto" w:fill="E8F1F5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4B2FB29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b/>
                <w:lang w:val="pl-PL"/>
              </w:rPr>
              <w:t>Bez pomocy</w:t>
            </w:r>
          </w:p>
        </w:tc>
        <w:tc>
          <w:tcPr>
            <w:tcW w:w="1000" w:type="dxa"/>
            <w:shd w:val="clear" w:color="auto" w:fill="E8F1F5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15A2F62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b/>
                <w:lang w:val="pl-PL"/>
              </w:rPr>
              <w:t>Z pomocą</w:t>
            </w:r>
          </w:p>
        </w:tc>
        <w:tc>
          <w:tcPr>
            <w:tcW w:w="1150" w:type="dxa"/>
            <w:shd w:val="clear" w:color="auto" w:fill="E8F1F5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BD89420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b/>
                <w:lang w:val="pl-PL"/>
              </w:rPr>
              <w:t>Trudność</w:t>
            </w:r>
          </w:p>
        </w:tc>
        <w:tc>
          <w:tcPr>
            <w:tcW w:w="1062" w:type="dxa"/>
            <w:shd w:val="clear" w:color="auto" w:fill="E8F1F5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EB75B13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b/>
                <w:lang w:val="pl-PL"/>
              </w:rPr>
              <w:t>N/D lub N/O</w:t>
            </w:r>
          </w:p>
        </w:tc>
      </w:tr>
      <w:tr w:rsidR="00371E59" w:rsidRPr="004564E0" w14:paraId="681261D1" w14:textId="77777777" w:rsidTr="004564E0">
        <w:trPr>
          <w:cantSplit/>
        </w:trPr>
        <w:tc>
          <w:tcPr>
            <w:tcW w:w="6278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AACCB74" w14:textId="77777777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lang w:val="pl-PL"/>
              </w:rPr>
              <w:t>Wykorzystuje wzrok w naturalnych aktywnościach przedszkolnych - jeżeli korzysta ze wzroku funkcjonalnie.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205DBBD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5CB96C9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1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E646E8A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62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DF195F2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</w:tr>
      <w:tr w:rsidR="00371E59" w:rsidRPr="004564E0" w14:paraId="59328449" w14:textId="77777777" w:rsidTr="004564E0">
        <w:trPr>
          <w:cantSplit/>
        </w:trPr>
        <w:tc>
          <w:tcPr>
            <w:tcW w:w="6278" w:type="dxa"/>
            <w:shd w:val="clear" w:color="auto" w:fill="F8FAFB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43F8756" w14:textId="77777777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lang w:val="pl-PL"/>
              </w:rPr>
              <w:t>Wykonuje zadania wymagające patrzenia z bliska, np. oglądanie ilustracji, rysowanie, układanie i praca z kartą.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437C41C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A6B4627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1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06F3A28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62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616F144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</w:tr>
      <w:tr w:rsidR="00371E59" w:rsidRPr="004564E0" w14:paraId="2AB7D98F" w14:textId="77777777" w:rsidTr="004564E0">
        <w:trPr>
          <w:cantSplit/>
        </w:trPr>
        <w:tc>
          <w:tcPr>
            <w:tcW w:w="6278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209C269" w14:textId="77777777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lang w:val="pl-PL"/>
              </w:rPr>
              <w:t>Odczytuje ilustracje, symbole, gesty i informacje prezentowane z większej odległości.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B73DA1C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6834535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1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502D559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62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8BFA208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</w:tr>
      <w:tr w:rsidR="00371E59" w:rsidRPr="004564E0" w14:paraId="3A3AA5B7" w14:textId="77777777" w:rsidTr="004564E0">
        <w:trPr>
          <w:cantSplit/>
        </w:trPr>
        <w:tc>
          <w:tcPr>
            <w:tcW w:w="6278" w:type="dxa"/>
            <w:shd w:val="clear" w:color="auto" w:fill="F8FAFB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A2215D1" w14:textId="77777777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lang w:val="pl-PL"/>
              </w:rPr>
              <w:t>Orientuje się i bezpiecznie porusza w sali, budynku, ogrodzie oraz podczas wyjść.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8ABEF15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6FFD1A5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1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F1A78B1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62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594D84D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</w:tr>
      <w:tr w:rsidR="00371E59" w:rsidRPr="004564E0" w14:paraId="0401E03F" w14:textId="77777777" w:rsidTr="004564E0">
        <w:trPr>
          <w:cantSplit/>
        </w:trPr>
        <w:tc>
          <w:tcPr>
            <w:tcW w:w="6278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6F4299B" w14:textId="77777777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lang w:val="pl-PL"/>
              </w:rPr>
              <w:t>Funkcjonuje przy różnym oświetleniu, kontraście, odblasku i zmęczeniu wzrokowym.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FED0E21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443D458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1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935EAF8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62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483EC01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</w:tr>
      <w:tr w:rsidR="00371E59" w:rsidRPr="004564E0" w14:paraId="71E9B39D" w14:textId="77777777" w:rsidTr="004564E0">
        <w:trPr>
          <w:cantSplit/>
        </w:trPr>
        <w:tc>
          <w:tcPr>
            <w:tcW w:w="6278" w:type="dxa"/>
            <w:shd w:val="clear" w:color="auto" w:fill="F8FAFB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7048A5B" w14:textId="77777777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lang w:val="pl-PL"/>
              </w:rPr>
              <w:t>Korzysta z dotyku, słuchu i innych sposobów kompensacyjnych podczas zabawy i uczenia się.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43CAB1C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67D3A26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1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D2C89A4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62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0A91726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</w:tr>
    </w:tbl>
    <w:p w14:paraId="6A8DD17F" w14:textId="2DD59C2D" w:rsidR="00371E59" w:rsidRPr="004564E0" w:rsidRDefault="00000000">
      <w:pPr>
        <w:pStyle w:val="FormQuestion"/>
        <w:keepNext w:val="0"/>
        <w:keepLines w:val="0"/>
        <w:spacing w:before="120"/>
        <w:rPr>
          <w:lang w:val="pl-PL"/>
        </w:rPr>
      </w:pPr>
      <w:r w:rsidRPr="004564E0">
        <w:rPr>
          <w:lang w:val="pl-PL"/>
        </w:rPr>
        <w:t xml:space="preserve">Trudności w dostępie do ilustracji, materiałów do zabawy i uczenia się oraz informacji organizacyjnych </w:t>
      </w:r>
      <w:r w:rsidR="004635D6">
        <w:rPr>
          <w:lang w:val="pl-PL"/>
        </w:rPr>
        <w:t>–</w:t>
      </w:r>
      <w:r w:rsidRPr="004564E0">
        <w:rPr>
          <w:lang w:val="pl-PL"/>
        </w:rPr>
        <w:t xml:space="preserve"> konkretne przykłady</w:t>
      </w:r>
      <w:r w:rsidR="004635D6">
        <w:rPr>
          <w:lang w:val="pl-PL"/>
        </w:rPr>
        <w:t>:</w:t>
      </w:r>
    </w:p>
    <w:p w14:paraId="5DAAD6B1" w14:textId="77777777" w:rsidR="00371E59" w:rsidRDefault="00000000">
      <w:pPr>
        <w:pStyle w:val="ResponseLine"/>
        <w:keepLines w:val="0"/>
        <w:spacing w:after="80"/>
        <w:rPr>
          <w:lang w:val="pl-PL"/>
        </w:rPr>
      </w:pPr>
      <w:r w:rsidRPr="004564E0">
        <w:rPr>
          <w:lang w:val="pl-PL"/>
        </w:rPr>
        <w:t> </w:t>
      </w:r>
    </w:p>
    <w:p w14:paraId="399FE113" w14:textId="77777777" w:rsidR="004564E0" w:rsidRPr="004564E0" w:rsidRDefault="004564E0">
      <w:pPr>
        <w:pStyle w:val="ResponseLine"/>
        <w:keepLines w:val="0"/>
        <w:spacing w:after="80"/>
        <w:rPr>
          <w:lang w:val="pl-PL"/>
        </w:rPr>
      </w:pPr>
    </w:p>
    <w:p w14:paraId="7DFB312B" w14:textId="76D526D0" w:rsidR="00371E59" w:rsidRPr="004564E0" w:rsidRDefault="00000000">
      <w:pPr>
        <w:pStyle w:val="FormQuestion"/>
        <w:keepNext w:val="0"/>
        <w:keepLines w:val="0"/>
        <w:spacing w:before="120"/>
        <w:rPr>
          <w:lang w:val="pl-PL"/>
        </w:rPr>
      </w:pPr>
      <w:r w:rsidRPr="004564E0">
        <w:rPr>
          <w:lang w:val="pl-PL"/>
        </w:rPr>
        <w:t xml:space="preserve">Stosowane adaptacje materiałów i ich skuteczność </w:t>
      </w:r>
      <w:r w:rsidR="004635D6">
        <w:rPr>
          <w:lang w:val="pl-PL"/>
        </w:rPr>
        <w:t>–</w:t>
      </w:r>
      <w:r w:rsidRPr="004564E0">
        <w:rPr>
          <w:lang w:val="pl-PL"/>
        </w:rPr>
        <w:t xml:space="preserve"> np. powiększenie, kontrast, odpowiedni krój i rozmiar czcionki lub symboli, wersja cyfrowa, audio, brajl, materiały dotykowe</w:t>
      </w:r>
      <w:r w:rsidR="004635D6">
        <w:rPr>
          <w:lang w:val="pl-PL"/>
        </w:rPr>
        <w:t>:</w:t>
      </w:r>
    </w:p>
    <w:p w14:paraId="289A3BE7" w14:textId="77777777" w:rsidR="00371E59" w:rsidRDefault="00000000">
      <w:pPr>
        <w:pStyle w:val="ResponseLine"/>
        <w:keepLines w:val="0"/>
        <w:spacing w:after="80"/>
        <w:rPr>
          <w:lang w:val="pl-PL"/>
        </w:rPr>
      </w:pPr>
      <w:r w:rsidRPr="004564E0">
        <w:rPr>
          <w:lang w:val="pl-PL"/>
        </w:rPr>
        <w:t> </w:t>
      </w:r>
    </w:p>
    <w:p w14:paraId="6A7AA2DE" w14:textId="77777777" w:rsidR="004564E0" w:rsidRPr="004564E0" w:rsidRDefault="004564E0">
      <w:pPr>
        <w:pStyle w:val="ResponseLine"/>
        <w:keepLines w:val="0"/>
        <w:spacing w:after="80"/>
        <w:rPr>
          <w:lang w:val="pl-PL"/>
        </w:rPr>
      </w:pPr>
    </w:p>
    <w:p w14:paraId="3FF8DB5E" w14:textId="6A3EE9CE" w:rsidR="00371E59" w:rsidRPr="004564E0" w:rsidRDefault="00000000">
      <w:pPr>
        <w:pStyle w:val="FormQuestion"/>
        <w:keepNext w:val="0"/>
        <w:keepLines w:val="0"/>
        <w:spacing w:before="120"/>
        <w:rPr>
          <w:lang w:val="pl-PL"/>
        </w:rPr>
      </w:pPr>
      <w:r w:rsidRPr="004564E0">
        <w:rPr>
          <w:lang w:val="pl-PL"/>
        </w:rPr>
        <w:t>Wykorzystywane pomoce optyczne, nieoptyczne i technologie wspomagające oraz stopień samodzielności w korzystaniu z nich</w:t>
      </w:r>
      <w:r w:rsidR="004635D6">
        <w:rPr>
          <w:lang w:val="pl-PL"/>
        </w:rPr>
        <w:t>:</w:t>
      </w:r>
    </w:p>
    <w:p w14:paraId="490485CE" w14:textId="77777777" w:rsidR="00371E59" w:rsidRDefault="00000000">
      <w:pPr>
        <w:pStyle w:val="ResponseLine"/>
        <w:keepLines w:val="0"/>
        <w:spacing w:after="80"/>
        <w:rPr>
          <w:lang w:val="pl-PL"/>
        </w:rPr>
      </w:pPr>
      <w:r w:rsidRPr="004564E0">
        <w:rPr>
          <w:lang w:val="pl-PL"/>
        </w:rPr>
        <w:t> </w:t>
      </w:r>
    </w:p>
    <w:p w14:paraId="7C8022FA" w14:textId="77777777" w:rsidR="004564E0" w:rsidRPr="004564E0" w:rsidRDefault="004564E0">
      <w:pPr>
        <w:pStyle w:val="ResponseLine"/>
        <w:keepLines w:val="0"/>
        <w:spacing w:after="80"/>
        <w:rPr>
          <w:lang w:val="pl-PL"/>
        </w:rPr>
      </w:pPr>
    </w:p>
    <w:p w14:paraId="4D8E15D0" w14:textId="0A9C6193" w:rsidR="00371E59" w:rsidRPr="004564E0" w:rsidRDefault="00000000">
      <w:pPr>
        <w:pStyle w:val="FormQuestion"/>
        <w:keepNext w:val="0"/>
        <w:keepLines w:val="0"/>
        <w:spacing w:before="120"/>
        <w:rPr>
          <w:lang w:val="pl-PL"/>
        </w:rPr>
      </w:pPr>
      <w:r w:rsidRPr="004564E0">
        <w:rPr>
          <w:lang w:val="pl-PL"/>
        </w:rPr>
        <w:t>Potrzeby dotyczące organizacji miejsca aktywności i przestrzeni przedszkola - np. miejsce w sali, oświetlenie, oznaczenia, orientacja i mobilność</w:t>
      </w:r>
      <w:r w:rsidR="004635D6">
        <w:rPr>
          <w:lang w:val="pl-PL"/>
        </w:rPr>
        <w:t>:</w:t>
      </w:r>
    </w:p>
    <w:p w14:paraId="5EE7AE91" w14:textId="77777777" w:rsidR="00371E59" w:rsidRDefault="00000000">
      <w:pPr>
        <w:pStyle w:val="ResponseLine"/>
        <w:keepLines w:val="0"/>
        <w:spacing w:after="80"/>
        <w:rPr>
          <w:lang w:val="pl-PL"/>
        </w:rPr>
      </w:pPr>
      <w:r w:rsidRPr="004564E0">
        <w:rPr>
          <w:lang w:val="pl-PL"/>
        </w:rPr>
        <w:t> </w:t>
      </w:r>
    </w:p>
    <w:p w14:paraId="33990FB8" w14:textId="77777777" w:rsidR="004564E0" w:rsidRDefault="004564E0">
      <w:pPr>
        <w:pStyle w:val="ResponseLine"/>
        <w:keepLines w:val="0"/>
        <w:spacing w:after="80"/>
        <w:rPr>
          <w:lang w:val="pl-PL"/>
        </w:rPr>
      </w:pPr>
    </w:p>
    <w:p w14:paraId="56DB5233" w14:textId="77777777" w:rsidR="004564E0" w:rsidRPr="004564E0" w:rsidRDefault="004564E0">
      <w:pPr>
        <w:pStyle w:val="ResponseLine"/>
        <w:keepLines w:val="0"/>
        <w:spacing w:after="80"/>
        <w:rPr>
          <w:lang w:val="pl-PL"/>
        </w:rPr>
      </w:pPr>
    </w:p>
    <w:tbl>
      <w:tblPr>
        <w:tblW w:w="10632" w:type="dxa"/>
        <w:tblInd w:w="-8" w:type="dxa"/>
        <w:tblBorders>
          <w:top w:val="single" w:sz="6" w:space="0" w:color="A7BAC6"/>
          <w:left w:val="single" w:sz="6" w:space="0" w:color="A7BAC6"/>
          <w:bottom w:val="single" w:sz="6" w:space="0" w:color="A7BAC6"/>
          <w:right w:val="single" w:sz="6" w:space="0" w:color="A7BAC6"/>
          <w:insideH w:val="single" w:sz="6" w:space="0" w:color="A7BAC6"/>
          <w:insideV w:val="single" w:sz="6" w:space="0" w:color="A7BAC6"/>
        </w:tblBorders>
        <w:tblLayout w:type="fixed"/>
        <w:tblLook w:val="04A0" w:firstRow="1" w:lastRow="0" w:firstColumn="1" w:lastColumn="0" w:noHBand="0" w:noVBand="1"/>
      </w:tblPr>
      <w:tblGrid>
        <w:gridCol w:w="3528"/>
        <w:gridCol w:w="3450"/>
        <w:gridCol w:w="3654"/>
      </w:tblGrid>
      <w:tr w:rsidR="00371E59" w:rsidRPr="004564E0" w14:paraId="4A480CD3" w14:textId="77777777" w:rsidTr="00CF152D">
        <w:trPr>
          <w:cantSplit/>
          <w:tblHeader/>
        </w:trPr>
        <w:tc>
          <w:tcPr>
            <w:tcW w:w="3528" w:type="dxa"/>
            <w:shd w:val="clear" w:color="auto" w:fill="E8F1F5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920E0FD" w14:textId="77777777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b/>
                <w:lang w:val="pl-PL"/>
              </w:rPr>
              <w:t>Zakres</w:t>
            </w:r>
          </w:p>
        </w:tc>
        <w:tc>
          <w:tcPr>
            <w:tcW w:w="3450" w:type="dxa"/>
            <w:shd w:val="clear" w:color="auto" w:fill="E8F1F5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D6454D3" w14:textId="77777777" w:rsidR="00371E59" w:rsidRPr="004564E0" w:rsidRDefault="00000000" w:rsidP="004635D6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b/>
                <w:lang w:val="pl-PL"/>
              </w:rPr>
              <w:t>Zasoby / rozwiązania dostępne i skuteczne</w:t>
            </w:r>
          </w:p>
        </w:tc>
        <w:tc>
          <w:tcPr>
            <w:tcW w:w="3654" w:type="dxa"/>
            <w:shd w:val="clear" w:color="auto" w:fill="E8F1F5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D1719DE" w14:textId="77777777" w:rsidR="00371E59" w:rsidRPr="004564E0" w:rsidRDefault="00000000" w:rsidP="004635D6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b/>
                <w:lang w:val="pl-PL"/>
              </w:rPr>
              <w:t>Bariery / braki utrudniające funkcjonowanie</w:t>
            </w:r>
          </w:p>
        </w:tc>
      </w:tr>
      <w:tr w:rsidR="00371E59" w:rsidRPr="002534F8" w14:paraId="5BEB8858" w14:textId="77777777" w:rsidTr="00CF152D">
        <w:trPr>
          <w:cantSplit/>
        </w:trPr>
        <w:tc>
          <w:tcPr>
            <w:tcW w:w="3528" w:type="dxa"/>
            <w:shd w:val="clear" w:color="auto" w:fill="F2F6F8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920D6D0" w14:textId="77777777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b/>
                <w:lang w:val="pl-PL"/>
              </w:rPr>
              <w:t>Środki dydaktyczne i technologie wspomagające funkcjonowanie dziecka z dysfunkcją wzroku</w:t>
            </w:r>
          </w:p>
        </w:tc>
        <w:tc>
          <w:tcPr>
            <w:tcW w:w="34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BDDD371" w14:textId="77777777" w:rsidR="00371E59" w:rsidRPr="004564E0" w:rsidRDefault="00371E59">
            <w:pPr>
              <w:spacing w:before="0"/>
              <w:jc w:val="left"/>
              <w:rPr>
                <w:lang w:val="pl-PL"/>
              </w:rPr>
            </w:pPr>
          </w:p>
        </w:tc>
        <w:tc>
          <w:tcPr>
            <w:tcW w:w="3654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8053C6A" w14:textId="77777777" w:rsidR="00371E59" w:rsidRPr="004564E0" w:rsidRDefault="00371E59">
            <w:pPr>
              <w:spacing w:before="0"/>
              <w:jc w:val="left"/>
              <w:rPr>
                <w:lang w:val="pl-PL"/>
              </w:rPr>
            </w:pPr>
          </w:p>
        </w:tc>
      </w:tr>
      <w:tr w:rsidR="00371E59" w:rsidRPr="002534F8" w14:paraId="7F1D4E3A" w14:textId="77777777" w:rsidTr="00CF152D">
        <w:trPr>
          <w:cantSplit/>
        </w:trPr>
        <w:tc>
          <w:tcPr>
            <w:tcW w:w="3528" w:type="dxa"/>
            <w:shd w:val="clear" w:color="auto" w:fill="F2F6F8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5DA9000" w14:textId="77777777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b/>
                <w:lang w:val="pl-PL"/>
              </w:rPr>
              <w:lastRenderedPageBreak/>
              <w:t>Alternatywne formy dostępu do treści i informacji: audio, forma cyfrowa, brajl, powiększone lub dotykowe materiały; wsparcie specjalistyczne</w:t>
            </w:r>
          </w:p>
        </w:tc>
        <w:tc>
          <w:tcPr>
            <w:tcW w:w="34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CD34FC0" w14:textId="77777777" w:rsidR="00371E59" w:rsidRPr="004564E0" w:rsidRDefault="00371E59">
            <w:pPr>
              <w:spacing w:before="0"/>
              <w:jc w:val="left"/>
              <w:rPr>
                <w:lang w:val="pl-PL"/>
              </w:rPr>
            </w:pPr>
          </w:p>
        </w:tc>
        <w:tc>
          <w:tcPr>
            <w:tcW w:w="3654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1A76D6A" w14:textId="77777777" w:rsidR="00371E59" w:rsidRPr="004564E0" w:rsidRDefault="00371E59">
            <w:pPr>
              <w:spacing w:before="0"/>
              <w:jc w:val="left"/>
              <w:rPr>
                <w:lang w:val="pl-PL"/>
              </w:rPr>
            </w:pPr>
          </w:p>
        </w:tc>
      </w:tr>
    </w:tbl>
    <w:p w14:paraId="224EF54B" w14:textId="77777777" w:rsidR="00371E59" w:rsidRPr="004564E0" w:rsidRDefault="00371E59">
      <w:pPr>
        <w:rPr>
          <w:lang w:val="pl-PL"/>
        </w:rPr>
      </w:pPr>
    </w:p>
    <w:p w14:paraId="4A24F937" w14:textId="2C5800CC" w:rsidR="00371E59" w:rsidRPr="004564E0" w:rsidRDefault="00000000">
      <w:pPr>
        <w:pStyle w:val="Nagwek3"/>
        <w:rPr>
          <w:lang w:val="pl-PL"/>
        </w:rPr>
      </w:pPr>
      <w:r w:rsidRPr="004564E0">
        <w:rPr>
          <w:lang w:val="pl-PL"/>
        </w:rPr>
        <w:t>Funkcjonowanie dziecka słabosłyszącego lub niesłyszącego</w:t>
      </w:r>
      <w:r w:rsidR="004635D6">
        <w:rPr>
          <w:lang w:val="pl-PL"/>
        </w:rPr>
        <w:t>:</w:t>
      </w:r>
    </w:p>
    <w:p w14:paraId="07798AF3" w14:textId="47235505" w:rsidR="00371E59" w:rsidRPr="004564E0" w:rsidRDefault="00000000">
      <w:pPr>
        <w:pStyle w:val="FormQuestion"/>
        <w:keepNext w:val="0"/>
        <w:keepLines w:val="0"/>
        <w:spacing w:before="120"/>
        <w:rPr>
          <w:lang w:val="pl-PL"/>
        </w:rPr>
      </w:pPr>
      <w:r w:rsidRPr="004564E0">
        <w:rPr>
          <w:lang w:val="pl-PL"/>
        </w:rPr>
        <w:t>Sposób komunikowania się dziecka w placówce</w:t>
      </w:r>
      <w:r w:rsidR="004635D6">
        <w:rPr>
          <w:lang w:val="pl-PL"/>
        </w:rPr>
        <w:t>:</w:t>
      </w:r>
    </w:p>
    <w:p w14:paraId="5CD44931" w14:textId="77777777" w:rsidR="00371E59" w:rsidRPr="004564E0" w:rsidRDefault="00000000">
      <w:pPr>
        <w:pStyle w:val="FormOptions"/>
        <w:keepLines w:val="0"/>
        <w:rPr>
          <w:lang w:val="pl-PL"/>
        </w:rPr>
      </w:pPr>
      <w:r w:rsidRPr="004564E0">
        <w:rPr>
          <w:rFonts w:ascii="Segoe UI Symbol" w:eastAsia="Segoe UI Symbol" w:hAnsi="Segoe UI Symbol"/>
          <w:lang w:val="pl-PL"/>
        </w:rPr>
        <w:t>☐</w:t>
      </w:r>
      <w:r w:rsidRPr="004564E0">
        <w:rPr>
          <w:lang w:val="pl-PL"/>
        </w:rPr>
        <w:t xml:space="preserve"> mowa werbalna   </w:t>
      </w:r>
      <w:r w:rsidRPr="004564E0">
        <w:rPr>
          <w:rFonts w:ascii="Segoe UI Symbol" w:eastAsia="Segoe UI Symbol" w:hAnsi="Segoe UI Symbol"/>
          <w:lang w:val="pl-PL"/>
        </w:rPr>
        <w:t>☐</w:t>
      </w:r>
      <w:r w:rsidRPr="004564E0">
        <w:rPr>
          <w:lang w:val="pl-PL"/>
        </w:rPr>
        <w:t xml:space="preserve"> PJM / język migowy   </w:t>
      </w:r>
      <w:r w:rsidRPr="004564E0">
        <w:rPr>
          <w:rFonts w:ascii="Segoe UI Symbol" w:eastAsia="Segoe UI Symbol" w:hAnsi="Segoe UI Symbol"/>
          <w:lang w:val="pl-PL"/>
        </w:rPr>
        <w:t>☐</w:t>
      </w:r>
      <w:r w:rsidRPr="004564E0">
        <w:rPr>
          <w:lang w:val="pl-PL"/>
        </w:rPr>
        <w:t xml:space="preserve"> fonogesty   </w:t>
      </w:r>
      <w:r w:rsidRPr="004564E0">
        <w:rPr>
          <w:rFonts w:ascii="Segoe UI Symbol" w:eastAsia="Segoe UI Symbol" w:hAnsi="Segoe UI Symbol"/>
          <w:lang w:val="pl-PL"/>
        </w:rPr>
        <w:t>☐</w:t>
      </w:r>
      <w:r w:rsidRPr="004564E0">
        <w:rPr>
          <w:lang w:val="pl-PL"/>
        </w:rPr>
        <w:t xml:space="preserve"> AAC   </w:t>
      </w:r>
      <w:r w:rsidRPr="004564E0">
        <w:rPr>
          <w:rFonts w:ascii="Segoe UI Symbol" w:eastAsia="Segoe UI Symbol" w:hAnsi="Segoe UI Symbol"/>
          <w:lang w:val="pl-PL"/>
        </w:rPr>
        <w:t>☐</w:t>
      </w:r>
      <w:r w:rsidRPr="004564E0">
        <w:rPr>
          <w:lang w:val="pl-PL"/>
        </w:rPr>
        <w:t xml:space="preserve"> inne: ____________________   </w:t>
      </w:r>
      <w:r w:rsidRPr="004564E0">
        <w:rPr>
          <w:rFonts w:ascii="Segoe UI Symbol" w:eastAsia="Segoe UI Symbol" w:hAnsi="Segoe UI Symbol"/>
          <w:lang w:val="pl-PL"/>
        </w:rPr>
        <w:t>☐</w:t>
      </w:r>
      <w:r w:rsidRPr="004564E0">
        <w:rPr>
          <w:lang w:val="pl-PL"/>
        </w:rPr>
        <w:t xml:space="preserve"> nie ustalono</w:t>
      </w:r>
    </w:p>
    <w:p w14:paraId="5708D07D" w14:textId="31818286" w:rsidR="00371E59" w:rsidRPr="004564E0" w:rsidRDefault="00000000">
      <w:pPr>
        <w:pStyle w:val="FormQuestion"/>
        <w:keepNext w:val="0"/>
        <w:keepLines w:val="0"/>
        <w:spacing w:before="120"/>
        <w:rPr>
          <w:lang w:val="pl-PL"/>
        </w:rPr>
      </w:pPr>
      <w:r w:rsidRPr="004564E0">
        <w:rPr>
          <w:lang w:val="pl-PL"/>
        </w:rPr>
        <w:t>Urządzenia lub technologie używane przez dziecka</w:t>
      </w:r>
      <w:r w:rsidR="004635D6">
        <w:rPr>
          <w:lang w:val="pl-PL"/>
        </w:rPr>
        <w:t>:</w:t>
      </w:r>
    </w:p>
    <w:p w14:paraId="083336A3" w14:textId="77777777" w:rsidR="00371E59" w:rsidRDefault="00000000">
      <w:pPr>
        <w:pStyle w:val="FormOptions"/>
        <w:keepLines w:val="0"/>
        <w:rPr>
          <w:lang w:val="pl-PL"/>
        </w:rPr>
      </w:pPr>
      <w:r w:rsidRPr="004564E0">
        <w:rPr>
          <w:rFonts w:ascii="Segoe UI Symbol" w:eastAsia="Segoe UI Symbol" w:hAnsi="Segoe UI Symbol"/>
          <w:lang w:val="pl-PL"/>
        </w:rPr>
        <w:t>☐</w:t>
      </w:r>
      <w:r w:rsidRPr="004564E0">
        <w:rPr>
          <w:lang w:val="pl-PL"/>
        </w:rPr>
        <w:t xml:space="preserve"> aparaty słuchowe   </w:t>
      </w:r>
      <w:r w:rsidRPr="004564E0">
        <w:rPr>
          <w:rFonts w:ascii="Segoe UI Symbol" w:eastAsia="Segoe UI Symbol" w:hAnsi="Segoe UI Symbol"/>
          <w:lang w:val="pl-PL"/>
        </w:rPr>
        <w:t>☐</w:t>
      </w:r>
      <w:r w:rsidRPr="004564E0">
        <w:rPr>
          <w:lang w:val="pl-PL"/>
        </w:rPr>
        <w:t xml:space="preserve"> implant ślimakowy   </w:t>
      </w:r>
      <w:r w:rsidRPr="004564E0">
        <w:rPr>
          <w:rFonts w:ascii="Segoe UI Symbol" w:eastAsia="Segoe UI Symbol" w:hAnsi="Segoe UI Symbol"/>
          <w:lang w:val="pl-PL"/>
        </w:rPr>
        <w:t>☐</w:t>
      </w:r>
      <w:r w:rsidRPr="004564E0">
        <w:rPr>
          <w:lang w:val="pl-PL"/>
        </w:rPr>
        <w:t xml:space="preserve"> system FM/DM   </w:t>
      </w:r>
      <w:r w:rsidRPr="004564E0">
        <w:rPr>
          <w:rFonts w:ascii="Segoe UI Symbol" w:eastAsia="Segoe UI Symbol" w:hAnsi="Segoe UI Symbol"/>
          <w:lang w:val="pl-PL"/>
        </w:rPr>
        <w:t>☐</w:t>
      </w:r>
      <w:r w:rsidRPr="004564E0">
        <w:rPr>
          <w:lang w:val="pl-PL"/>
        </w:rPr>
        <w:t xml:space="preserve"> mikrofon / system nagłośnienia   </w:t>
      </w:r>
      <w:r w:rsidRPr="004564E0">
        <w:rPr>
          <w:rFonts w:ascii="Segoe UI Symbol" w:eastAsia="Segoe UI Symbol" w:hAnsi="Segoe UI Symbol"/>
          <w:lang w:val="pl-PL"/>
        </w:rPr>
        <w:t>☐</w:t>
      </w:r>
      <w:r w:rsidRPr="004564E0">
        <w:rPr>
          <w:lang w:val="pl-PL"/>
        </w:rPr>
        <w:t xml:space="preserve"> inne: ____________________   </w:t>
      </w:r>
      <w:r w:rsidRPr="004564E0">
        <w:rPr>
          <w:rFonts w:ascii="Segoe UI Symbol" w:eastAsia="Segoe UI Symbol" w:hAnsi="Segoe UI Symbol"/>
          <w:lang w:val="pl-PL"/>
        </w:rPr>
        <w:t>☐</w:t>
      </w:r>
      <w:r w:rsidRPr="004564E0">
        <w:rPr>
          <w:lang w:val="pl-PL"/>
        </w:rPr>
        <w:t xml:space="preserve"> brak / nie ustalono</w:t>
      </w:r>
    </w:p>
    <w:p w14:paraId="76D7770B" w14:textId="77777777" w:rsidR="004564E0" w:rsidRPr="004564E0" w:rsidRDefault="004564E0">
      <w:pPr>
        <w:pStyle w:val="FormOptions"/>
        <w:keepLines w:val="0"/>
        <w:rPr>
          <w:lang w:val="pl-PL"/>
        </w:rPr>
      </w:pPr>
    </w:p>
    <w:tbl>
      <w:tblPr>
        <w:tblW w:w="10632" w:type="dxa"/>
        <w:tblInd w:w="-8" w:type="dxa"/>
        <w:tblBorders>
          <w:top w:val="single" w:sz="6" w:space="0" w:color="A7BAC6"/>
          <w:left w:val="single" w:sz="6" w:space="0" w:color="A7BAC6"/>
          <w:bottom w:val="single" w:sz="6" w:space="0" w:color="A7BAC6"/>
          <w:right w:val="single" w:sz="6" w:space="0" w:color="A7BAC6"/>
          <w:insideH w:val="single" w:sz="6" w:space="0" w:color="A7BAC6"/>
          <w:insideV w:val="single" w:sz="6" w:space="0" w:color="A7BAC6"/>
        </w:tblBorders>
        <w:tblLayout w:type="fixed"/>
        <w:tblLook w:val="04A0" w:firstRow="1" w:lastRow="0" w:firstColumn="1" w:lastColumn="0" w:noHBand="0" w:noVBand="1"/>
      </w:tblPr>
      <w:tblGrid>
        <w:gridCol w:w="6278"/>
        <w:gridCol w:w="1000"/>
        <w:gridCol w:w="1000"/>
        <w:gridCol w:w="1150"/>
        <w:gridCol w:w="1204"/>
      </w:tblGrid>
      <w:tr w:rsidR="00371E59" w:rsidRPr="004564E0" w14:paraId="6F9647A0" w14:textId="77777777" w:rsidTr="004564E0">
        <w:trPr>
          <w:cantSplit/>
          <w:tblHeader/>
        </w:trPr>
        <w:tc>
          <w:tcPr>
            <w:tcW w:w="6278" w:type="dxa"/>
            <w:shd w:val="clear" w:color="auto" w:fill="E8F1F5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FC3BBEB" w14:textId="77777777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b/>
                <w:lang w:val="pl-PL"/>
              </w:rPr>
              <w:t>Obserwowany aspekt</w:t>
            </w:r>
          </w:p>
        </w:tc>
        <w:tc>
          <w:tcPr>
            <w:tcW w:w="1000" w:type="dxa"/>
            <w:shd w:val="clear" w:color="auto" w:fill="E8F1F5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30D02C3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b/>
                <w:lang w:val="pl-PL"/>
              </w:rPr>
              <w:t>Bez pomocy</w:t>
            </w:r>
          </w:p>
        </w:tc>
        <w:tc>
          <w:tcPr>
            <w:tcW w:w="1000" w:type="dxa"/>
            <w:shd w:val="clear" w:color="auto" w:fill="E8F1F5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52FA4E5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b/>
                <w:lang w:val="pl-PL"/>
              </w:rPr>
              <w:t>Z pomocą</w:t>
            </w:r>
          </w:p>
        </w:tc>
        <w:tc>
          <w:tcPr>
            <w:tcW w:w="1150" w:type="dxa"/>
            <w:shd w:val="clear" w:color="auto" w:fill="E8F1F5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FD5A58F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b/>
                <w:lang w:val="pl-PL"/>
              </w:rPr>
              <w:t>Trudność</w:t>
            </w:r>
          </w:p>
        </w:tc>
        <w:tc>
          <w:tcPr>
            <w:tcW w:w="1204" w:type="dxa"/>
            <w:shd w:val="clear" w:color="auto" w:fill="E8F1F5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23D2A8E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b/>
                <w:lang w:val="pl-PL"/>
              </w:rPr>
              <w:t>N/D lub N/O</w:t>
            </w:r>
          </w:p>
        </w:tc>
      </w:tr>
      <w:tr w:rsidR="00371E59" w:rsidRPr="004564E0" w14:paraId="5F0D6632" w14:textId="77777777" w:rsidTr="004564E0">
        <w:trPr>
          <w:cantSplit/>
        </w:trPr>
        <w:tc>
          <w:tcPr>
            <w:tcW w:w="6278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346AE3F" w14:textId="77777777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lang w:val="pl-PL"/>
              </w:rPr>
              <w:t>Funkcjonalnie słyszy i odbiera komunikaty w typowych warunkach przedszkolnych.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997A117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90BF973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1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B6D819F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204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312B096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</w:tr>
      <w:tr w:rsidR="00371E59" w:rsidRPr="004564E0" w14:paraId="48700A83" w14:textId="77777777" w:rsidTr="004564E0">
        <w:trPr>
          <w:cantSplit/>
        </w:trPr>
        <w:tc>
          <w:tcPr>
            <w:tcW w:w="6278" w:type="dxa"/>
            <w:shd w:val="clear" w:color="auto" w:fill="F8FAFB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0168819" w14:textId="77777777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lang w:val="pl-PL"/>
              </w:rPr>
              <w:t>Rozumie mowę nauczyciela z różnej odległości i przy różnym poziomie hałasu.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B6FEB32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F9E94E9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1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1C38DE0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204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626C567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</w:tr>
      <w:tr w:rsidR="00371E59" w:rsidRPr="004564E0" w14:paraId="04F89F12" w14:textId="77777777" w:rsidTr="004564E0">
        <w:trPr>
          <w:cantSplit/>
        </w:trPr>
        <w:tc>
          <w:tcPr>
            <w:tcW w:w="6278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D501471" w14:textId="77777777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lang w:val="pl-PL"/>
              </w:rPr>
              <w:t>Rozumie wypowiedzi wielu osób podczas rozmowy, zabawy lub zajęcia grupowego.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42CE627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9863B5C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1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DA0266C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204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3EEA339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</w:tr>
      <w:tr w:rsidR="00371E59" w:rsidRPr="004564E0" w14:paraId="1F07402E" w14:textId="77777777" w:rsidTr="004564E0">
        <w:trPr>
          <w:cantSplit/>
        </w:trPr>
        <w:tc>
          <w:tcPr>
            <w:tcW w:w="6278" w:type="dxa"/>
            <w:shd w:val="clear" w:color="auto" w:fill="F8FAFB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0FB3574" w14:textId="77777777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lang w:val="pl-PL"/>
              </w:rPr>
              <w:t>Korzysta z informacji wizualnych wspierających rozumienie przekazu.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03E7AA8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7F45EDE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1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4E82A56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204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9AD0E38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</w:tr>
      <w:tr w:rsidR="00371E59" w:rsidRPr="004564E0" w14:paraId="004FA801" w14:textId="77777777" w:rsidTr="004564E0">
        <w:trPr>
          <w:cantSplit/>
        </w:trPr>
        <w:tc>
          <w:tcPr>
            <w:tcW w:w="6278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435E346" w14:textId="77777777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lang w:val="pl-PL"/>
              </w:rPr>
              <w:t>Uczestniczy w rozmowie, zgłasza potrzeby i sygnalizuje nieporozumienie komunikacyjne.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25CE7F8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13BF287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1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3D4124B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204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9CE7446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</w:tr>
      <w:tr w:rsidR="00371E59" w:rsidRPr="004564E0" w14:paraId="55737364" w14:textId="77777777" w:rsidTr="004564E0">
        <w:trPr>
          <w:cantSplit/>
        </w:trPr>
        <w:tc>
          <w:tcPr>
            <w:tcW w:w="6278" w:type="dxa"/>
            <w:shd w:val="clear" w:color="auto" w:fill="F8FAFB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AECEA89" w14:textId="77777777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lang w:val="pl-PL"/>
              </w:rPr>
              <w:t>Korzysta z dostępnych sposobów komunikacji werbalnej i niewerbalnej.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DEE37C7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0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6DEA360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1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62E7F7A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  <w:tc>
          <w:tcPr>
            <w:tcW w:w="1204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0DD50D9" w14:textId="77777777" w:rsidR="00371E59" w:rsidRPr="004564E0" w:rsidRDefault="00000000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rFonts w:ascii="Segoe UI Symbol" w:eastAsia="Segoe UI Symbol" w:hAnsi="Segoe UI Symbol"/>
                <w:lang w:val="pl-PL"/>
              </w:rPr>
              <w:t>☐</w:t>
            </w:r>
          </w:p>
        </w:tc>
      </w:tr>
    </w:tbl>
    <w:p w14:paraId="37D37D09" w14:textId="006F53B7" w:rsidR="00371E59" w:rsidRPr="004564E0" w:rsidRDefault="00000000">
      <w:pPr>
        <w:pStyle w:val="FormQuestion"/>
        <w:keepNext w:val="0"/>
        <w:keepLines w:val="0"/>
        <w:spacing w:before="120"/>
        <w:rPr>
          <w:lang w:val="pl-PL"/>
        </w:rPr>
      </w:pPr>
      <w:r w:rsidRPr="004564E0">
        <w:rPr>
          <w:lang w:val="pl-PL"/>
        </w:rPr>
        <w:t xml:space="preserve">Trudności w słyszeniu i rozumieniu komunikatów oraz ich wpływ na udział w zabawie, zajęciach i codziennych sytuacjach </w:t>
      </w:r>
      <w:r w:rsidR="004635D6">
        <w:rPr>
          <w:lang w:val="pl-PL"/>
        </w:rPr>
        <w:t>–</w:t>
      </w:r>
      <w:r w:rsidRPr="004564E0">
        <w:rPr>
          <w:lang w:val="pl-PL"/>
        </w:rPr>
        <w:t xml:space="preserve"> konkretne przykłady</w:t>
      </w:r>
      <w:r w:rsidR="004635D6">
        <w:rPr>
          <w:lang w:val="pl-PL"/>
        </w:rPr>
        <w:t>:</w:t>
      </w:r>
    </w:p>
    <w:p w14:paraId="477081BC" w14:textId="77777777" w:rsidR="00371E59" w:rsidRDefault="00000000">
      <w:pPr>
        <w:pStyle w:val="ResponseLine"/>
        <w:keepLines w:val="0"/>
        <w:spacing w:after="80"/>
        <w:rPr>
          <w:lang w:val="pl-PL"/>
        </w:rPr>
      </w:pPr>
      <w:r w:rsidRPr="004564E0">
        <w:rPr>
          <w:lang w:val="pl-PL"/>
        </w:rPr>
        <w:t> </w:t>
      </w:r>
    </w:p>
    <w:p w14:paraId="422DDD5E" w14:textId="49EB52DF" w:rsidR="00371E59" w:rsidRPr="004564E0" w:rsidRDefault="00000000">
      <w:pPr>
        <w:pStyle w:val="FormQuestion"/>
        <w:keepNext w:val="0"/>
        <w:keepLines w:val="0"/>
        <w:spacing w:before="120"/>
        <w:rPr>
          <w:lang w:val="pl-PL"/>
        </w:rPr>
      </w:pPr>
      <w:r w:rsidRPr="004564E0">
        <w:rPr>
          <w:lang w:val="pl-PL"/>
        </w:rPr>
        <w:t>Dostęp do treści audiowizualnych i materiałów - np. napisy, materiały obrazkowe lub pisemne, wcześniejsze udostępnienie treści</w:t>
      </w:r>
      <w:r w:rsidR="004635D6">
        <w:rPr>
          <w:lang w:val="pl-PL"/>
        </w:rPr>
        <w:t>:</w:t>
      </w:r>
    </w:p>
    <w:p w14:paraId="74923158" w14:textId="77777777" w:rsidR="00371E59" w:rsidRDefault="00000000">
      <w:pPr>
        <w:pStyle w:val="ResponseLine"/>
        <w:keepLines w:val="0"/>
        <w:spacing w:after="80"/>
        <w:rPr>
          <w:lang w:val="pl-PL"/>
        </w:rPr>
      </w:pPr>
      <w:r w:rsidRPr="004564E0">
        <w:rPr>
          <w:lang w:val="pl-PL"/>
        </w:rPr>
        <w:t> </w:t>
      </w:r>
    </w:p>
    <w:p w14:paraId="2B7EF3CA" w14:textId="77777777" w:rsidR="004564E0" w:rsidRDefault="004564E0">
      <w:pPr>
        <w:pStyle w:val="ResponseLine"/>
        <w:keepLines w:val="0"/>
        <w:spacing w:after="80"/>
        <w:rPr>
          <w:lang w:val="pl-PL"/>
        </w:rPr>
      </w:pPr>
    </w:p>
    <w:p w14:paraId="277BE0C6" w14:textId="63D7021D" w:rsidR="00371E59" w:rsidRPr="004564E0" w:rsidRDefault="00000000">
      <w:pPr>
        <w:pStyle w:val="FormQuestion"/>
        <w:keepNext w:val="0"/>
        <w:keepLines w:val="0"/>
        <w:spacing w:before="120"/>
        <w:rPr>
          <w:lang w:val="pl-PL"/>
        </w:rPr>
      </w:pPr>
      <w:r w:rsidRPr="004564E0">
        <w:rPr>
          <w:lang w:val="pl-PL"/>
        </w:rPr>
        <w:t xml:space="preserve">Warunki komunikacyjne zwiększające skuteczność rozumienia </w:t>
      </w:r>
      <w:r w:rsidR="004564E0">
        <w:rPr>
          <w:lang w:val="pl-PL"/>
        </w:rPr>
        <w:t>–</w:t>
      </w:r>
      <w:r w:rsidRPr="004564E0">
        <w:rPr>
          <w:lang w:val="pl-PL"/>
        </w:rPr>
        <w:t xml:space="preserve"> np. miejsce w sali, kontakt wzrokowy, ograniczenie hałasu, jedna osoba mówiąca w danym czasie</w:t>
      </w:r>
      <w:r w:rsidR="004635D6">
        <w:rPr>
          <w:lang w:val="pl-PL"/>
        </w:rPr>
        <w:t>:</w:t>
      </w:r>
    </w:p>
    <w:p w14:paraId="5996294E" w14:textId="1BB57950" w:rsidR="004564E0" w:rsidRDefault="00000000">
      <w:pPr>
        <w:pStyle w:val="ResponseLine"/>
        <w:keepLines w:val="0"/>
        <w:spacing w:after="80"/>
        <w:rPr>
          <w:lang w:val="pl-PL"/>
        </w:rPr>
      </w:pPr>
      <w:r w:rsidRPr="004564E0">
        <w:rPr>
          <w:lang w:val="pl-PL"/>
        </w:rPr>
        <w:t> </w:t>
      </w:r>
    </w:p>
    <w:p w14:paraId="49BE7BA5" w14:textId="77777777" w:rsidR="004564E0" w:rsidRPr="004564E0" w:rsidRDefault="004564E0">
      <w:pPr>
        <w:pStyle w:val="ResponseLine"/>
        <w:keepLines w:val="0"/>
        <w:spacing w:after="80"/>
        <w:rPr>
          <w:lang w:val="pl-PL"/>
        </w:rPr>
      </w:pPr>
    </w:p>
    <w:tbl>
      <w:tblPr>
        <w:tblW w:w="10632" w:type="dxa"/>
        <w:tblInd w:w="-8" w:type="dxa"/>
        <w:tblBorders>
          <w:top w:val="single" w:sz="6" w:space="0" w:color="A7BAC6"/>
          <w:left w:val="single" w:sz="6" w:space="0" w:color="A7BAC6"/>
          <w:bottom w:val="single" w:sz="6" w:space="0" w:color="A7BAC6"/>
          <w:right w:val="single" w:sz="6" w:space="0" w:color="A7BAC6"/>
          <w:insideH w:val="single" w:sz="6" w:space="0" w:color="A7BAC6"/>
          <w:insideV w:val="single" w:sz="6" w:space="0" w:color="A7BAC6"/>
        </w:tblBorders>
        <w:tblLayout w:type="fixed"/>
        <w:tblLook w:val="04A0" w:firstRow="1" w:lastRow="0" w:firstColumn="1" w:lastColumn="0" w:noHBand="0" w:noVBand="1"/>
      </w:tblPr>
      <w:tblGrid>
        <w:gridCol w:w="3528"/>
        <w:gridCol w:w="3450"/>
        <w:gridCol w:w="3654"/>
      </w:tblGrid>
      <w:tr w:rsidR="00371E59" w:rsidRPr="004564E0" w14:paraId="09949934" w14:textId="77777777" w:rsidTr="004564E0">
        <w:trPr>
          <w:cantSplit/>
          <w:tblHeader/>
        </w:trPr>
        <w:tc>
          <w:tcPr>
            <w:tcW w:w="3528" w:type="dxa"/>
            <w:shd w:val="clear" w:color="auto" w:fill="E8F1F5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DAD0BDC" w14:textId="77777777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b/>
                <w:lang w:val="pl-PL"/>
              </w:rPr>
              <w:t>Zakres</w:t>
            </w:r>
          </w:p>
        </w:tc>
        <w:tc>
          <w:tcPr>
            <w:tcW w:w="3450" w:type="dxa"/>
            <w:shd w:val="clear" w:color="auto" w:fill="E8F1F5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2ACD09C" w14:textId="77777777" w:rsidR="00371E59" w:rsidRPr="004564E0" w:rsidRDefault="00000000" w:rsidP="00CF152D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b/>
                <w:lang w:val="pl-PL"/>
              </w:rPr>
              <w:t>Zasoby / rozwiązania dostępne i skuteczne</w:t>
            </w:r>
          </w:p>
        </w:tc>
        <w:tc>
          <w:tcPr>
            <w:tcW w:w="3654" w:type="dxa"/>
            <w:shd w:val="clear" w:color="auto" w:fill="E8F1F5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ACBDAC5" w14:textId="77777777" w:rsidR="00371E59" w:rsidRPr="004564E0" w:rsidRDefault="00000000" w:rsidP="00CF152D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b/>
                <w:lang w:val="pl-PL"/>
              </w:rPr>
              <w:t>Bariery / braki utrudniające funkcjonowanie</w:t>
            </w:r>
          </w:p>
        </w:tc>
      </w:tr>
      <w:tr w:rsidR="00371E59" w:rsidRPr="002534F8" w14:paraId="0B775AFC" w14:textId="77777777" w:rsidTr="004564E0">
        <w:trPr>
          <w:cantSplit/>
        </w:trPr>
        <w:tc>
          <w:tcPr>
            <w:tcW w:w="3528" w:type="dxa"/>
            <w:shd w:val="clear" w:color="auto" w:fill="F2F6F8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4C60701" w14:textId="77777777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b/>
                <w:lang w:val="pl-PL"/>
              </w:rPr>
              <w:t>Urządzenia wspomagające słyszenie i odbiór audiowizualny</w:t>
            </w:r>
          </w:p>
        </w:tc>
        <w:tc>
          <w:tcPr>
            <w:tcW w:w="34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C078428" w14:textId="77777777" w:rsidR="00371E59" w:rsidRPr="004564E0" w:rsidRDefault="00371E59">
            <w:pPr>
              <w:spacing w:before="0"/>
              <w:jc w:val="left"/>
              <w:rPr>
                <w:lang w:val="pl-PL"/>
              </w:rPr>
            </w:pPr>
          </w:p>
        </w:tc>
        <w:tc>
          <w:tcPr>
            <w:tcW w:w="3654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765E7B9" w14:textId="77777777" w:rsidR="00371E59" w:rsidRPr="004564E0" w:rsidRDefault="00371E59">
            <w:pPr>
              <w:spacing w:before="0"/>
              <w:jc w:val="left"/>
              <w:rPr>
                <w:lang w:val="pl-PL"/>
              </w:rPr>
            </w:pPr>
          </w:p>
        </w:tc>
      </w:tr>
      <w:tr w:rsidR="00371E59" w:rsidRPr="002534F8" w14:paraId="5A1231AD" w14:textId="77777777" w:rsidTr="004564E0">
        <w:trPr>
          <w:cantSplit/>
        </w:trPr>
        <w:tc>
          <w:tcPr>
            <w:tcW w:w="3528" w:type="dxa"/>
            <w:shd w:val="clear" w:color="auto" w:fill="F2F6F8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CEA208D" w14:textId="77777777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b/>
                <w:lang w:val="pl-PL"/>
              </w:rPr>
              <w:t>Dostęp do przekazu wizualnego, napisów, materiałów pisemnych lub tłumaczenia na język migowy</w:t>
            </w:r>
          </w:p>
        </w:tc>
        <w:tc>
          <w:tcPr>
            <w:tcW w:w="34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CEFCB77" w14:textId="77777777" w:rsidR="00371E59" w:rsidRPr="004564E0" w:rsidRDefault="00371E59">
            <w:pPr>
              <w:spacing w:before="0"/>
              <w:jc w:val="left"/>
              <w:rPr>
                <w:lang w:val="pl-PL"/>
              </w:rPr>
            </w:pPr>
          </w:p>
        </w:tc>
        <w:tc>
          <w:tcPr>
            <w:tcW w:w="3654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65D7304" w14:textId="77777777" w:rsidR="00371E59" w:rsidRPr="004564E0" w:rsidRDefault="00371E59">
            <w:pPr>
              <w:spacing w:before="0"/>
              <w:jc w:val="left"/>
              <w:rPr>
                <w:lang w:val="pl-PL"/>
              </w:rPr>
            </w:pPr>
          </w:p>
        </w:tc>
      </w:tr>
    </w:tbl>
    <w:p w14:paraId="6E811F55" w14:textId="4A78F451" w:rsidR="00371E59" w:rsidRPr="004564E0" w:rsidRDefault="00000000">
      <w:pPr>
        <w:pStyle w:val="FormQuestion"/>
        <w:keepNext w:val="0"/>
        <w:keepLines w:val="0"/>
        <w:spacing w:before="120"/>
        <w:rPr>
          <w:lang w:val="pl-PL"/>
        </w:rPr>
      </w:pPr>
      <w:r w:rsidRPr="004564E0">
        <w:rPr>
          <w:lang w:val="pl-PL"/>
        </w:rPr>
        <w:t>Inne informacje dotyczące funkcjonowania dziecka z niepełnosprawnością wzroku lub słuchu istotne dla diagnozy</w:t>
      </w:r>
      <w:r w:rsidR="004635D6">
        <w:rPr>
          <w:lang w:val="pl-PL"/>
        </w:rPr>
        <w:t>:</w:t>
      </w:r>
    </w:p>
    <w:p w14:paraId="6A9BEFBF" w14:textId="77777777" w:rsidR="00371E59" w:rsidRDefault="00000000">
      <w:pPr>
        <w:pStyle w:val="ResponseLine"/>
        <w:keepLines w:val="0"/>
        <w:spacing w:after="80"/>
        <w:rPr>
          <w:lang w:val="pl-PL"/>
        </w:rPr>
      </w:pPr>
      <w:r w:rsidRPr="004564E0">
        <w:rPr>
          <w:lang w:val="pl-PL"/>
        </w:rPr>
        <w:t> </w:t>
      </w:r>
    </w:p>
    <w:p w14:paraId="0F497F20" w14:textId="77777777" w:rsidR="004564E0" w:rsidRDefault="004564E0">
      <w:pPr>
        <w:pStyle w:val="ResponseLine"/>
        <w:keepLines w:val="0"/>
        <w:spacing w:after="80"/>
        <w:rPr>
          <w:lang w:val="pl-PL"/>
        </w:rPr>
      </w:pPr>
    </w:p>
    <w:p w14:paraId="1EF159E5" w14:textId="77777777" w:rsidR="004564E0" w:rsidRPr="004564E0" w:rsidRDefault="004564E0">
      <w:pPr>
        <w:pStyle w:val="ResponseLine"/>
        <w:keepLines w:val="0"/>
        <w:spacing w:after="80"/>
        <w:rPr>
          <w:lang w:val="pl-PL"/>
        </w:rPr>
      </w:pPr>
    </w:p>
    <w:p w14:paraId="7B495391" w14:textId="116BA350" w:rsidR="00371E59" w:rsidRPr="004564E0" w:rsidRDefault="00000000">
      <w:pPr>
        <w:pStyle w:val="FormQuestion"/>
        <w:keepNext w:val="0"/>
        <w:keepLines w:val="0"/>
        <w:spacing w:before="120"/>
        <w:rPr>
          <w:lang w:val="pl-PL"/>
        </w:rPr>
      </w:pPr>
      <w:r w:rsidRPr="004564E0">
        <w:rPr>
          <w:lang w:val="pl-PL"/>
        </w:rPr>
        <w:t xml:space="preserve">Najważniejsze czynniki osobowe pomagające dziecku </w:t>
      </w:r>
      <w:r w:rsidR="00BB0015">
        <w:rPr>
          <w:lang w:val="pl-PL"/>
        </w:rPr>
        <w:t>–</w:t>
      </w:r>
      <w:r w:rsidRPr="004564E0">
        <w:rPr>
          <w:lang w:val="pl-PL"/>
        </w:rPr>
        <w:t xml:space="preserve"> zainteresowania, motywatory, strategie, preferowany sposób uczenia się</w:t>
      </w:r>
      <w:r w:rsidR="004635D6">
        <w:rPr>
          <w:lang w:val="pl-PL"/>
        </w:rPr>
        <w:t>:</w:t>
      </w:r>
    </w:p>
    <w:p w14:paraId="5126AA39" w14:textId="405B46D4" w:rsidR="004564E0" w:rsidRDefault="00000000">
      <w:pPr>
        <w:pStyle w:val="ResponseLine"/>
        <w:keepLines w:val="0"/>
        <w:spacing w:after="80"/>
        <w:rPr>
          <w:lang w:val="pl-PL"/>
        </w:rPr>
      </w:pPr>
      <w:r w:rsidRPr="004564E0">
        <w:rPr>
          <w:lang w:val="pl-PL"/>
        </w:rPr>
        <w:t> </w:t>
      </w:r>
    </w:p>
    <w:p w14:paraId="2B2AE41B" w14:textId="77777777" w:rsidR="00BB0015" w:rsidRDefault="00BB0015">
      <w:pPr>
        <w:pStyle w:val="ResponseLine"/>
        <w:keepLines w:val="0"/>
        <w:spacing w:after="80"/>
        <w:rPr>
          <w:lang w:val="pl-PL"/>
        </w:rPr>
      </w:pPr>
    </w:p>
    <w:p w14:paraId="2A23E5BB" w14:textId="57FC5928" w:rsidR="00371E59" w:rsidRPr="004564E0" w:rsidRDefault="00000000">
      <w:pPr>
        <w:pStyle w:val="Nagwek1"/>
        <w:rPr>
          <w:lang w:val="pl-PL"/>
        </w:rPr>
      </w:pPr>
      <w:r w:rsidRPr="004564E0">
        <w:rPr>
          <w:rFonts w:ascii="Times New Roman" w:eastAsia="Times New Roman" w:hAnsi="Times New Roman"/>
          <w:lang w:val="pl-PL"/>
        </w:rPr>
        <w:lastRenderedPageBreak/>
        <w:t>6. Dotychczasowa pomoc, podjęte działania i ich efekty</w:t>
      </w:r>
    </w:p>
    <w:p w14:paraId="3E310024" w14:textId="77777777" w:rsidR="00371E59" w:rsidRPr="004564E0" w:rsidRDefault="00000000" w:rsidP="004564E0">
      <w:pPr>
        <w:pStyle w:val="FormInstruction"/>
        <w:keepLines w:val="0"/>
        <w:spacing w:after="120"/>
        <w:rPr>
          <w:lang w:val="pl-PL"/>
        </w:rPr>
      </w:pPr>
      <w:r w:rsidRPr="004564E0">
        <w:rPr>
          <w:lang w:val="pl-PL"/>
        </w:rPr>
        <w:t>Proszę wpisać tylko działania rzeczywiście realizowane. Jeżeli dana forma nie była udzielana, można wpisać „nie dotyczy”. Efekt należy opisać konkretnie: poprawa, częściowa poprawa, brak zmiany, pogorszenie albo efekt zależny od warunków.</w:t>
      </w:r>
    </w:p>
    <w:tbl>
      <w:tblPr>
        <w:tblW w:w="10632" w:type="dxa"/>
        <w:tblInd w:w="-8" w:type="dxa"/>
        <w:tblBorders>
          <w:top w:val="single" w:sz="6" w:space="0" w:color="A7BAC6"/>
          <w:left w:val="single" w:sz="6" w:space="0" w:color="A7BAC6"/>
          <w:bottom w:val="single" w:sz="6" w:space="0" w:color="A7BAC6"/>
          <w:right w:val="single" w:sz="6" w:space="0" w:color="A7BAC6"/>
          <w:insideH w:val="single" w:sz="6" w:space="0" w:color="A7BAC6"/>
          <w:insideV w:val="single" w:sz="6" w:space="0" w:color="A7BAC6"/>
        </w:tblBorders>
        <w:tblLayout w:type="fixed"/>
        <w:tblLook w:val="04A0" w:firstRow="1" w:lastRow="0" w:firstColumn="1" w:lastColumn="0" w:noHBand="0" w:noVBand="1"/>
      </w:tblPr>
      <w:tblGrid>
        <w:gridCol w:w="2528"/>
        <w:gridCol w:w="1650"/>
        <w:gridCol w:w="1950"/>
        <w:gridCol w:w="1800"/>
        <w:gridCol w:w="2704"/>
      </w:tblGrid>
      <w:tr w:rsidR="00371E59" w:rsidRPr="002534F8" w14:paraId="626A3991" w14:textId="77777777" w:rsidTr="00CF152D">
        <w:trPr>
          <w:cantSplit/>
          <w:tblHeader/>
        </w:trPr>
        <w:tc>
          <w:tcPr>
            <w:tcW w:w="2528" w:type="dxa"/>
            <w:shd w:val="clear" w:color="auto" w:fill="E8F1F5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8DF2A4F" w14:textId="77777777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b/>
                <w:lang w:val="pl-PL"/>
              </w:rPr>
              <w:t>Forma pomocy / działanie</w:t>
            </w:r>
          </w:p>
        </w:tc>
        <w:tc>
          <w:tcPr>
            <w:tcW w:w="1650" w:type="dxa"/>
            <w:shd w:val="clear" w:color="auto" w:fill="E8F1F5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467129C" w14:textId="77777777" w:rsidR="00371E59" w:rsidRPr="004564E0" w:rsidRDefault="00000000" w:rsidP="004635D6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b/>
                <w:lang w:val="pl-PL"/>
              </w:rPr>
              <w:t>Okres, częstotliwość i wymiar</w:t>
            </w:r>
          </w:p>
        </w:tc>
        <w:tc>
          <w:tcPr>
            <w:tcW w:w="1950" w:type="dxa"/>
            <w:shd w:val="clear" w:color="auto" w:fill="E8F1F5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141B288" w14:textId="77777777" w:rsidR="00371E59" w:rsidRPr="004564E0" w:rsidRDefault="00000000" w:rsidP="004635D6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b/>
                <w:lang w:val="pl-PL"/>
              </w:rPr>
              <w:t>Zakres i cel</w:t>
            </w:r>
          </w:p>
        </w:tc>
        <w:tc>
          <w:tcPr>
            <w:tcW w:w="1800" w:type="dxa"/>
            <w:shd w:val="clear" w:color="auto" w:fill="E8F1F5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06AC64C" w14:textId="77777777" w:rsidR="00371E59" w:rsidRPr="004564E0" w:rsidRDefault="00000000" w:rsidP="004635D6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b/>
                <w:lang w:val="pl-PL"/>
              </w:rPr>
              <w:t>Udział / systematyczność</w:t>
            </w:r>
          </w:p>
        </w:tc>
        <w:tc>
          <w:tcPr>
            <w:tcW w:w="2704" w:type="dxa"/>
            <w:shd w:val="clear" w:color="auto" w:fill="E8F1F5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B4648F8" w14:textId="77777777" w:rsidR="00371E59" w:rsidRPr="004564E0" w:rsidRDefault="00000000" w:rsidP="004635D6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b/>
                <w:lang w:val="pl-PL"/>
              </w:rPr>
              <w:t>Efekty oraz wnioski z ewaluacji</w:t>
            </w:r>
          </w:p>
        </w:tc>
      </w:tr>
      <w:tr w:rsidR="00371E59" w:rsidRPr="002534F8" w14:paraId="53D1FE91" w14:textId="77777777" w:rsidTr="00BB0015">
        <w:trPr>
          <w:cantSplit/>
          <w:trHeight w:val="737"/>
        </w:trPr>
        <w:tc>
          <w:tcPr>
            <w:tcW w:w="2528" w:type="dxa"/>
            <w:shd w:val="clear" w:color="auto" w:fill="F2F6F8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02F69F6" w14:textId="77777777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b/>
                <w:lang w:val="pl-PL"/>
              </w:rPr>
              <w:t>Bieżące dostosowania i zintegrowane działania nauczycieli</w:t>
            </w:r>
          </w:p>
        </w:tc>
        <w:tc>
          <w:tcPr>
            <w:tcW w:w="16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600C6A0" w14:textId="77777777" w:rsidR="00371E59" w:rsidRPr="004564E0" w:rsidRDefault="00371E59">
            <w:pPr>
              <w:spacing w:before="0"/>
              <w:jc w:val="left"/>
              <w:rPr>
                <w:lang w:val="pl-PL"/>
              </w:rPr>
            </w:pPr>
          </w:p>
        </w:tc>
        <w:tc>
          <w:tcPr>
            <w:tcW w:w="19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6D0D42B" w14:textId="77777777" w:rsidR="00371E59" w:rsidRPr="004564E0" w:rsidRDefault="00371E59">
            <w:pPr>
              <w:spacing w:before="0"/>
              <w:jc w:val="left"/>
              <w:rPr>
                <w:lang w:val="pl-PL"/>
              </w:rPr>
            </w:pPr>
          </w:p>
        </w:tc>
        <w:tc>
          <w:tcPr>
            <w:tcW w:w="18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46872FA" w14:textId="77777777" w:rsidR="00371E59" w:rsidRPr="004564E0" w:rsidRDefault="00371E59">
            <w:pPr>
              <w:spacing w:before="0"/>
              <w:jc w:val="left"/>
              <w:rPr>
                <w:lang w:val="pl-PL"/>
              </w:rPr>
            </w:pPr>
          </w:p>
        </w:tc>
        <w:tc>
          <w:tcPr>
            <w:tcW w:w="2704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60FB64F" w14:textId="77777777" w:rsidR="00371E59" w:rsidRPr="004564E0" w:rsidRDefault="00371E59">
            <w:pPr>
              <w:spacing w:before="0"/>
              <w:jc w:val="left"/>
              <w:rPr>
                <w:lang w:val="pl-PL"/>
              </w:rPr>
            </w:pPr>
          </w:p>
        </w:tc>
      </w:tr>
      <w:tr w:rsidR="00371E59" w:rsidRPr="002534F8" w14:paraId="360DE09F" w14:textId="77777777" w:rsidTr="00BB0015">
        <w:trPr>
          <w:cantSplit/>
          <w:trHeight w:val="737"/>
        </w:trPr>
        <w:tc>
          <w:tcPr>
            <w:tcW w:w="2528" w:type="dxa"/>
            <w:shd w:val="clear" w:color="auto" w:fill="F2F6F8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A1FE2E8" w14:textId="77777777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b/>
                <w:lang w:val="pl-PL"/>
              </w:rPr>
              <w:t>Zajęcia wspierające realizację programu / indywidualizacja w grupie</w:t>
            </w:r>
          </w:p>
        </w:tc>
        <w:tc>
          <w:tcPr>
            <w:tcW w:w="16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450BD23" w14:textId="77777777" w:rsidR="00371E59" w:rsidRPr="004564E0" w:rsidRDefault="00371E59">
            <w:pPr>
              <w:spacing w:before="0"/>
              <w:jc w:val="left"/>
              <w:rPr>
                <w:lang w:val="pl-PL"/>
              </w:rPr>
            </w:pPr>
          </w:p>
        </w:tc>
        <w:tc>
          <w:tcPr>
            <w:tcW w:w="19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874E644" w14:textId="77777777" w:rsidR="00371E59" w:rsidRPr="004564E0" w:rsidRDefault="00371E59">
            <w:pPr>
              <w:spacing w:before="0"/>
              <w:jc w:val="left"/>
              <w:rPr>
                <w:lang w:val="pl-PL"/>
              </w:rPr>
            </w:pPr>
          </w:p>
        </w:tc>
        <w:tc>
          <w:tcPr>
            <w:tcW w:w="18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7B2B6F7" w14:textId="77777777" w:rsidR="00371E59" w:rsidRPr="004564E0" w:rsidRDefault="00371E59">
            <w:pPr>
              <w:spacing w:before="0"/>
              <w:jc w:val="left"/>
              <w:rPr>
                <w:lang w:val="pl-PL"/>
              </w:rPr>
            </w:pPr>
          </w:p>
        </w:tc>
        <w:tc>
          <w:tcPr>
            <w:tcW w:w="2704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E21E9A9" w14:textId="77777777" w:rsidR="00371E59" w:rsidRPr="004564E0" w:rsidRDefault="00371E59">
            <w:pPr>
              <w:spacing w:before="0"/>
              <w:jc w:val="left"/>
              <w:rPr>
                <w:lang w:val="pl-PL"/>
              </w:rPr>
            </w:pPr>
          </w:p>
        </w:tc>
      </w:tr>
      <w:tr w:rsidR="00371E59" w:rsidRPr="004564E0" w14:paraId="06B96DC4" w14:textId="77777777" w:rsidTr="00BB0015">
        <w:trPr>
          <w:cantSplit/>
          <w:trHeight w:val="737"/>
        </w:trPr>
        <w:tc>
          <w:tcPr>
            <w:tcW w:w="2528" w:type="dxa"/>
            <w:shd w:val="clear" w:color="auto" w:fill="F2F6F8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D6F00A3" w14:textId="77777777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b/>
                <w:lang w:val="pl-PL"/>
              </w:rPr>
              <w:t>Zajęcia korekcyjno-kompensacyjne</w:t>
            </w:r>
          </w:p>
        </w:tc>
        <w:tc>
          <w:tcPr>
            <w:tcW w:w="16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67854FE" w14:textId="77777777" w:rsidR="00371E59" w:rsidRPr="004564E0" w:rsidRDefault="00371E59">
            <w:pPr>
              <w:spacing w:before="0"/>
              <w:jc w:val="left"/>
              <w:rPr>
                <w:lang w:val="pl-PL"/>
              </w:rPr>
            </w:pPr>
          </w:p>
        </w:tc>
        <w:tc>
          <w:tcPr>
            <w:tcW w:w="19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1615DB4" w14:textId="77777777" w:rsidR="00371E59" w:rsidRPr="004564E0" w:rsidRDefault="00371E59">
            <w:pPr>
              <w:spacing w:before="0"/>
              <w:jc w:val="left"/>
              <w:rPr>
                <w:lang w:val="pl-PL"/>
              </w:rPr>
            </w:pPr>
          </w:p>
        </w:tc>
        <w:tc>
          <w:tcPr>
            <w:tcW w:w="18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F549C87" w14:textId="77777777" w:rsidR="00371E59" w:rsidRPr="004564E0" w:rsidRDefault="00371E59">
            <w:pPr>
              <w:spacing w:before="0"/>
              <w:jc w:val="left"/>
              <w:rPr>
                <w:lang w:val="pl-PL"/>
              </w:rPr>
            </w:pPr>
          </w:p>
        </w:tc>
        <w:tc>
          <w:tcPr>
            <w:tcW w:w="2704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C05D496" w14:textId="77777777" w:rsidR="00371E59" w:rsidRPr="004564E0" w:rsidRDefault="00371E59">
            <w:pPr>
              <w:spacing w:before="0"/>
              <w:jc w:val="left"/>
              <w:rPr>
                <w:lang w:val="pl-PL"/>
              </w:rPr>
            </w:pPr>
          </w:p>
        </w:tc>
      </w:tr>
      <w:tr w:rsidR="00371E59" w:rsidRPr="004564E0" w14:paraId="556FA7A0" w14:textId="77777777" w:rsidTr="00BB0015">
        <w:trPr>
          <w:cantSplit/>
          <w:trHeight w:val="737"/>
        </w:trPr>
        <w:tc>
          <w:tcPr>
            <w:tcW w:w="2528" w:type="dxa"/>
            <w:shd w:val="clear" w:color="auto" w:fill="F2F6F8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2B4A1A4" w14:textId="77777777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b/>
                <w:lang w:val="pl-PL"/>
              </w:rPr>
              <w:t>Zajęcia logopedyczne</w:t>
            </w:r>
          </w:p>
        </w:tc>
        <w:tc>
          <w:tcPr>
            <w:tcW w:w="16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6A9D537" w14:textId="77777777" w:rsidR="00371E59" w:rsidRPr="004564E0" w:rsidRDefault="00371E59">
            <w:pPr>
              <w:spacing w:before="0"/>
              <w:jc w:val="left"/>
              <w:rPr>
                <w:lang w:val="pl-PL"/>
              </w:rPr>
            </w:pPr>
          </w:p>
        </w:tc>
        <w:tc>
          <w:tcPr>
            <w:tcW w:w="19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C656125" w14:textId="77777777" w:rsidR="00371E59" w:rsidRPr="004564E0" w:rsidRDefault="00371E59">
            <w:pPr>
              <w:spacing w:before="0"/>
              <w:jc w:val="left"/>
              <w:rPr>
                <w:lang w:val="pl-PL"/>
              </w:rPr>
            </w:pPr>
          </w:p>
        </w:tc>
        <w:tc>
          <w:tcPr>
            <w:tcW w:w="18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84C8AD4" w14:textId="77777777" w:rsidR="00371E59" w:rsidRPr="004564E0" w:rsidRDefault="00371E59">
            <w:pPr>
              <w:spacing w:before="0"/>
              <w:jc w:val="left"/>
              <w:rPr>
                <w:lang w:val="pl-PL"/>
              </w:rPr>
            </w:pPr>
          </w:p>
        </w:tc>
        <w:tc>
          <w:tcPr>
            <w:tcW w:w="2704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B76BE4F" w14:textId="77777777" w:rsidR="00371E59" w:rsidRPr="004564E0" w:rsidRDefault="00371E59">
            <w:pPr>
              <w:spacing w:before="0"/>
              <w:jc w:val="left"/>
              <w:rPr>
                <w:lang w:val="pl-PL"/>
              </w:rPr>
            </w:pPr>
          </w:p>
        </w:tc>
      </w:tr>
      <w:tr w:rsidR="00371E59" w:rsidRPr="002534F8" w14:paraId="689C9CFC" w14:textId="77777777" w:rsidTr="00BB0015">
        <w:trPr>
          <w:cantSplit/>
          <w:trHeight w:val="737"/>
        </w:trPr>
        <w:tc>
          <w:tcPr>
            <w:tcW w:w="2528" w:type="dxa"/>
            <w:shd w:val="clear" w:color="auto" w:fill="F2F6F8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77E978B" w14:textId="77777777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b/>
                <w:lang w:val="pl-PL"/>
              </w:rPr>
              <w:t>Zajęcia rozwijające kompetencje emocjonalno-społeczne (w tym z elementami TUS)</w:t>
            </w:r>
          </w:p>
        </w:tc>
        <w:tc>
          <w:tcPr>
            <w:tcW w:w="16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E8870FD" w14:textId="77777777" w:rsidR="00371E59" w:rsidRPr="004564E0" w:rsidRDefault="00371E59">
            <w:pPr>
              <w:spacing w:before="0"/>
              <w:jc w:val="left"/>
              <w:rPr>
                <w:lang w:val="pl-PL"/>
              </w:rPr>
            </w:pPr>
          </w:p>
        </w:tc>
        <w:tc>
          <w:tcPr>
            <w:tcW w:w="19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36343F2" w14:textId="77777777" w:rsidR="00371E59" w:rsidRPr="004564E0" w:rsidRDefault="00371E59">
            <w:pPr>
              <w:spacing w:before="0"/>
              <w:jc w:val="left"/>
              <w:rPr>
                <w:lang w:val="pl-PL"/>
              </w:rPr>
            </w:pPr>
          </w:p>
        </w:tc>
        <w:tc>
          <w:tcPr>
            <w:tcW w:w="18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23270EF" w14:textId="77777777" w:rsidR="00371E59" w:rsidRPr="004564E0" w:rsidRDefault="00371E59">
            <w:pPr>
              <w:spacing w:before="0"/>
              <w:jc w:val="left"/>
              <w:rPr>
                <w:lang w:val="pl-PL"/>
              </w:rPr>
            </w:pPr>
          </w:p>
        </w:tc>
        <w:tc>
          <w:tcPr>
            <w:tcW w:w="2704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4234861" w14:textId="77777777" w:rsidR="00371E59" w:rsidRPr="004564E0" w:rsidRDefault="00371E59">
            <w:pPr>
              <w:spacing w:before="0"/>
              <w:jc w:val="left"/>
              <w:rPr>
                <w:lang w:val="pl-PL"/>
              </w:rPr>
            </w:pPr>
          </w:p>
        </w:tc>
      </w:tr>
      <w:tr w:rsidR="00371E59" w:rsidRPr="002534F8" w14:paraId="2DE0421E" w14:textId="77777777" w:rsidTr="00BB0015">
        <w:trPr>
          <w:cantSplit/>
          <w:trHeight w:val="737"/>
        </w:trPr>
        <w:tc>
          <w:tcPr>
            <w:tcW w:w="2528" w:type="dxa"/>
            <w:shd w:val="clear" w:color="auto" w:fill="F2F6F8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B3F5107" w14:textId="77777777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b/>
                <w:lang w:val="pl-PL"/>
              </w:rPr>
              <w:t>Inne zajęcia specjalistyczne lub terapeutyczne</w:t>
            </w:r>
          </w:p>
        </w:tc>
        <w:tc>
          <w:tcPr>
            <w:tcW w:w="16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7145F73" w14:textId="77777777" w:rsidR="00371E59" w:rsidRPr="004564E0" w:rsidRDefault="00371E59">
            <w:pPr>
              <w:spacing w:before="0"/>
              <w:jc w:val="left"/>
              <w:rPr>
                <w:lang w:val="pl-PL"/>
              </w:rPr>
            </w:pPr>
          </w:p>
        </w:tc>
        <w:tc>
          <w:tcPr>
            <w:tcW w:w="19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39E7373" w14:textId="77777777" w:rsidR="00371E59" w:rsidRPr="004564E0" w:rsidRDefault="00371E59">
            <w:pPr>
              <w:spacing w:before="0"/>
              <w:jc w:val="left"/>
              <w:rPr>
                <w:lang w:val="pl-PL"/>
              </w:rPr>
            </w:pPr>
          </w:p>
        </w:tc>
        <w:tc>
          <w:tcPr>
            <w:tcW w:w="18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0BFF738" w14:textId="77777777" w:rsidR="00371E59" w:rsidRPr="004564E0" w:rsidRDefault="00371E59">
            <w:pPr>
              <w:spacing w:before="0"/>
              <w:jc w:val="left"/>
              <w:rPr>
                <w:lang w:val="pl-PL"/>
              </w:rPr>
            </w:pPr>
          </w:p>
        </w:tc>
        <w:tc>
          <w:tcPr>
            <w:tcW w:w="2704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F7BDD28" w14:textId="77777777" w:rsidR="00371E59" w:rsidRPr="004564E0" w:rsidRDefault="00371E59">
            <w:pPr>
              <w:spacing w:before="0"/>
              <w:jc w:val="left"/>
              <w:rPr>
                <w:lang w:val="pl-PL"/>
              </w:rPr>
            </w:pPr>
          </w:p>
        </w:tc>
      </w:tr>
      <w:tr w:rsidR="00371E59" w:rsidRPr="004564E0" w14:paraId="2BB87AB5" w14:textId="77777777" w:rsidTr="00BB0015">
        <w:trPr>
          <w:cantSplit/>
          <w:trHeight w:val="737"/>
        </w:trPr>
        <w:tc>
          <w:tcPr>
            <w:tcW w:w="2528" w:type="dxa"/>
            <w:shd w:val="clear" w:color="auto" w:fill="F2F6F8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F553E23" w14:textId="77777777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b/>
                <w:lang w:val="pl-PL"/>
              </w:rPr>
              <w:t>Zajęcia rozwijające uzdolnienia</w:t>
            </w:r>
          </w:p>
        </w:tc>
        <w:tc>
          <w:tcPr>
            <w:tcW w:w="16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43D71E5" w14:textId="77777777" w:rsidR="00371E59" w:rsidRPr="004564E0" w:rsidRDefault="00371E59">
            <w:pPr>
              <w:spacing w:before="0"/>
              <w:jc w:val="left"/>
              <w:rPr>
                <w:lang w:val="pl-PL"/>
              </w:rPr>
            </w:pPr>
          </w:p>
        </w:tc>
        <w:tc>
          <w:tcPr>
            <w:tcW w:w="19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4474C56" w14:textId="77777777" w:rsidR="00371E59" w:rsidRPr="004564E0" w:rsidRDefault="00371E59">
            <w:pPr>
              <w:spacing w:before="0"/>
              <w:jc w:val="left"/>
              <w:rPr>
                <w:lang w:val="pl-PL"/>
              </w:rPr>
            </w:pPr>
          </w:p>
        </w:tc>
        <w:tc>
          <w:tcPr>
            <w:tcW w:w="18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E485988" w14:textId="77777777" w:rsidR="00371E59" w:rsidRPr="004564E0" w:rsidRDefault="00371E59">
            <w:pPr>
              <w:spacing w:before="0"/>
              <w:jc w:val="left"/>
              <w:rPr>
                <w:lang w:val="pl-PL"/>
              </w:rPr>
            </w:pPr>
          </w:p>
        </w:tc>
        <w:tc>
          <w:tcPr>
            <w:tcW w:w="2704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89F8B86" w14:textId="77777777" w:rsidR="00371E59" w:rsidRPr="004564E0" w:rsidRDefault="00371E59">
            <w:pPr>
              <w:spacing w:before="0"/>
              <w:jc w:val="left"/>
              <w:rPr>
                <w:lang w:val="pl-PL"/>
              </w:rPr>
            </w:pPr>
          </w:p>
        </w:tc>
      </w:tr>
      <w:tr w:rsidR="00371E59" w:rsidRPr="004564E0" w14:paraId="4A2EE591" w14:textId="77777777" w:rsidTr="00BB0015">
        <w:trPr>
          <w:cantSplit/>
          <w:trHeight w:val="737"/>
        </w:trPr>
        <w:tc>
          <w:tcPr>
            <w:tcW w:w="2528" w:type="dxa"/>
            <w:shd w:val="clear" w:color="auto" w:fill="F2F6F8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F48423A" w14:textId="77777777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b/>
                <w:lang w:val="pl-PL"/>
              </w:rPr>
              <w:t>Wczesne wspomaganie rozwoju</w:t>
            </w:r>
          </w:p>
        </w:tc>
        <w:tc>
          <w:tcPr>
            <w:tcW w:w="16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221880E" w14:textId="77777777" w:rsidR="00371E59" w:rsidRPr="004564E0" w:rsidRDefault="00371E59">
            <w:pPr>
              <w:spacing w:before="0"/>
              <w:jc w:val="left"/>
              <w:rPr>
                <w:lang w:val="pl-PL"/>
              </w:rPr>
            </w:pPr>
          </w:p>
        </w:tc>
        <w:tc>
          <w:tcPr>
            <w:tcW w:w="19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B6D6AE3" w14:textId="77777777" w:rsidR="00371E59" w:rsidRPr="004564E0" w:rsidRDefault="00371E59">
            <w:pPr>
              <w:spacing w:before="0"/>
              <w:jc w:val="left"/>
              <w:rPr>
                <w:lang w:val="pl-PL"/>
              </w:rPr>
            </w:pPr>
          </w:p>
        </w:tc>
        <w:tc>
          <w:tcPr>
            <w:tcW w:w="18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FAA4C38" w14:textId="77777777" w:rsidR="00371E59" w:rsidRPr="004564E0" w:rsidRDefault="00371E59">
            <w:pPr>
              <w:spacing w:before="0"/>
              <w:jc w:val="left"/>
              <w:rPr>
                <w:lang w:val="pl-PL"/>
              </w:rPr>
            </w:pPr>
          </w:p>
        </w:tc>
        <w:tc>
          <w:tcPr>
            <w:tcW w:w="2704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33B04AB" w14:textId="77777777" w:rsidR="00371E59" w:rsidRPr="004564E0" w:rsidRDefault="00371E59">
            <w:pPr>
              <w:spacing w:before="0"/>
              <w:jc w:val="left"/>
              <w:rPr>
                <w:lang w:val="pl-PL"/>
              </w:rPr>
            </w:pPr>
          </w:p>
        </w:tc>
      </w:tr>
      <w:tr w:rsidR="00371E59" w:rsidRPr="002534F8" w14:paraId="5B7A141E" w14:textId="77777777" w:rsidTr="00BB0015">
        <w:trPr>
          <w:cantSplit/>
          <w:trHeight w:val="737"/>
        </w:trPr>
        <w:tc>
          <w:tcPr>
            <w:tcW w:w="2528" w:type="dxa"/>
            <w:shd w:val="clear" w:color="auto" w:fill="F2F6F8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429D687" w14:textId="77777777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b/>
                <w:lang w:val="pl-PL"/>
              </w:rPr>
              <w:t>Wsparcie psychologa, pedagoga lub pedagoga specjalnego</w:t>
            </w:r>
          </w:p>
        </w:tc>
        <w:tc>
          <w:tcPr>
            <w:tcW w:w="16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417AD44" w14:textId="77777777" w:rsidR="00371E59" w:rsidRPr="004564E0" w:rsidRDefault="00371E59">
            <w:pPr>
              <w:spacing w:before="0"/>
              <w:jc w:val="left"/>
              <w:rPr>
                <w:lang w:val="pl-PL"/>
              </w:rPr>
            </w:pPr>
          </w:p>
        </w:tc>
        <w:tc>
          <w:tcPr>
            <w:tcW w:w="19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B5EFAB2" w14:textId="77777777" w:rsidR="00371E59" w:rsidRPr="004564E0" w:rsidRDefault="00371E59">
            <w:pPr>
              <w:spacing w:before="0"/>
              <w:jc w:val="left"/>
              <w:rPr>
                <w:lang w:val="pl-PL"/>
              </w:rPr>
            </w:pPr>
          </w:p>
        </w:tc>
        <w:tc>
          <w:tcPr>
            <w:tcW w:w="18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5C45534" w14:textId="77777777" w:rsidR="00371E59" w:rsidRPr="004564E0" w:rsidRDefault="00371E59">
            <w:pPr>
              <w:spacing w:before="0"/>
              <w:jc w:val="left"/>
              <w:rPr>
                <w:lang w:val="pl-PL"/>
              </w:rPr>
            </w:pPr>
          </w:p>
        </w:tc>
        <w:tc>
          <w:tcPr>
            <w:tcW w:w="2704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805A43B" w14:textId="77777777" w:rsidR="00371E59" w:rsidRPr="004564E0" w:rsidRDefault="00371E59">
            <w:pPr>
              <w:spacing w:before="0"/>
              <w:jc w:val="left"/>
              <w:rPr>
                <w:lang w:val="pl-PL"/>
              </w:rPr>
            </w:pPr>
          </w:p>
        </w:tc>
      </w:tr>
      <w:tr w:rsidR="00371E59" w:rsidRPr="002534F8" w14:paraId="568A96F6" w14:textId="77777777" w:rsidTr="00BB0015">
        <w:trPr>
          <w:cantSplit/>
          <w:trHeight w:val="737"/>
        </w:trPr>
        <w:tc>
          <w:tcPr>
            <w:tcW w:w="2528" w:type="dxa"/>
            <w:shd w:val="clear" w:color="auto" w:fill="F2F6F8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562B4F0" w14:textId="77777777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b/>
                <w:lang w:val="pl-PL"/>
              </w:rPr>
              <w:t>Pomoc nauczyciela / wsparcie dodatkowej osoby</w:t>
            </w:r>
          </w:p>
        </w:tc>
        <w:tc>
          <w:tcPr>
            <w:tcW w:w="16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6C4468F" w14:textId="77777777" w:rsidR="00371E59" w:rsidRPr="004564E0" w:rsidRDefault="00371E59">
            <w:pPr>
              <w:spacing w:before="0"/>
              <w:jc w:val="left"/>
              <w:rPr>
                <w:lang w:val="pl-PL"/>
              </w:rPr>
            </w:pPr>
          </w:p>
        </w:tc>
        <w:tc>
          <w:tcPr>
            <w:tcW w:w="19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2D3C108" w14:textId="77777777" w:rsidR="00371E59" w:rsidRPr="004564E0" w:rsidRDefault="00371E59">
            <w:pPr>
              <w:spacing w:before="0"/>
              <w:jc w:val="left"/>
              <w:rPr>
                <w:lang w:val="pl-PL"/>
              </w:rPr>
            </w:pPr>
          </w:p>
        </w:tc>
        <w:tc>
          <w:tcPr>
            <w:tcW w:w="18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0A104A7" w14:textId="77777777" w:rsidR="00371E59" w:rsidRPr="004564E0" w:rsidRDefault="00371E59">
            <w:pPr>
              <w:spacing w:before="0"/>
              <w:jc w:val="left"/>
              <w:rPr>
                <w:lang w:val="pl-PL"/>
              </w:rPr>
            </w:pPr>
          </w:p>
        </w:tc>
        <w:tc>
          <w:tcPr>
            <w:tcW w:w="2704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C3C7614" w14:textId="77777777" w:rsidR="00371E59" w:rsidRPr="004564E0" w:rsidRDefault="00371E59">
            <w:pPr>
              <w:spacing w:before="0"/>
              <w:jc w:val="left"/>
              <w:rPr>
                <w:lang w:val="pl-PL"/>
              </w:rPr>
            </w:pPr>
          </w:p>
        </w:tc>
      </w:tr>
      <w:tr w:rsidR="00371E59" w:rsidRPr="002534F8" w14:paraId="3765D7B2" w14:textId="77777777" w:rsidTr="00BB0015">
        <w:trPr>
          <w:cantSplit/>
          <w:trHeight w:val="737"/>
        </w:trPr>
        <w:tc>
          <w:tcPr>
            <w:tcW w:w="2528" w:type="dxa"/>
            <w:shd w:val="clear" w:color="auto" w:fill="F2F6F8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DCE2FF7" w14:textId="77777777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b/>
                <w:lang w:val="pl-PL"/>
              </w:rPr>
              <w:t>Współpraca z rodziną, poradnią lub innymi specjalistami</w:t>
            </w:r>
          </w:p>
        </w:tc>
        <w:tc>
          <w:tcPr>
            <w:tcW w:w="16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A12CCFB" w14:textId="77777777" w:rsidR="00371E59" w:rsidRPr="004564E0" w:rsidRDefault="00371E59">
            <w:pPr>
              <w:spacing w:before="0"/>
              <w:jc w:val="left"/>
              <w:rPr>
                <w:lang w:val="pl-PL"/>
              </w:rPr>
            </w:pPr>
          </w:p>
        </w:tc>
        <w:tc>
          <w:tcPr>
            <w:tcW w:w="19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E4E8025" w14:textId="77777777" w:rsidR="00371E59" w:rsidRPr="004564E0" w:rsidRDefault="00371E59">
            <w:pPr>
              <w:spacing w:before="0"/>
              <w:jc w:val="left"/>
              <w:rPr>
                <w:lang w:val="pl-PL"/>
              </w:rPr>
            </w:pPr>
          </w:p>
        </w:tc>
        <w:tc>
          <w:tcPr>
            <w:tcW w:w="18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496BF70" w14:textId="77777777" w:rsidR="00371E59" w:rsidRPr="004564E0" w:rsidRDefault="00371E59">
            <w:pPr>
              <w:spacing w:before="0"/>
              <w:jc w:val="left"/>
              <w:rPr>
                <w:lang w:val="pl-PL"/>
              </w:rPr>
            </w:pPr>
          </w:p>
        </w:tc>
        <w:tc>
          <w:tcPr>
            <w:tcW w:w="2704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63B2E23" w14:textId="77777777" w:rsidR="00371E59" w:rsidRPr="004564E0" w:rsidRDefault="00371E59">
            <w:pPr>
              <w:spacing w:before="0"/>
              <w:jc w:val="left"/>
              <w:rPr>
                <w:lang w:val="pl-PL"/>
              </w:rPr>
            </w:pPr>
          </w:p>
        </w:tc>
      </w:tr>
      <w:tr w:rsidR="00371E59" w:rsidRPr="004564E0" w14:paraId="48D0DA9C" w14:textId="77777777" w:rsidTr="00BB0015">
        <w:trPr>
          <w:cantSplit/>
          <w:trHeight w:val="737"/>
        </w:trPr>
        <w:tc>
          <w:tcPr>
            <w:tcW w:w="2528" w:type="dxa"/>
            <w:shd w:val="clear" w:color="auto" w:fill="F2F6F8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9109F7B" w14:textId="77777777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b/>
                <w:lang w:val="pl-PL"/>
              </w:rPr>
              <w:t>Inne działania</w:t>
            </w:r>
          </w:p>
        </w:tc>
        <w:tc>
          <w:tcPr>
            <w:tcW w:w="16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DC30706" w14:textId="77777777" w:rsidR="00371E59" w:rsidRPr="004564E0" w:rsidRDefault="00371E59">
            <w:pPr>
              <w:spacing w:before="0"/>
              <w:jc w:val="left"/>
              <w:rPr>
                <w:lang w:val="pl-PL"/>
              </w:rPr>
            </w:pPr>
          </w:p>
        </w:tc>
        <w:tc>
          <w:tcPr>
            <w:tcW w:w="195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DF16D1C" w14:textId="77777777" w:rsidR="00371E59" w:rsidRPr="004564E0" w:rsidRDefault="00371E59">
            <w:pPr>
              <w:spacing w:before="0"/>
              <w:jc w:val="left"/>
              <w:rPr>
                <w:lang w:val="pl-PL"/>
              </w:rPr>
            </w:pPr>
          </w:p>
        </w:tc>
        <w:tc>
          <w:tcPr>
            <w:tcW w:w="1800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1F3B5CB" w14:textId="77777777" w:rsidR="00371E59" w:rsidRPr="004564E0" w:rsidRDefault="00371E59">
            <w:pPr>
              <w:spacing w:before="0"/>
              <w:jc w:val="left"/>
              <w:rPr>
                <w:lang w:val="pl-PL"/>
              </w:rPr>
            </w:pPr>
          </w:p>
        </w:tc>
        <w:tc>
          <w:tcPr>
            <w:tcW w:w="2704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D9218DE" w14:textId="77777777" w:rsidR="00371E59" w:rsidRPr="004564E0" w:rsidRDefault="00371E59">
            <w:pPr>
              <w:spacing w:before="0"/>
              <w:jc w:val="left"/>
              <w:rPr>
                <w:lang w:val="pl-PL"/>
              </w:rPr>
            </w:pPr>
          </w:p>
        </w:tc>
      </w:tr>
    </w:tbl>
    <w:p w14:paraId="598AFE01" w14:textId="77777777" w:rsidR="00371E59" w:rsidRPr="004635D6" w:rsidRDefault="00000000">
      <w:pPr>
        <w:pStyle w:val="FormQuestion"/>
        <w:keepNext w:val="0"/>
        <w:keepLines w:val="0"/>
        <w:spacing w:before="120"/>
        <w:rPr>
          <w:b/>
          <w:bCs/>
          <w:lang w:val="pl-PL"/>
        </w:rPr>
      </w:pPr>
      <w:r w:rsidRPr="004635D6">
        <w:rPr>
          <w:b/>
          <w:bCs/>
          <w:lang w:val="pl-PL"/>
        </w:rPr>
        <w:t>Czy dokonano ewaluacji skuteczności udzielanej pomocy?</w:t>
      </w:r>
    </w:p>
    <w:p w14:paraId="443F4F32" w14:textId="77777777" w:rsidR="00371E59" w:rsidRPr="004564E0" w:rsidRDefault="00000000">
      <w:pPr>
        <w:pStyle w:val="FormOptions"/>
        <w:keepLines w:val="0"/>
        <w:rPr>
          <w:lang w:val="pl-PL"/>
        </w:rPr>
      </w:pPr>
      <w:r w:rsidRPr="004564E0">
        <w:rPr>
          <w:rFonts w:ascii="Segoe UI Symbol" w:eastAsia="Segoe UI Symbol" w:hAnsi="Segoe UI Symbol"/>
          <w:lang w:val="pl-PL"/>
        </w:rPr>
        <w:t>☐</w:t>
      </w:r>
      <w:r w:rsidRPr="004564E0">
        <w:rPr>
          <w:lang w:val="pl-PL"/>
        </w:rPr>
        <w:t xml:space="preserve"> tak   </w:t>
      </w:r>
      <w:r w:rsidRPr="004564E0">
        <w:rPr>
          <w:rFonts w:ascii="Segoe UI Symbol" w:eastAsia="Segoe UI Symbol" w:hAnsi="Segoe UI Symbol"/>
          <w:lang w:val="pl-PL"/>
        </w:rPr>
        <w:t>☐</w:t>
      </w:r>
      <w:r w:rsidRPr="004564E0">
        <w:rPr>
          <w:lang w:val="pl-PL"/>
        </w:rPr>
        <w:t xml:space="preserve"> częściowo   </w:t>
      </w:r>
      <w:r w:rsidRPr="004564E0">
        <w:rPr>
          <w:rFonts w:ascii="Segoe UI Symbol" w:eastAsia="Segoe UI Symbol" w:hAnsi="Segoe UI Symbol"/>
          <w:lang w:val="pl-PL"/>
        </w:rPr>
        <w:t>☐</w:t>
      </w:r>
      <w:r w:rsidRPr="004564E0">
        <w:rPr>
          <w:lang w:val="pl-PL"/>
        </w:rPr>
        <w:t xml:space="preserve"> nie   </w:t>
      </w:r>
      <w:r w:rsidRPr="004564E0">
        <w:rPr>
          <w:rFonts w:ascii="Segoe UI Symbol" w:eastAsia="Segoe UI Symbol" w:hAnsi="Segoe UI Symbol"/>
          <w:lang w:val="pl-PL"/>
        </w:rPr>
        <w:t>☐</w:t>
      </w:r>
      <w:r w:rsidRPr="004564E0">
        <w:rPr>
          <w:lang w:val="pl-PL"/>
        </w:rPr>
        <w:t xml:space="preserve"> pomoc trwa zbyt krótko, aby ją ocenić   </w:t>
      </w:r>
      <w:r w:rsidRPr="004564E0">
        <w:rPr>
          <w:rFonts w:ascii="Segoe UI Symbol" w:eastAsia="Segoe UI Symbol" w:hAnsi="Segoe UI Symbol"/>
          <w:lang w:val="pl-PL"/>
        </w:rPr>
        <w:t>☐</w:t>
      </w:r>
      <w:r w:rsidRPr="004564E0">
        <w:rPr>
          <w:lang w:val="pl-PL"/>
        </w:rPr>
        <w:t xml:space="preserve"> nie dotyczy</w:t>
      </w:r>
    </w:p>
    <w:p w14:paraId="4BCDFB0B" w14:textId="77777777" w:rsidR="00371E59" w:rsidRPr="00CF152D" w:rsidRDefault="00000000">
      <w:pPr>
        <w:pStyle w:val="FormQuestion"/>
        <w:keepNext w:val="0"/>
        <w:keepLines w:val="0"/>
        <w:spacing w:before="120"/>
        <w:rPr>
          <w:b/>
          <w:bCs/>
          <w:lang w:val="pl-PL"/>
        </w:rPr>
      </w:pPr>
      <w:r w:rsidRPr="00CF152D">
        <w:rPr>
          <w:b/>
          <w:bCs/>
          <w:lang w:val="pl-PL"/>
        </w:rPr>
        <w:t>Sposób i data ewaluacji, osoby uczestniczące oraz najważniejsze wyniki</w:t>
      </w:r>
    </w:p>
    <w:p w14:paraId="3824B295" w14:textId="77777777" w:rsidR="00371E59" w:rsidRPr="00CF152D" w:rsidRDefault="00000000">
      <w:pPr>
        <w:pStyle w:val="ResponseLine"/>
        <w:keepLines w:val="0"/>
        <w:spacing w:after="80"/>
        <w:rPr>
          <w:b/>
          <w:bCs/>
          <w:lang w:val="pl-PL"/>
        </w:rPr>
      </w:pPr>
      <w:r w:rsidRPr="00CF152D">
        <w:rPr>
          <w:b/>
          <w:bCs/>
          <w:lang w:val="pl-PL"/>
        </w:rPr>
        <w:t> </w:t>
      </w:r>
    </w:p>
    <w:p w14:paraId="5373329F" w14:textId="77777777" w:rsidR="004564E0" w:rsidRPr="004564E0" w:rsidRDefault="004564E0">
      <w:pPr>
        <w:pStyle w:val="ResponseLine"/>
        <w:keepLines w:val="0"/>
        <w:spacing w:after="80"/>
        <w:rPr>
          <w:lang w:val="pl-PL"/>
        </w:rPr>
      </w:pPr>
    </w:p>
    <w:p w14:paraId="72E3D2F2" w14:textId="77777777" w:rsidR="00371E59" w:rsidRPr="00CF152D" w:rsidRDefault="00000000">
      <w:pPr>
        <w:pStyle w:val="FormQuestion"/>
        <w:keepNext w:val="0"/>
        <w:keepLines w:val="0"/>
        <w:spacing w:before="120"/>
        <w:rPr>
          <w:b/>
          <w:bCs/>
          <w:lang w:val="pl-PL"/>
        </w:rPr>
      </w:pPr>
      <w:bookmarkStart w:id="1" w:name="_Hlk239804123"/>
      <w:r w:rsidRPr="00CF152D">
        <w:rPr>
          <w:b/>
          <w:bCs/>
          <w:lang w:val="pl-PL"/>
        </w:rPr>
        <w:t>Co zostało zmienione po ewaluacji i jakie działania należy kontynuować, rozszerzyć, zmodyfikować lub zakończyć?</w:t>
      </w:r>
    </w:p>
    <w:bookmarkEnd w:id="1"/>
    <w:p w14:paraId="29207F6F" w14:textId="77777777" w:rsidR="00371E59" w:rsidRDefault="00000000">
      <w:pPr>
        <w:pStyle w:val="ResponseLine"/>
        <w:keepLines w:val="0"/>
        <w:spacing w:after="80"/>
        <w:rPr>
          <w:lang w:val="pl-PL"/>
        </w:rPr>
      </w:pPr>
      <w:r w:rsidRPr="004564E0">
        <w:rPr>
          <w:lang w:val="pl-PL"/>
        </w:rPr>
        <w:t> </w:t>
      </w:r>
    </w:p>
    <w:p w14:paraId="4C74D318" w14:textId="77777777" w:rsidR="004564E0" w:rsidRPr="004564E0" w:rsidRDefault="004564E0">
      <w:pPr>
        <w:pStyle w:val="ResponseLine"/>
        <w:keepLines w:val="0"/>
        <w:spacing w:after="80"/>
        <w:rPr>
          <w:lang w:val="pl-PL"/>
        </w:rPr>
      </w:pPr>
    </w:p>
    <w:p w14:paraId="5EC57FFE" w14:textId="77777777" w:rsidR="00371E59" w:rsidRPr="004564E0" w:rsidRDefault="00000000">
      <w:pPr>
        <w:pStyle w:val="Nagwek1"/>
        <w:rPr>
          <w:lang w:val="pl-PL"/>
        </w:rPr>
      </w:pPr>
      <w:r w:rsidRPr="004564E0">
        <w:rPr>
          <w:rFonts w:ascii="Times New Roman" w:eastAsia="Times New Roman" w:hAnsi="Times New Roman"/>
          <w:lang w:val="pl-PL"/>
        </w:rPr>
        <w:lastRenderedPageBreak/>
        <w:t>7. Ocena potrzeby szczególnej organizacji wsparcia</w:t>
      </w:r>
    </w:p>
    <w:p w14:paraId="59CC15BA" w14:textId="692B068E" w:rsidR="00371E59" w:rsidRPr="004564E0" w:rsidRDefault="00000000">
      <w:pPr>
        <w:pStyle w:val="FormQuestion"/>
        <w:keepNext w:val="0"/>
        <w:keepLines w:val="0"/>
        <w:spacing w:before="120"/>
        <w:rPr>
          <w:lang w:val="pl-PL"/>
        </w:rPr>
      </w:pPr>
      <w:r w:rsidRPr="004564E0">
        <w:rPr>
          <w:b/>
          <w:lang w:val="pl-PL"/>
        </w:rPr>
        <w:t xml:space="preserve">Czy zachodzi potrzeba realizacji wybranych zajęć wychowania przedszkolnego indywidualnie z dzieckiem lub w grupie liczącej do 5 dzieci </w:t>
      </w:r>
      <w:r w:rsidR="00D86596">
        <w:rPr>
          <w:b/>
          <w:lang w:val="pl-PL"/>
        </w:rPr>
        <w:t>–</w:t>
      </w:r>
      <w:r w:rsidRPr="004564E0">
        <w:rPr>
          <w:b/>
          <w:lang w:val="pl-PL"/>
        </w:rPr>
        <w:t xml:space="preserve"> w przypadku dziecka napotykającego na trudności w funkcjonowaniu wspólnie z oddziałem przedszkolnym?</w:t>
      </w:r>
    </w:p>
    <w:p w14:paraId="056A7457" w14:textId="77777777" w:rsidR="00371E59" w:rsidRPr="004564E0" w:rsidRDefault="00000000">
      <w:pPr>
        <w:pStyle w:val="FormOptions"/>
        <w:keepLines w:val="0"/>
        <w:rPr>
          <w:lang w:val="pl-PL"/>
        </w:rPr>
      </w:pPr>
      <w:r w:rsidRPr="004564E0">
        <w:rPr>
          <w:rFonts w:ascii="Segoe UI Symbol" w:eastAsia="Segoe UI Symbol" w:hAnsi="Segoe UI Symbol"/>
          <w:lang w:val="pl-PL"/>
        </w:rPr>
        <w:t>☐</w:t>
      </w:r>
      <w:r w:rsidRPr="004564E0">
        <w:rPr>
          <w:lang w:val="pl-PL"/>
        </w:rPr>
        <w:t xml:space="preserve"> nie   </w:t>
      </w:r>
      <w:r w:rsidRPr="004564E0">
        <w:rPr>
          <w:rFonts w:ascii="Segoe UI Symbol" w:eastAsia="Segoe UI Symbol" w:hAnsi="Segoe UI Symbol"/>
          <w:lang w:val="pl-PL"/>
        </w:rPr>
        <w:t>☐</w:t>
      </w:r>
      <w:r w:rsidRPr="004564E0">
        <w:rPr>
          <w:lang w:val="pl-PL"/>
        </w:rPr>
        <w:t xml:space="preserve"> tak - należy określić zakres i formę poniżej   </w:t>
      </w:r>
      <w:r w:rsidRPr="004564E0">
        <w:rPr>
          <w:rFonts w:ascii="Segoe UI Symbol" w:eastAsia="Segoe UI Symbol" w:hAnsi="Segoe UI Symbol"/>
          <w:lang w:val="pl-PL"/>
        </w:rPr>
        <w:t>☐</w:t>
      </w:r>
      <w:r w:rsidRPr="004564E0">
        <w:rPr>
          <w:lang w:val="pl-PL"/>
        </w:rPr>
        <w:t xml:space="preserve"> wymaga dalszej oceny   </w:t>
      </w:r>
      <w:r w:rsidRPr="004564E0">
        <w:rPr>
          <w:rFonts w:ascii="Segoe UI Symbol" w:eastAsia="Segoe UI Symbol" w:hAnsi="Segoe UI Symbol"/>
          <w:lang w:val="pl-PL"/>
        </w:rPr>
        <w:t>☐</w:t>
      </w:r>
      <w:r w:rsidRPr="004564E0">
        <w:rPr>
          <w:lang w:val="pl-PL"/>
        </w:rPr>
        <w:t xml:space="preserve"> nie dotyczy</w:t>
      </w:r>
    </w:p>
    <w:p w14:paraId="76A38244" w14:textId="429B7876" w:rsidR="00371E59" w:rsidRPr="004564E0" w:rsidRDefault="004564E0">
      <w:pPr>
        <w:rPr>
          <w:b/>
          <w:bCs/>
          <w:lang w:val="pl-PL"/>
        </w:rPr>
      </w:pPr>
      <w:r w:rsidRPr="004564E0">
        <w:rPr>
          <w:b/>
          <w:bCs/>
          <w:lang w:val="pl-PL"/>
        </w:rPr>
        <w:t>Jeżeli tak – to w jakim zakresie?</w:t>
      </w:r>
    </w:p>
    <w:p w14:paraId="63FB3029" w14:textId="77777777" w:rsidR="004564E0" w:rsidRDefault="004564E0">
      <w:pPr>
        <w:rPr>
          <w:lang w:val="pl-PL"/>
        </w:rPr>
      </w:pPr>
    </w:p>
    <w:p w14:paraId="098AE483" w14:textId="77777777" w:rsidR="004564E0" w:rsidRDefault="004564E0">
      <w:pPr>
        <w:rPr>
          <w:lang w:val="pl-PL"/>
        </w:rPr>
      </w:pPr>
    </w:p>
    <w:p w14:paraId="162FD860" w14:textId="77777777" w:rsidR="004564E0" w:rsidRPr="004564E0" w:rsidRDefault="004564E0">
      <w:pPr>
        <w:rPr>
          <w:lang w:val="pl-PL"/>
        </w:rPr>
      </w:pPr>
    </w:p>
    <w:p w14:paraId="79C9571F" w14:textId="77777777" w:rsidR="00371E59" w:rsidRPr="004564E0" w:rsidRDefault="00000000">
      <w:pPr>
        <w:pStyle w:val="FormQuestion"/>
        <w:keepNext w:val="0"/>
        <w:keepLines w:val="0"/>
        <w:spacing w:before="120"/>
        <w:rPr>
          <w:lang w:val="pl-PL"/>
        </w:rPr>
      </w:pPr>
      <w:r w:rsidRPr="004564E0">
        <w:rPr>
          <w:b/>
          <w:lang w:val="pl-PL"/>
        </w:rPr>
        <w:t>Czy dziecko wymaga zapewnienia wsparcia przez nauczyciela posiadającego kwalifikacje z zakresu pedagogiki specjalnej, zatrudnionego w celu współorganizowania kształcenia specjalnego, specjalistów lub innych osób?</w:t>
      </w:r>
    </w:p>
    <w:p w14:paraId="3C203A2C" w14:textId="77777777" w:rsidR="00371E59" w:rsidRPr="004564E0" w:rsidRDefault="00000000">
      <w:pPr>
        <w:pStyle w:val="FormOptions"/>
        <w:keepLines w:val="0"/>
        <w:rPr>
          <w:lang w:val="pl-PL"/>
        </w:rPr>
      </w:pPr>
      <w:r w:rsidRPr="004564E0">
        <w:rPr>
          <w:rFonts w:ascii="Segoe UI Symbol" w:eastAsia="Segoe UI Symbol" w:hAnsi="Segoe UI Symbol"/>
          <w:lang w:val="pl-PL"/>
        </w:rPr>
        <w:t>☐</w:t>
      </w:r>
      <w:r w:rsidRPr="004564E0">
        <w:rPr>
          <w:lang w:val="pl-PL"/>
        </w:rPr>
        <w:t xml:space="preserve"> nie   </w:t>
      </w:r>
      <w:r w:rsidRPr="004564E0">
        <w:rPr>
          <w:rFonts w:ascii="Segoe UI Symbol" w:eastAsia="Segoe UI Symbol" w:hAnsi="Segoe UI Symbol"/>
          <w:lang w:val="pl-PL"/>
        </w:rPr>
        <w:t>☐</w:t>
      </w:r>
      <w:r w:rsidRPr="004564E0">
        <w:rPr>
          <w:lang w:val="pl-PL"/>
        </w:rPr>
        <w:t xml:space="preserve"> tak - należy określić proponowany zakres wsparcia poniżej   </w:t>
      </w:r>
      <w:r w:rsidRPr="004564E0">
        <w:rPr>
          <w:rFonts w:ascii="Segoe UI Symbol" w:eastAsia="Segoe UI Symbol" w:hAnsi="Segoe UI Symbol"/>
          <w:lang w:val="pl-PL"/>
        </w:rPr>
        <w:t>☐</w:t>
      </w:r>
      <w:r w:rsidRPr="004564E0">
        <w:rPr>
          <w:lang w:val="pl-PL"/>
        </w:rPr>
        <w:t xml:space="preserve"> wymaga dalszej oceny   </w:t>
      </w:r>
      <w:r w:rsidRPr="004564E0">
        <w:rPr>
          <w:rFonts w:ascii="Segoe UI Symbol" w:eastAsia="Segoe UI Symbol" w:hAnsi="Segoe UI Symbol"/>
          <w:lang w:val="pl-PL"/>
        </w:rPr>
        <w:t>☐</w:t>
      </w:r>
      <w:r w:rsidRPr="004564E0">
        <w:rPr>
          <w:lang w:val="pl-PL"/>
        </w:rPr>
        <w:t xml:space="preserve"> nie dotyczy</w:t>
      </w:r>
    </w:p>
    <w:p w14:paraId="3B6471D7" w14:textId="32A7757D" w:rsidR="00371E59" w:rsidRDefault="00000000">
      <w:pPr>
        <w:pStyle w:val="FormQuestion"/>
        <w:keepNext w:val="0"/>
        <w:keepLines w:val="0"/>
        <w:spacing w:before="120"/>
        <w:rPr>
          <w:b/>
          <w:lang w:val="pl-PL"/>
        </w:rPr>
      </w:pPr>
      <w:r w:rsidRPr="004564E0">
        <w:rPr>
          <w:b/>
          <w:lang w:val="pl-PL"/>
        </w:rPr>
        <w:t xml:space="preserve">Jeżeli tak </w:t>
      </w:r>
      <w:r w:rsidR="004564E0">
        <w:rPr>
          <w:b/>
          <w:lang w:val="pl-PL"/>
        </w:rPr>
        <w:t>–</w:t>
      </w:r>
      <w:r w:rsidRPr="004564E0">
        <w:rPr>
          <w:b/>
          <w:lang w:val="pl-PL"/>
        </w:rPr>
        <w:t xml:space="preserve"> proponowany zakres wsparcia, sytuacje i zadania, w których jest ono potrzebne, oraz oczekiwany efekt funkcjonalny</w:t>
      </w:r>
      <w:r w:rsidR="00D86596">
        <w:rPr>
          <w:b/>
          <w:lang w:val="pl-PL"/>
        </w:rPr>
        <w:t>:</w:t>
      </w:r>
    </w:p>
    <w:p w14:paraId="447C8EC8" w14:textId="77777777" w:rsidR="00371E59" w:rsidRDefault="00000000">
      <w:pPr>
        <w:pStyle w:val="ResponseLine"/>
        <w:keepLines w:val="0"/>
        <w:spacing w:after="80"/>
        <w:rPr>
          <w:lang w:val="pl-PL"/>
        </w:rPr>
      </w:pPr>
      <w:r w:rsidRPr="004564E0">
        <w:rPr>
          <w:lang w:val="pl-PL"/>
        </w:rPr>
        <w:t> </w:t>
      </w:r>
    </w:p>
    <w:p w14:paraId="0BAAE848" w14:textId="77777777" w:rsidR="004564E0" w:rsidRDefault="004564E0">
      <w:pPr>
        <w:pStyle w:val="ResponseLine"/>
        <w:keepLines w:val="0"/>
        <w:spacing w:after="80"/>
        <w:rPr>
          <w:lang w:val="pl-PL"/>
        </w:rPr>
      </w:pPr>
    </w:p>
    <w:p w14:paraId="168B08FC" w14:textId="77777777" w:rsidR="004564E0" w:rsidRPr="004564E0" w:rsidRDefault="004564E0">
      <w:pPr>
        <w:pStyle w:val="ResponseLine"/>
        <w:keepLines w:val="0"/>
        <w:spacing w:after="80"/>
        <w:rPr>
          <w:lang w:val="pl-PL"/>
        </w:rPr>
      </w:pPr>
    </w:p>
    <w:p w14:paraId="01F16737" w14:textId="77777777" w:rsidR="00371E59" w:rsidRPr="004564E0" w:rsidRDefault="00000000">
      <w:pPr>
        <w:pStyle w:val="Nagwek1"/>
        <w:rPr>
          <w:lang w:val="pl-PL"/>
        </w:rPr>
      </w:pPr>
      <w:r w:rsidRPr="004564E0">
        <w:rPr>
          <w:rFonts w:ascii="Times New Roman" w:eastAsia="Times New Roman" w:hAnsi="Times New Roman"/>
          <w:lang w:val="pl-PL"/>
        </w:rPr>
        <w:t>8. Wnioski do dalszej pracy</w:t>
      </w:r>
    </w:p>
    <w:tbl>
      <w:tblPr>
        <w:tblW w:w="10490" w:type="dxa"/>
        <w:tblInd w:w="-8" w:type="dxa"/>
        <w:tblBorders>
          <w:top w:val="single" w:sz="6" w:space="0" w:color="A7BAC6"/>
          <w:left w:val="single" w:sz="6" w:space="0" w:color="A7BAC6"/>
          <w:bottom w:val="single" w:sz="6" w:space="0" w:color="A7BAC6"/>
          <w:right w:val="single" w:sz="6" w:space="0" w:color="A7BAC6"/>
          <w:insideH w:val="single" w:sz="6" w:space="0" w:color="A7BAC6"/>
          <w:insideV w:val="single" w:sz="6" w:space="0" w:color="A7BAC6"/>
        </w:tblBorders>
        <w:tblLayout w:type="fixed"/>
        <w:tblLook w:val="04A0" w:firstRow="1" w:lastRow="0" w:firstColumn="1" w:lastColumn="0" w:noHBand="0" w:noVBand="1"/>
      </w:tblPr>
      <w:tblGrid>
        <w:gridCol w:w="3128"/>
        <w:gridCol w:w="7362"/>
      </w:tblGrid>
      <w:tr w:rsidR="00371E59" w:rsidRPr="004564E0" w14:paraId="4B222E38" w14:textId="77777777" w:rsidTr="00CF152D">
        <w:trPr>
          <w:cantSplit/>
          <w:tblHeader/>
        </w:trPr>
        <w:tc>
          <w:tcPr>
            <w:tcW w:w="3128" w:type="dxa"/>
            <w:shd w:val="clear" w:color="auto" w:fill="E8F1F5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5115497" w14:textId="77777777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b/>
                <w:lang w:val="pl-PL"/>
              </w:rPr>
              <w:t>Obszar podsumowania</w:t>
            </w:r>
          </w:p>
        </w:tc>
        <w:tc>
          <w:tcPr>
            <w:tcW w:w="7362" w:type="dxa"/>
            <w:shd w:val="clear" w:color="auto" w:fill="E8F1F5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4E6F3C2" w14:textId="77777777" w:rsidR="00371E59" w:rsidRPr="004564E0" w:rsidRDefault="00000000" w:rsidP="00CF152D">
            <w:pPr>
              <w:spacing w:before="0"/>
              <w:jc w:val="center"/>
              <w:rPr>
                <w:lang w:val="pl-PL"/>
              </w:rPr>
            </w:pPr>
            <w:r w:rsidRPr="004564E0">
              <w:rPr>
                <w:b/>
                <w:lang w:val="pl-PL"/>
              </w:rPr>
              <w:t>Najważniejsze informacje i wnioski</w:t>
            </w:r>
          </w:p>
        </w:tc>
      </w:tr>
      <w:tr w:rsidR="00371E59" w:rsidRPr="002534F8" w14:paraId="3D6D3678" w14:textId="77777777" w:rsidTr="00CF152D">
        <w:trPr>
          <w:cantSplit/>
        </w:trPr>
        <w:tc>
          <w:tcPr>
            <w:tcW w:w="3128" w:type="dxa"/>
            <w:shd w:val="clear" w:color="auto" w:fill="F2F6F8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95404E3" w14:textId="77777777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b/>
                <w:lang w:val="pl-PL"/>
              </w:rPr>
              <w:t>Najważniejsze mocne strony i uzdolnienia</w:t>
            </w:r>
          </w:p>
        </w:tc>
        <w:tc>
          <w:tcPr>
            <w:tcW w:w="7362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74C83E9" w14:textId="77777777" w:rsidR="00371E59" w:rsidRPr="004564E0" w:rsidRDefault="00371E59">
            <w:pPr>
              <w:spacing w:before="0"/>
              <w:jc w:val="left"/>
              <w:rPr>
                <w:lang w:val="pl-PL"/>
              </w:rPr>
            </w:pPr>
          </w:p>
        </w:tc>
      </w:tr>
      <w:tr w:rsidR="00371E59" w:rsidRPr="002534F8" w14:paraId="52BA20DB" w14:textId="77777777" w:rsidTr="00CF152D">
        <w:trPr>
          <w:cantSplit/>
        </w:trPr>
        <w:tc>
          <w:tcPr>
            <w:tcW w:w="3128" w:type="dxa"/>
            <w:shd w:val="clear" w:color="auto" w:fill="F2F6F8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1CF759C" w14:textId="77777777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b/>
                <w:lang w:val="pl-PL"/>
              </w:rPr>
              <w:t>Najważniejsze ograniczenia aktywności i uczestniczenia</w:t>
            </w:r>
          </w:p>
        </w:tc>
        <w:tc>
          <w:tcPr>
            <w:tcW w:w="7362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EDF973F" w14:textId="77777777" w:rsidR="00371E59" w:rsidRPr="004564E0" w:rsidRDefault="00371E59">
            <w:pPr>
              <w:spacing w:before="0"/>
              <w:jc w:val="left"/>
              <w:rPr>
                <w:lang w:val="pl-PL"/>
              </w:rPr>
            </w:pPr>
          </w:p>
        </w:tc>
      </w:tr>
      <w:tr w:rsidR="00371E59" w:rsidRPr="004564E0" w14:paraId="5B36EB0D" w14:textId="77777777" w:rsidTr="00CF152D">
        <w:trPr>
          <w:cantSplit/>
        </w:trPr>
        <w:tc>
          <w:tcPr>
            <w:tcW w:w="3128" w:type="dxa"/>
            <w:shd w:val="clear" w:color="auto" w:fill="F2F6F8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98B4AA6" w14:textId="77777777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b/>
                <w:lang w:val="pl-PL"/>
              </w:rPr>
              <w:t>Najskuteczniejsze dotychczasowe ułatwienia</w:t>
            </w:r>
          </w:p>
        </w:tc>
        <w:tc>
          <w:tcPr>
            <w:tcW w:w="7362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FBB9B04" w14:textId="77777777" w:rsidR="00371E59" w:rsidRPr="004564E0" w:rsidRDefault="00371E59">
            <w:pPr>
              <w:spacing w:before="0"/>
              <w:jc w:val="left"/>
              <w:rPr>
                <w:lang w:val="pl-PL"/>
              </w:rPr>
            </w:pPr>
          </w:p>
        </w:tc>
      </w:tr>
      <w:tr w:rsidR="00371E59" w:rsidRPr="002534F8" w14:paraId="7E4B7742" w14:textId="77777777" w:rsidTr="00CF152D">
        <w:trPr>
          <w:cantSplit/>
        </w:trPr>
        <w:tc>
          <w:tcPr>
            <w:tcW w:w="3128" w:type="dxa"/>
            <w:shd w:val="clear" w:color="auto" w:fill="F2F6F8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4E442A3" w14:textId="77777777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b/>
                <w:lang w:val="pl-PL"/>
              </w:rPr>
              <w:t>Najważniejsze bariery wymagające usunięcia lub ograniczenia</w:t>
            </w:r>
          </w:p>
        </w:tc>
        <w:tc>
          <w:tcPr>
            <w:tcW w:w="7362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23DD5D27" w14:textId="77777777" w:rsidR="00371E59" w:rsidRPr="004564E0" w:rsidRDefault="00371E59">
            <w:pPr>
              <w:spacing w:before="0"/>
              <w:jc w:val="left"/>
              <w:rPr>
                <w:lang w:val="pl-PL"/>
              </w:rPr>
            </w:pPr>
          </w:p>
        </w:tc>
      </w:tr>
      <w:tr w:rsidR="00371E59" w:rsidRPr="002534F8" w14:paraId="1B7E8881" w14:textId="77777777" w:rsidTr="00CF152D">
        <w:trPr>
          <w:cantSplit/>
        </w:trPr>
        <w:tc>
          <w:tcPr>
            <w:tcW w:w="3128" w:type="dxa"/>
            <w:shd w:val="clear" w:color="auto" w:fill="F2F6F8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302B13DE" w14:textId="77777777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b/>
                <w:lang w:val="pl-PL"/>
              </w:rPr>
              <w:t>Wnioski dotyczące dalszej pomocy i dostosowania warunków</w:t>
            </w:r>
          </w:p>
        </w:tc>
        <w:tc>
          <w:tcPr>
            <w:tcW w:w="7362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FA5ECE8" w14:textId="77777777" w:rsidR="00371E59" w:rsidRPr="004564E0" w:rsidRDefault="00371E59">
            <w:pPr>
              <w:spacing w:before="0"/>
              <w:jc w:val="left"/>
              <w:rPr>
                <w:lang w:val="pl-PL"/>
              </w:rPr>
            </w:pPr>
          </w:p>
        </w:tc>
      </w:tr>
    </w:tbl>
    <w:p w14:paraId="780DB152" w14:textId="1CD2BAE7" w:rsidR="00371E59" w:rsidRPr="004564E0" w:rsidRDefault="00000000">
      <w:pPr>
        <w:pStyle w:val="FormQuestion"/>
        <w:keepNext w:val="0"/>
        <w:keepLines w:val="0"/>
        <w:spacing w:before="120"/>
        <w:rPr>
          <w:lang w:val="pl-PL"/>
        </w:rPr>
      </w:pPr>
      <w:r w:rsidRPr="004564E0">
        <w:rPr>
          <w:b/>
          <w:lang w:val="pl-PL"/>
        </w:rPr>
        <w:t>Jakiego rozstrzygnięcia, wskazówek lub wyjaśnienia placówka oczekuje w wyniku diagnozy i wydanego dokumentu poradni?</w:t>
      </w:r>
    </w:p>
    <w:p w14:paraId="40588695" w14:textId="77777777" w:rsidR="00371E59" w:rsidRDefault="00000000">
      <w:pPr>
        <w:pStyle w:val="ResponseLine"/>
        <w:keepLines w:val="0"/>
        <w:spacing w:after="80"/>
        <w:rPr>
          <w:lang w:val="pl-PL"/>
        </w:rPr>
      </w:pPr>
      <w:r w:rsidRPr="004564E0">
        <w:rPr>
          <w:lang w:val="pl-PL"/>
        </w:rPr>
        <w:t> </w:t>
      </w:r>
    </w:p>
    <w:p w14:paraId="29C6E941" w14:textId="77777777" w:rsidR="004564E0" w:rsidRDefault="004564E0">
      <w:pPr>
        <w:pStyle w:val="ResponseLine"/>
        <w:keepLines w:val="0"/>
        <w:spacing w:after="80"/>
        <w:rPr>
          <w:lang w:val="pl-PL"/>
        </w:rPr>
      </w:pPr>
    </w:p>
    <w:p w14:paraId="4BF5A5A4" w14:textId="77777777" w:rsidR="004564E0" w:rsidRPr="004564E0" w:rsidRDefault="004564E0">
      <w:pPr>
        <w:pStyle w:val="ResponseLine"/>
        <w:keepLines w:val="0"/>
        <w:spacing w:after="80"/>
        <w:rPr>
          <w:lang w:val="pl-PL"/>
        </w:rPr>
      </w:pPr>
    </w:p>
    <w:p w14:paraId="1F2FDC45" w14:textId="575AC798" w:rsidR="00371E59" w:rsidRPr="004564E0" w:rsidRDefault="00000000">
      <w:pPr>
        <w:pStyle w:val="FormQuestion"/>
        <w:keepNext w:val="0"/>
        <w:keepLines w:val="0"/>
        <w:spacing w:before="120"/>
        <w:rPr>
          <w:lang w:val="pl-PL"/>
        </w:rPr>
      </w:pPr>
      <w:r w:rsidRPr="004564E0">
        <w:rPr>
          <w:b/>
          <w:lang w:val="pl-PL"/>
        </w:rPr>
        <w:t>Inne informacje istotne dla diagnozy funkcjonalnej</w:t>
      </w:r>
      <w:r w:rsidR="00CF152D">
        <w:rPr>
          <w:b/>
          <w:lang w:val="pl-PL"/>
        </w:rPr>
        <w:t>:</w:t>
      </w:r>
    </w:p>
    <w:p w14:paraId="0A220A40" w14:textId="77777777" w:rsidR="00371E59" w:rsidRDefault="00000000">
      <w:pPr>
        <w:pStyle w:val="ResponseLine"/>
        <w:keepLines w:val="0"/>
        <w:spacing w:after="80"/>
        <w:rPr>
          <w:lang w:val="pl-PL"/>
        </w:rPr>
      </w:pPr>
      <w:r w:rsidRPr="004564E0">
        <w:rPr>
          <w:lang w:val="pl-PL"/>
        </w:rPr>
        <w:t> </w:t>
      </w:r>
    </w:p>
    <w:p w14:paraId="462F2427" w14:textId="77777777" w:rsidR="004564E0" w:rsidRDefault="004564E0">
      <w:pPr>
        <w:pStyle w:val="ResponseLine"/>
        <w:keepLines w:val="0"/>
        <w:spacing w:after="80"/>
        <w:rPr>
          <w:lang w:val="pl-PL"/>
        </w:rPr>
      </w:pPr>
    </w:p>
    <w:p w14:paraId="21BAE7B7" w14:textId="77777777" w:rsidR="004564E0" w:rsidRPr="004564E0" w:rsidRDefault="004564E0">
      <w:pPr>
        <w:pStyle w:val="ResponseLine"/>
        <w:keepLines w:val="0"/>
        <w:spacing w:after="80"/>
        <w:rPr>
          <w:lang w:val="pl-PL"/>
        </w:rPr>
      </w:pPr>
    </w:p>
    <w:p w14:paraId="56F00227" w14:textId="03791657" w:rsidR="00371E59" w:rsidRPr="004564E0" w:rsidRDefault="00000000">
      <w:pPr>
        <w:pStyle w:val="FormQuestion"/>
        <w:keepNext w:val="0"/>
        <w:keepLines w:val="0"/>
        <w:spacing w:before="120"/>
        <w:rPr>
          <w:lang w:val="pl-PL"/>
        </w:rPr>
      </w:pPr>
      <w:r w:rsidRPr="004564E0">
        <w:rPr>
          <w:b/>
          <w:lang w:val="pl-PL"/>
        </w:rPr>
        <w:t>Załączniki przekazywane wraz z informacją</w:t>
      </w:r>
      <w:r w:rsidR="00CF152D">
        <w:rPr>
          <w:b/>
          <w:lang w:val="pl-PL"/>
        </w:rPr>
        <w:t>:</w:t>
      </w:r>
    </w:p>
    <w:p w14:paraId="508F8841" w14:textId="016D63E6" w:rsidR="00371E59" w:rsidRPr="004564E0" w:rsidRDefault="00000000">
      <w:pPr>
        <w:pStyle w:val="FormOptions"/>
        <w:keepLines w:val="0"/>
        <w:rPr>
          <w:lang w:val="pl-PL"/>
        </w:rPr>
      </w:pPr>
      <w:r w:rsidRPr="004564E0">
        <w:rPr>
          <w:rFonts w:ascii="Segoe UI Symbol" w:eastAsia="Segoe UI Symbol" w:hAnsi="Segoe UI Symbol"/>
          <w:lang w:val="pl-PL"/>
        </w:rPr>
        <w:t>☐</w:t>
      </w:r>
      <w:r w:rsidRPr="004564E0">
        <w:rPr>
          <w:lang w:val="pl-PL"/>
        </w:rPr>
        <w:t xml:space="preserve"> aktualna WOPFU - jeżeli dziecko jest objęte kształceniem specjalnym   </w:t>
      </w:r>
      <w:r w:rsidRPr="004564E0">
        <w:rPr>
          <w:rFonts w:ascii="Segoe UI Symbol" w:eastAsia="Segoe UI Symbol" w:hAnsi="Segoe UI Symbol"/>
          <w:lang w:val="pl-PL"/>
        </w:rPr>
        <w:t>☐</w:t>
      </w:r>
      <w:r w:rsidRPr="004564E0">
        <w:rPr>
          <w:lang w:val="pl-PL"/>
        </w:rPr>
        <w:t xml:space="preserve"> aktualna okresowa ocena funkcjonowania - jeżeli dotyczy zajęć rewalidacyjno-wychowawczych   </w:t>
      </w:r>
      <w:r w:rsidRPr="004564E0">
        <w:rPr>
          <w:rFonts w:ascii="Segoe UI Symbol" w:eastAsia="Segoe UI Symbol" w:hAnsi="Segoe UI Symbol"/>
          <w:lang w:val="pl-PL"/>
        </w:rPr>
        <w:t>☐</w:t>
      </w:r>
      <w:r w:rsidRPr="004564E0">
        <w:rPr>
          <w:lang w:val="pl-PL"/>
        </w:rPr>
        <w:t xml:space="preserve"> </w:t>
      </w:r>
      <w:r w:rsidR="002C0A42">
        <w:rPr>
          <w:lang w:val="pl-PL"/>
        </w:rPr>
        <w:t>SRMD</w:t>
      </w:r>
      <w:r w:rsidRPr="004564E0">
        <w:rPr>
          <w:lang w:val="pl-PL"/>
        </w:rPr>
        <w:t xml:space="preserve"> </w:t>
      </w:r>
      <w:r w:rsidRPr="004564E0">
        <w:rPr>
          <w:rFonts w:ascii="Segoe UI Symbol" w:eastAsia="Segoe UI Symbol" w:hAnsi="Segoe UI Symbol"/>
          <w:lang w:val="pl-PL"/>
        </w:rPr>
        <w:t>☐</w:t>
      </w:r>
      <w:r w:rsidRPr="004564E0">
        <w:rPr>
          <w:lang w:val="pl-PL"/>
        </w:rPr>
        <w:t xml:space="preserve"> próbka rysunku lub pracy grafomotorycznej   </w:t>
      </w:r>
      <w:r w:rsidRPr="004564E0">
        <w:rPr>
          <w:rFonts w:ascii="Segoe UI Symbol" w:eastAsia="Segoe UI Symbol" w:hAnsi="Segoe UI Symbol"/>
          <w:lang w:val="pl-PL"/>
        </w:rPr>
        <w:t>☐</w:t>
      </w:r>
      <w:r w:rsidRPr="004564E0">
        <w:rPr>
          <w:lang w:val="pl-PL"/>
        </w:rPr>
        <w:t xml:space="preserve"> arkusz gotowości szkolnej   </w:t>
      </w:r>
      <w:r w:rsidRPr="004564E0">
        <w:rPr>
          <w:rFonts w:ascii="Segoe UI Symbol" w:eastAsia="Segoe UI Symbol" w:hAnsi="Segoe UI Symbol"/>
          <w:lang w:val="pl-PL"/>
        </w:rPr>
        <w:t>☐</w:t>
      </w:r>
      <w:r w:rsidRPr="004564E0">
        <w:rPr>
          <w:lang w:val="pl-PL"/>
        </w:rPr>
        <w:t xml:space="preserve"> inne: ___________  </w:t>
      </w:r>
      <w:r w:rsidRPr="004564E0">
        <w:rPr>
          <w:rFonts w:ascii="Segoe UI Symbol" w:eastAsia="Segoe UI Symbol" w:hAnsi="Segoe UI Symbol"/>
          <w:lang w:val="pl-PL"/>
        </w:rPr>
        <w:t>☐</w:t>
      </w:r>
      <w:r w:rsidRPr="004564E0">
        <w:rPr>
          <w:lang w:val="pl-PL"/>
        </w:rPr>
        <w:t xml:space="preserve"> nie dotyczy</w:t>
      </w:r>
    </w:p>
    <w:p w14:paraId="2D6B09A5" w14:textId="77777777" w:rsidR="00371E59" w:rsidRPr="004564E0" w:rsidRDefault="00000000" w:rsidP="00CF152D">
      <w:pPr>
        <w:pStyle w:val="FormInstruction"/>
        <w:keepLines w:val="0"/>
        <w:spacing w:before="120" w:after="120"/>
        <w:rPr>
          <w:lang w:val="pl-PL"/>
        </w:rPr>
      </w:pPr>
      <w:r w:rsidRPr="004564E0">
        <w:rPr>
          <w:lang w:val="pl-PL"/>
        </w:rPr>
        <w:t>Informacja została opracowana na podstawie obserwacji funkcjonowania dziecka w placówce, dokumentacji oraz ustaleń nauczycieli i specjalistów. Zawarte opisy odnoszą się do rzeczywistych sytuacji edukacyjnych i opiekuńczych.</w:t>
      </w:r>
    </w:p>
    <w:tbl>
      <w:tblPr>
        <w:tblW w:w="10490" w:type="dxa"/>
        <w:tblInd w:w="-8" w:type="dxa"/>
        <w:tblBorders>
          <w:top w:val="single" w:sz="6" w:space="0" w:color="A7BAC6"/>
          <w:left w:val="single" w:sz="6" w:space="0" w:color="A7BAC6"/>
          <w:bottom w:val="single" w:sz="6" w:space="0" w:color="A7BAC6"/>
          <w:right w:val="single" w:sz="6" w:space="0" w:color="A7BAC6"/>
          <w:insideH w:val="single" w:sz="6" w:space="0" w:color="A7BAC6"/>
          <w:insideV w:val="single" w:sz="6" w:space="0" w:color="A7BAC6"/>
        </w:tblBorders>
        <w:tblLayout w:type="fixed"/>
        <w:tblLook w:val="04A0" w:firstRow="1" w:lastRow="0" w:firstColumn="1" w:lastColumn="0" w:noHBand="0" w:noVBand="1"/>
      </w:tblPr>
      <w:tblGrid>
        <w:gridCol w:w="6228"/>
        <w:gridCol w:w="4262"/>
      </w:tblGrid>
      <w:tr w:rsidR="00371E59" w:rsidRPr="002534F8" w14:paraId="0DFD7485" w14:textId="77777777" w:rsidTr="00CF152D">
        <w:trPr>
          <w:cantSplit/>
          <w:tblHeader/>
        </w:trPr>
        <w:tc>
          <w:tcPr>
            <w:tcW w:w="6228" w:type="dxa"/>
            <w:shd w:val="clear" w:color="auto" w:fill="E8F1F5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E5DC538" w14:textId="77777777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b/>
                <w:lang w:val="pl-PL"/>
              </w:rPr>
              <w:t>Osoby sporządzające dokument - imię, nazwisko, stanowisko i podpis</w:t>
            </w:r>
          </w:p>
        </w:tc>
        <w:tc>
          <w:tcPr>
            <w:tcW w:w="4262" w:type="dxa"/>
            <w:shd w:val="clear" w:color="auto" w:fill="E8F1F5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6E640414" w14:textId="77777777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b/>
                <w:lang w:val="pl-PL"/>
              </w:rPr>
              <w:t>Pieczęć oraz podpis dyrektora placówki</w:t>
            </w:r>
          </w:p>
        </w:tc>
      </w:tr>
      <w:tr w:rsidR="00371E59" w:rsidRPr="004564E0" w14:paraId="06B109AD" w14:textId="77777777" w:rsidTr="00CF152D">
        <w:trPr>
          <w:cantSplit/>
        </w:trPr>
        <w:tc>
          <w:tcPr>
            <w:tcW w:w="6228" w:type="dxa"/>
            <w:shd w:val="clear" w:color="auto" w:fill="F2F6F8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4F6BD288" w14:textId="77777777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b/>
                <w:lang w:val="pl-PL"/>
              </w:rPr>
              <w:t>1.</w:t>
            </w:r>
            <w:r w:rsidRPr="004564E0">
              <w:rPr>
                <w:b/>
                <w:lang w:val="pl-PL"/>
              </w:rPr>
              <w:br/>
              <w:t>2.</w:t>
            </w:r>
            <w:r w:rsidRPr="004564E0">
              <w:rPr>
                <w:b/>
                <w:lang w:val="pl-PL"/>
              </w:rPr>
              <w:br/>
              <w:t>3.</w:t>
            </w:r>
            <w:r w:rsidRPr="004564E0">
              <w:rPr>
                <w:b/>
                <w:lang w:val="pl-PL"/>
              </w:rPr>
              <w:br/>
              <w:t>4.</w:t>
            </w:r>
          </w:p>
        </w:tc>
        <w:tc>
          <w:tcPr>
            <w:tcW w:w="4262" w:type="dxa"/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7678786E" w14:textId="77777777" w:rsidR="00371E59" w:rsidRPr="004564E0" w:rsidRDefault="00000000">
            <w:pPr>
              <w:spacing w:before="0"/>
              <w:jc w:val="left"/>
              <w:rPr>
                <w:lang w:val="pl-PL"/>
              </w:rPr>
            </w:pPr>
            <w:r w:rsidRPr="004564E0">
              <w:rPr>
                <w:lang w:val="pl-PL"/>
              </w:rPr>
              <w:br/>
            </w:r>
            <w:r w:rsidRPr="004564E0">
              <w:rPr>
                <w:lang w:val="pl-PL"/>
              </w:rPr>
              <w:br/>
            </w:r>
            <w:r w:rsidRPr="004564E0">
              <w:rPr>
                <w:lang w:val="pl-PL"/>
              </w:rPr>
              <w:br/>
            </w:r>
          </w:p>
        </w:tc>
      </w:tr>
    </w:tbl>
    <w:p w14:paraId="50CCF31C" w14:textId="77777777" w:rsidR="00371E59" w:rsidRPr="004564E0" w:rsidRDefault="00371E59">
      <w:pPr>
        <w:rPr>
          <w:lang w:val="pl-PL"/>
        </w:rPr>
      </w:pPr>
    </w:p>
    <w:sectPr w:rsidR="00371E59" w:rsidRPr="004564E0" w:rsidSect="00034616">
      <w:headerReference w:type="default" r:id="rId8"/>
      <w:footerReference w:type="default" r:id="rId9"/>
      <w:pgSz w:w="11906" w:h="16838"/>
      <w:pgMar w:top="652" w:right="709" w:bottom="624" w:left="709" w:header="238" w:footer="23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291B2A" w14:textId="77777777" w:rsidR="00F71945" w:rsidRDefault="00F71945">
      <w:r>
        <w:separator/>
      </w:r>
    </w:p>
  </w:endnote>
  <w:endnote w:type="continuationSeparator" w:id="0">
    <w:p w14:paraId="5E16B977" w14:textId="77777777" w:rsidR="00F71945" w:rsidRDefault="00F719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0498BC" w14:textId="77777777" w:rsidR="00562016" w:rsidRPr="002534F8" w:rsidRDefault="00000000">
    <w:pPr>
      <w:pStyle w:val="Stopka"/>
      <w:jc w:val="center"/>
      <w:rPr>
        <w:lang w:val="pl-PL"/>
      </w:rPr>
    </w:pPr>
    <w:r>
      <w:rPr>
        <w:color w:val="6E7781"/>
        <w:sz w:val="15"/>
        <w:lang w:val="pl-PL"/>
      </w:rPr>
      <w:t xml:space="preserve">Ocena funkcjonowania - informacja nauczycieli  •  strona </w:t>
    </w:r>
    <w:r>
      <w:rPr>
        <w:color w:val="6E7781"/>
        <w:sz w:val="15"/>
      </w:rPr>
      <w:fldChar w:fldCharType="begin"/>
    </w:r>
    <w:r w:rsidRPr="002534F8">
      <w:rPr>
        <w:color w:val="6E7781"/>
        <w:sz w:val="15"/>
        <w:lang w:val="pl-PL"/>
      </w:rPr>
      <w:instrText>PAGE</w:instrText>
    </w:r>
    <w:r>
      <w:rPr>
        <w:color w:val="6E7781"/>
        <w:sz w:val="15"/>
      </w:rPr>
      <w:fldChar w:fldCharType="separate"/>
    </w:r>
    <w:r w:rsidRPr="002534F8">
      <w:rPr>
        <w:color w:val="6E7781"/>
        <w:sz w:val="15"/>
        <w:lang w:val="pl-PL"/>
      </w:rPr>
      <w:t>1</w:t>
    </w:r>
    <w:r>
      <w:rPr>
        <w:color w:val="6E7781"/>
        <w:sz w:val="15"/>
      </w:rPr>
      <w:fldChar w:fldCharType="end"/>
    </w:r>
    <w:r>
      <w:rPr>
        <w:color w:val="6E7781"/>
        <w:sz w:val="15"/>
        <w:lang w:val="pl-PL"/>
      </w:rPr>
      <w:t xml:space="preserve"> z </w:t>
    </w:r>
    <w:r>
      <w:rPr>
        <w:color w:val="6E7781"/>
        <w:sz w:val="15"/>
      </w:rPr>
      <w:fldChar w:fldCharType="begin"/>
    </w:r>
    <w:r w:rsidRPr="002534F8">
      <w:rPr>
        <w:color w:val="6E7781"/>
        <w:sz w:val="15"/>
        <w:lang w:val="pl-PL"/>
      </w:rPr>
      <w:instrText>NUMPAGES</w:instrText>
    </w:r>
    <w:r>
      <w:rPr>
        <w:color w:val="6E7781"/>
        <w:sz w:val="15"/>
      </w:rPr>
      <w:fldChar w:fldCharType="separate"/>
    </w:r>
    <w:r w:rsidRPr="002534F8">
      <w:rPr>
        <w:color w:val="6E7781"/>
        <w:sz w:val="15"/>
        <w:lang w:val="pl-PL"/>
      </w:rPr>
      <w:t>1</w:t>
    </w:r>
    <w:r>
      <w:rPr>
        <w:color w:val="6E7781"/>
        <w:sz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9A5A93" w14:textId="77777777" w:rsidR="00F71945" w:rsidRDefault="00F71945">
      <w:r>
        <w:separator/>
      </w:r>
    </w:p>
  </w:footnote>
  <w:footnote w:type="continuationSeparator" w:id="0">
    <w:p w14:paraId="31FBB805" w14:textId="77777777" w:rsidR="00F71945" w:rsidRDefault="00F719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DC093D" w14:textId="77777777" w:rsidR="0037349C" w:rsidRPr="00447C15" w:rsidRDefault="0037349C" w:rsidP="0037349C">
    <w:pPr>
      <w:tabs>
        <w:tab w:val="center" w:pos="4680"/>
        <w:tab w:val="right" w:pos="9360"/>
      </w:tabs>
      <w:spacing w:before="0"/>
      <w:jc w:val="right"/>
      <w:rPr>
        <w:rFonts w:eastAsia="Arial" w:cs="Times New Roman"/>
        <w:b/>
        <w:bCs/>
        <w:i/>
        <w:iCs/>
        <w:color w:val="222222"/>
        <w:szCs w:val="24"/>
        <w:lang w:val="pl-PL"/>
      </w:rPr>
    </w:pPr>
    <w:r w:rsidRPr="00447C15">
      <w:rPr>
        <w:rFonts w:eastAsia="Arial" w:cs="Times New Roman"/>
        <w:i/>
        <w:iCs/>
        <w:color w:val="222222"/>
        <w:szCs w:val="24"/>
        <w:lang w:val="pl-PL"/>
      </w:rPr>
      <w:t>Poradnia Psychologiczno-Pedagogiczna nr 4</w:t>
    </w:r>
  </w:p>
  <w:p w14:paraId="105B2568" w14:textId="77777777" w:rsidR="0037349C" w:rsidRPr="00447C15" w:rsidRDefault="0037349C" w:rsidP="0037349C">
    <w:pPr>
      <w:tabs>
        <w:tab w:val="center" w:pos="4680"/>
        <w:tab w:val="right" w:pos="9360"/>
      </w:tabs>
      <w:spacing w:before="0"/>
      <w:jc w:val="right"/>
      <w:rPr>
        <w:rFonts w:eastAsia="Arial" w:cs="Times New Roman"/>
        <w:i/>
        <w:iCs/>
        <w:color w:val="222222"/>
        <w:szCs w:val="24"/>
        <w:lang w:val="pl-PL"/>
      </w:rPr>
    </w:pPr>
    <w:r w:rsidRPr="00447C15">
      <w:rPr>
        <w:rFonts w:eastAsia="Arial" w:cs="Times New Roman"/>
        <w:i/>
        <w:iCs/>
        <w:color w:val="222222"/>
        <w:szCs w:val="24"/>
        <w:lang w:val="pl-PL"/>
      </w:rPr>
      <w:t>ul. Romera 6, 71-246 Szczecin</w:t>
    </w:r>
  </w:p>
  <w:p w14:paraId="4EFCD930" w14:textId="77777777" w:rsidR="0037349C" w:rsidRPr="002534F8" w:rsidRDefault="0037349C" w:rsidP="0037349C">
    <w:pPr>
      <w:pStyle w:val="Nagwek"/>
      <w:rPr>
        <w:lang w:val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52C2524"/>
    <w:multiLevelType w:val="singleLevel"/>
    <w:tmpl w:val="3ABA5474"/>
    <w:lvl w:ilvl="0">
      <w:start w:val="1"/>
      <w:numFmt w:val="decimal"/>
      <w:pStyle w:val="Listapunktowana"/>
      <w:lvlText w:val="%1."/>
      <w:lvlJc w:val="left"/>
      <w:pPr>
        <w:tabs>
          <w:tab w:val="num" w:pos="360"/>
        </w:tabs>
        <w:ind w:left="360" w:hanging="240"/>
      </w:pPr>
      <w:rPr>
        <w:rFonts w:ascii="Arial" w:hAnsi="Arial"/>
        <w:sz w:val="18"/>
      </w:rPr>
    </w:lvl>
  </w:abstractNum>
  <w:num w:numId="1" w16cid:durableId="27787854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2DE5"/>
    <w:rsid w:val="00034616"/>
    <w:rsid w:val="0006063C"/>
    <w:rsid w:val="001416AD"/>
    <w:rsid w:val="0015074B"/>
    <w:rsid w:val="0017077F"/>
    <w:rsid w:val="00201360"/>
    <w:rsid w:val="002534F8"/>
    <w:rsid w:val="0029639D"/>
    <w:rsid w:val="002C0A42"/>
    <w:rsid w:val="00326F90"/>
    <w:rsid w:val="00371E59"/>
    <w:rsid w:val="0037349C"/>
    <w:rsid w:val="00414F73"/>
    <w:rsid w:val="0042070A"/>
    <w:rsid w:val="00447C15"/>
    <w:rsid w:val="004564E0"/>
    <w:rsid w:val="004635D6"/>
    <w:rsid w:val="004B684D"/>
    <w:rsid w:val="005323D2"/>
    <w:rsid w:val="00536E89"/>
    <w:rsid w:val="00537D02"/>
    <w:rsid w:val="00562016"/>
    <w:rsid w:val="005B4611"/>
    <w:rsid w:val="006C08D5"/>
    <w:rsid w:val="007A0957"/>
    <w:rsid w:val="007E29DA"/>
    <w:rsid w:val="00806629"/>
    <w:rsid w:val="00890A3A"/>
    <w:rsid w:val="008F0006"/>
    <w:rsid w:val="009465D1"/>
    <w:rsid w:val="00A24F02"/>
    <w:rsid w:val="00A420A6"/>
    <w:rsid w:val="00AA1D8D"/>
    <w:rsid w:val="00AF3F7B"/>
    <w:rsid w:val="00B034DE"/>
    <w:rsid w:val="00B47730"/>
    <w:rsid w:val="00BB0015"/>
    <w:rsid w:val="00C25077"/>
    <w:rsid w:val="00C337CC"/>
    <w:rsid w:val="00C36411"/>
    <w:rsid w:val="00C40ACA"/>
    <w:rsid w:val="00C762C5"/>
    <w:rsid w:val="00CB0664"/>
    <w:rsid w:val="00CE168E"/>
    <w:rsid w:val="00CF152D"/>
    <w:rsid w:val="00D55774"/>
    <w:rsid w:val="00D86596"/>
    <w:rsid w:val="00DE5BF7"/>
    <w:rsid w:val="00E043E3"/>
    <w:rsid w:val="00E70511"/>
    <w:rsid w:val="00E72BCC"/>
    <w:rsid w:val="00E93C6E"/>
    <w:rsid w:val="00EB3028"/>
    <w:rsid w:val="00EC4E4E"/>
    <w:rsid w:val="00F7194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D38BAD0"/>
  <w14:defaultImageDpi w14:val="300"/>
  <w15:docId w15:val="{A50180A4-3125-4A8E-AB65-0D94C47B4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before="60" w:after="0" w:line="240" w:lineRule="auto"/>
      <w:jc w:val="both"/>
    </w:pPr>
    <w:rPr>
      <w:rFonts w:ascii="Times New Roman" w:eastAsia="Times New Roman" w:hAnsi="Times New Roman" w:cs="Arial"/>
      <w:color w:val="000000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120" w:after="60"/>
      <w:outlineLvl w:val="0"/>
    </w:pPr>
    <w:rPr>
      <w:rFonts w:asciiTheme="majorHAnsi" w:eastAsiaTheme="majorEastAsia" w:hAnsiTheme="majorHAnsi" w:cstheme="majorBidi"/>
      <w:b/>
      <w:bCs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120" w:after="2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after="20"/>
      <w:outlineLvl w:val="2"/>
    </w:pPr>
    <w:rPr>
      <w:b/>
      <w:bCs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tabs>
        <w:tab w:val="num" w:pos="360"/>
      </w:tabs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tabs>
        <w:tab w:val="num" w:pos="360"/>
      </w:tabs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tabs>
        <w:tab w:val="num" w:pos="360"/>
      </w:tabs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tabs>
        <w:tab w:val="num" w:pos="360"/>
      </w:tabs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tabs>
        <w:tab w:val="num" w:pos="360"/>
      </w:tabs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ormKicker">
    <w:name w:val="Form Kicker"/>
    <w:pPr>
      <w:spacing w:before="60" w:after="0" w:line="240" w:lineRule="auto"/>
      <w:jc w:val="both"/>
    </w:pPr>
    <w:rPr>
      <w:rFonts w:ascii="Times New Roman" w:eastAsia="Times New Roman" w:hAnsi="Times New Roman" w:cs="Arial"/>
      <w:color w:val="000000"/>
      <w:sz w:val="20"/>
    </w:rPr>
  </w:style>
  <w:style w:type="paragraph" w:customStyle="1" w:styleId="FormTitle">
    <w:name w:val="Form Title"/>
    <w:pPr>
      <w:keepNext/>
      <w:spacing w:before="60" w:after="0" w:line="240" w:lineRule="auto"/>
      <w:jc w:val="center"/>
    </w:pPr>
    <w:rPr>
      <w:rFonts w:ascii="Times New Roman" w:eastAsia="Times New Roman" w:hAnsi="Times New Roman" w:cs="Arial"/>
      <w:b/>
      <w:color w:val="000000"/>
      <w:sz w:val="24"/>
    </w:rPr>
  </w:style>
  <w:style w:type="paragraph" w:customStyle="1" w:styleId="FormSubtitle">
    <w:name w:val="Form Subtitle"/>
    <w:pPr>
      <w:keepNext/>
      <w:spacing w:after="80" w:line="240" w:lineRule="auto"/>
    </w:pPr>
    <w:rPr>
      <w:rFonts w:ascii="Arial" w:eastAsia="Arial" w:hAnsi="Arial" w:cs="Arial"/>
      <w:color w:val="5F6973"/>
      <w:sz w:val="19"/>
    </w:rPr>
  </w:style>
  <w:style w:type="paragraph" w:customStyle="1" w:styleId="FormIntro">
    <w:name w:val="Form Intro"/>
    <w:pPr>
      <w:keepLines/>
      <w:spacing w:before="60" w:after="0" w:line="240" w:lineRule="auto"/>
      <w:jc w:val="both"/>
    </w:pPr>
    <w:rPr>
      <w:rFonts w:ascii="Times New Roman" w:eastAsia="Times New Roman" w:hAnsi="Times New Roman" w:cs="Arial"/>
      <w:color w:val="000000"/>
      <w:sz w:val="20"/>
    </w:rPr>
  </w:style>
  <w:style w:type="paragraph" w:customStyle="1" w:styleId="FormInstruction">
    <w:name w:val="Form Instruction"/>
    <w:pPr>
      <w:keepLines/>
      <w:spacing w:before="60" w:after="0" w:line="240" w:lineRule="auto"/>
      <w:jc w:val="both"/>
    </w:pPr>
    <w:rPr>
      <w:rFonts w:ascii="Times New Roman" w:eastAsia="Times New Roman" w:hAnsi="Times New Roman" w:cs="Arial"/>
      <w:color w:val="000000"/>
      <w:sz w:val="20"/>
    </w:rPr>
  </w:style>
  <w:style w:type="paragraph" w:customStyle="1" w:styleId="FormQuestion">
    <w:name w:val="Form Question"/>
    <w:pPr>
      <w:keepNext/>
      <w:keepLines/>
      <w:spacing w:before="100" w:after="0" w:line="240" w:lineRule="auto"/>
      <w:jc w:val="both"/>
    </w:pPr>
    <w:rPr>
      <w:rFonts w:ascii="Times New Roman" w:eastAsia="Times New Roman" w:hAnsi="Times New Roman" w:cs="Arial"/>
      <w:color w:val="000000"/>
      <w:sz w:val="20"/>
    </w:rPr>
  </w:style>
  <w:style w:type="paragraph" w:customStyle="1" w:styleId="FormOptions">
    <w:name w:val="Form Options"/>
    <w:pPr>
      <w:keepLines/>
      <w:spacing w:before="60" w:after="0" w:line="240" w:lineRule="auto"/>
      <w:jc w:val="both"/>
    </w:pPr>
    <w:rPr>
      <w:rFonts w:ascii="Times New Roman" w:eastAsia="Times New Roman" w:hAnsi="Times New Roman" w:cs="Arial"/>
      <w:color w:val="000000"/>
      <w:sz w:val="20"/>
    </w:rPr>
  </w:style>
  <w:style w:type="paragraph" w:customStyle="1" w:styleId="ResponseLine">
    <w:name w:val="Response Line"/>
    <w:pPr>
      <w:keepLines/>
      <w:spacing w:before="60" w:after="0" w:line="240" w:lineRule="auto"/>
      <w:jc w:val="both"/>
    </w:pPr>
    <w:rPr>
      <w:rFonts w:ascii="Times New Roman" w:eastAsia="Times New Roman" w:hAnsi="Times New Roman" w:cs="Arial"/>
      <w:color w:val="000000"/>
      <w:sz w:val="20"/>
    </w:rPr>
  </w:style>
  <w:style w:type="paragraph" w:customStyle="1" w:styleId="ImpactLine">
    <w:name w:val="Impact Line"/>
    <w:pPr>
      <w:keepLines/>
      <w:spacing w:before="20" w:after="48" w:line="240" w:lineRule="auto"/>
    </w:pPr>
    <w:rPr>
      <w:rFonts w:ascii="Arial" w:eastAsia="Arial" w:hAnsi="Arial" w:cs="Arial"/>
      <w:color w:val="222222"/>
      <w:sz w:val="16"/>
    </w:rPr>
  </w:style>
  <w:style w:type="paragraph" w:customStyle="1" w:styleId="SmallNote">
    <w:name w:val="Small Note"/>
    <w:pPr>
      <w:keepLines/>
      <w:spacing w:after="20" w:line="240" w:lineRule="auto"/>
    </w:pPr>
    <w:rPr>
      <w:rFonts w:ascii="Arial" w:eastAsia="Arial" w:hAnsi="Arial" w:cs="Arial"/>
      <w:color w:val="5F6973"/>
      <w:sz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349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2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10</Pages>
  <Words>3225</Words>
  <Characters>19353</Characters>
  <Application>Microsoft Office Word</Application>
  <DocSecurity>0</DocSecurity>
  <Lines>161</Lines>
  <Paragraphs>45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Informacja nauczycieli i specjalistów - ocena funkcjonowania dziecka w przedszkolu</vt:lpstr>
      <vt:lpstr/>
    </vt:vector>
  </TitlesOfParts>
  <Manager/>
  <Company/>
  <LinksUpToDate>false</LinksUpToDate>
  <CharactersWithSpaces>22533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 nauczycieli i specjalistów - ocena funkcjonowania dziecka w przedszkolu</dc:title>
  <dc:subject>Ocena funkcjonowania dziecka lub ucznia - informacja nauczycieli i specjalistów</dc:subject>
  <dc:creator>POK04</dc:creator>
  <cp:keywords>ICF, ocena funkcjonowania, poradnia psychologiczno-pedagogiczna</cp:keywords>
  <dc:description>generated by python-docx</dc:description>
  <cp:lastModifiedBy>Karolina Rachubińska</cp:lastModifiedBy>
  <cp:revision>11</cp:revision>
  <cp:lastPrinted>2026-09-21T22:25:00Z</cp:lastPrinted>
  <dcterms:created xsi:type="dcterms:W3CDTF">2026-09-21T21:46:00Z</dcterms:created>
  <dcterms:modified xsi:type="dcterms:W3CDTF">2026-09-22T11:29:00Z</dcterms:modified>
  <cp:category/>
</cp:coreProperties>
</file>